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t>DOSSIER D'INSCRIPTION COMPLET – ASSOCIATION SPORTIVE</w:t>
      </w:r>
    </w:p>
    <w:p>
      <w:r>
        <w:t>Ce dossier permet de centraliser toutes les informations administratives, sportives et réglementaires du licencié.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440"/>
        <w:gridCol w:w="5440"/>
      </w:tblGrid>
      <w:tr>
        <w:tc>
          <w:tcPr>
            <w:tcW w:type="dxa" w:w="10880"/>
            <w:gridSpan w:val="2"/>
            <w:shd w:fill="1F4E78"/>
          </w:tcPr>
          <w:p>
            <w:r>
              <w:rPr>
                <w:b/>
                <w:color w:val="FFFFFF"/>
              </w:rPr>
              <w:t>1. Informations générales</w:t>
            </w:r>
          </w:p>
        </w:tc>
      </w:tr>
      <w:tr>
        <w:tc>
          <w:tcPr>
            <w:tcW w:type="dxa" w:w="5440"/>
          </w:tcPr>
          <w:p>
            <w:r>
              <w:t>Nom</w:t>
            </w:r>
          </w:p>
        </w:tc>
        <w:tc>
          <w:tcPr>
            <w:tcW w:type="dxa" w:w="5440"/>
          </w:tcPr>
          <w:p>
            <w:r/>
          </w:p>
        </w:tc>
      </w:tr>
      <w:tr>
        <w:tc>
          <w:tcPr>
            <w:tcW w:type="dxa" w:w="5440"/>
          </w:tcPr>
          <w:p>
            <w:r>
              <w:t>Prénom</w:t>
            </w:r>
          </w:p>
        </w:tc>
        <w:tc>
          <w:tcPr>
            <w:tcW w:type="dxa" w:w="5440"/>
          </w:tcPr>
          <w:p>
            <w:r/>
          </w:p>
        </w:tc>
      </w:tr>
      <w:tr>
        <w:tc>
          <w:tcPr>
            <w:tcW w:type="dxa" w:w="5440"/>
          </w:tcPr>
          <w:p>
            <w:r>
              <w:t>Photo</w:t>
            </w:r>
          </w:p>
        </w:tc>
        <w:tc>
          <w:tcPr>
            <w:tcW w:type="dxa" w:w="5440"/>
          </w:tcPr>
          <w:p>
            <w:r/>
          </w:p>
        </w:tc>
      </w:tr>
      <w:tr>
        <w:tc>
          <w:tcPr>
            <w:tcW w:type="dxa" w:w="5440"/>
          </w:tcPr>
          <w:p>
            <w:r>
              <w:t>Date de naissance</w:t>
            </w:r>
          </w:p>
        </w:tc>
        <w:tc>
          <w:tcPr>
            <w:tcW w:type="dxa" w:w="5440"/>
          </w:tcPr>
          <w:p>
            <w:r/>
          </w:p>
        </w:tc>
      </w:tr>
      <w:tr>
        <w:tc>
          <w:tcPr>
            <w:tcW w:type="dxa" w:w="5440"/>
          </w:tcPr>
          <w:p>
            <w:r>
              <w:t>Lieu de naissance</w:t>
            </w:r>
          </w:p>
        </w:tc>
        <w:tc>
          <w:tcPr>
            <w:tcW w:type="dxa" w:w="5440"/>
          </w:tcPr>
          <w:p>
            <w:r/>
          </w:p>
        </w:tc>
      </w:tr>
      <w:tr>
        <w:tc>
          <w:tcPr>
            <w:tcW w:type="dxa" w:w="5440"/>
          </w:tcPr>
          <w:p>
            <w:r>
              <w:t>Adresse</w:t>
            </w:r>
          </w:p>
        </w:tc>
        <w:tc>
          <w:tcPr>
            <w:tcW w:type="dxa" w:w="5440"/>
          </w:tcPr>
          <w:p>
            <w:r/>
          </w:p>
        </w:tc>
      </w:tr>
      <w:tr>
        <w:tc>
          <w:tcPr>
            <w:tcW w:type="dxa" w:w="5440"/>
          </w:tcPr>
          <w:p>
            <w:r>
              <w:t>Téléphone</w:t>
            </w:r>
          </w:p>
        </w:tc>
        <w:tc>
          <w:tcPr>
            <w:tcW w:type="dxa" w:w="5440"/>
          </w:tcPr>
          <w:p>
            <w:r/>
          </w:p>
        </w:tc>
      </w:tr>
      <w:tr>
        <w:tc>
          <w:tcPr>
            <w:tcW w:type="dxa" w:w="5440"/>
          </w:tcPr>
          <w:p>
            <w:r>
              <w:t>E-mail</w:t>
            </w:r>
          </w:p>
        </w:tc>
        <w:tc>
          <w:tcPr>
            <w:tcW w:type="dxa" w:w="5440"/>
          </w:tcPr>
          <w:p>
            <w:r/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440"/>
        <w:gridCol w:w="5440"/>
      </w:tblGrid>
      <w:tr>
        <w:tc>
          <w:tcPr>
            <w:tcW w:type="dxa" w:w="10880"/>
            <w:gridSpan w:val="2"/>
            <w:shd w:fill="2E75B6"/>
          </w:tcPr>
          <w:p>
            <w:r>
              <w:rPr>
                <w:b/>
                <w:color w:val="FFFFFF"/>
              </w:rPr>
              <w:t>2. Situation sportive</w:t>
            </w:r>
          </w:p>
        </w:tc>
      </w:tr>
      <w:tr>
        <w:tc>
          <w:tcPr>
            <w:tcW w:type="dxa" w:w="5440"/>
          </w:tcPr>
          <w:p>
            <w:r>
              <w:t>Sport pratiqué</w:t>
            </w:r>
          </w:p>
        </w:tc>
        <w:tc>
          <w:tcPr>
            <w:tcW w:type="dxa" w:w="5440"/>
          </w:tcPr>
          <w:p>
            <w:r/>
          </w:p>
        </w:tc>
      </w:tr>
      <w:tr>
        <w:tc>
          <w:tcPr>
            <w:tcW w:type="dxa" w:w="5440"/>
          </w:tcPr>
          <w:p>
            <w:r>
              <w:t>Section</w:t>
            </w:r>
          </w:p>
        </w:tc>
        <w:tc>
          <w:tcPr>
            <w:tcW w:type="dxa" w:w="5440"/>
          </w:tcPr>
          <w:p>
            <w:r/>
          </w:p>
        </w:tc>
      </w:tr>
      <w:tr>
        <w:tc>
          <w:tcPr>
            <w:tcW w:type="dxa" w:w="5440"/>
          </w:tcPr>
          <w:p>
            <w:r>
              <w:t>Catégorie</w:t>
            </w:r>
          </w:p>
        </w:tc>
        <w:tc>
          <w:tcPr>
            <w:tcW w:type="dxa" w:w="5440"/>
          </w:tcPr>
          <w:p>
            <w:r/>
          </w:p>
        </w:tc>
      </w:tr>
      <w:tr>
        <w:tc>
          <w:tcPr>
            <w:tcW w:type="dxa" w:w="5440"/>
          </w:tcPr>
          <w:p>
            <w:r>
              <w:t>Niveau</w:t>
            </w:r>
          </w:p>
        </w:tc>
        <w:tc>
          <w:tcPr>
            <w:tcW w:type="dxa" w:w="5440"/>
          </w:tcPr>
          <w:p>
            <w:r/>
          </w:p>
        </w:tc>
      </w:tr>
      <w:tr>
        <w:tc>
          <w:tcPr>
            <w:tcW w:type="dxa" w:w="5440"/>
          </w:tcPr>
          <w:p>
            <w:r>
              <w:t>Numéro de licence</w:t>
            </w:r>
          </w:p>
        </w:tc>
        <w:tc>
          <w:tcPr>
            <w:tcW w:type="dxa" w:w="5440"/>
          </w:tcPr>
          <w:p>
            <w:r/>
          </w:p>
        </w:tc>
      </w:tr>
      <w:tr>
        <w:tc>
          <w:tcPr>
            <w:tcW w:type="dxa" w:w="5440"/>
          </w:tcPr>
          <w:p>
            <w:r>
              <w:t>Ancien club</w:t>
            </w:r>
          </w:p>
        </w:tc>
        <w:tc>
          <w:tcPr>
            <w:tcW w:type="dxa" w:w="5440"/>
          </w:tcPr>
          <w:p>
            <w:r/>
          </w:p>
        </w:tc>
      </w:tr>
      <w:tr>
        <w:tc>
          <w:tcPr>
            <w:tcW w:type="dxa" w:w="5440"/>
          </w:tcPr>
          <w:p>
            <w:r>
              <w:t>Objectifs de la saison</w:t>
            </w:r>
          </w:p>
        </w:tc>
        <w:tc>
          <w:tcPr>
            <w:tcW w:type="dxa" w:w="5440"/>
          </w:tcPr>
          <w:p>
            <w:r/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440"/>
        <w:gridCol w:w="5440"/>
      </w:tblGrid>
      <w:tr>
        <w:tc>
          <w:tcPr>
            <w:tcW w:type="dxa" w:w="10880"/>
            <w:gridSpan w:val="2"/>
            <w:shd w:fill="70AD47"/>
          </w:tcPr>
          <w:p>
            <w:r>
              <w:rPr>
                <w:b/>
                <w:color w:val="FFFFFF"/>
              </w:rPr>
              <w:t>3. Informations médicales</w:t>
            </w:r>
          </w:p>
        </w:tc>
      </w:tr>
      <w:tr>
        <w:tc>
          <w:tcPr>
            <w:tcW w:type="dxa" w:w="5440"/>
          </w:tcPr>
          <w:p>
            <w:r>
              <w:t>Personne à prévenir</w:t>
            </w:r>
          </w:p>
        </w:tc>
        <w:tc>
          <w:tcPr>
            <w:tcW w:type="dxa" w:w="5440"/>
          </w:tcPr>
          <w:p>
            <w:r/>
          </w:p>
        </w:tc>
      </w:tr>
      <w:tr>
        <w:tc>
          <w:tcPr>
            <w:tcW w:type="dxa" w:w="5440"/>
          </w:tcPr>
          <w:p>
            <w:r>
              <w:t>Téléphone urgence</w:t>
            </w:r>
          </w:p>
        </w:tc>
        <w:tc>
          <w:tcPr>
            <w:tcW w:type="dxa" w:w="5440"/>
          </w:tcPr>
          <w:p>
            <w:r/>
          </w:p>
        </w:tc>
      </w:tr>
      <w:tr>
        <w:tc>
          <w:tcPr>
            <w:tcW w:type="dxa" w:w="5440"/>
          </w:tcPr>
          <w:p>
            <w:r>
              <w:t>Médecin traitant</w:t>
            </w:r>
          </w:p>
        </w:tc>
        <w:tc>
          <w:tcPr>
            <w:tcW w:type="dxa" w:w="5440"/>
          </w:tcPr>
          <w:p>
            <w:r/>
          </w:p>
        </w:tc>
      </w:tr>
      <w:tr>
        <w:tc>
          <w:tcPr>
            <w:tcW w:type="dxa" w:w="5440"/>
          </w:tcPr>
          <w:p>
            <w:r>
              <w:t>Allergies</w:t>
            </w:r>
          </w:p>
        </w:tc>
        <w:tc>
          <w:tcPr>
            <w:tcW w:type="dxa" w:w="5440"/>
          </w:tcPr>
          <w:p>
            <w:r/>
          </w:p>
        </w:tc>
      </w:tr>
      <w:tr>
        <w:tc>
          <w:tcPr>
            <w:tcW w:type="dxa" w:w="5440"/>
          </w:tcPr>
          <w:p>
            <w:r>
              <w:t>Traitement en cours</w:t>
            </w:r>
          </w:p>
        </w:tc>
        <w:tc>
          <w:tcPr>
            <w:tcW w:type="dxa" w:w="5440"/>
          </w:tcPr>
          <w:p>
            <w:r/>
          </w:p>
        </w:tc>
      </w:tr>
      <w:tr>
        <w:tc>
          <w:tcPr>
            <w:tcW w:type="dxa" w:w="5440"/>
          </w:tcPr>
          <w:p>
            <w:r>
              <w:t>Restrictions médicales</w:t>
            </w:r>
          </w:p>
        </w:tc>
        <w:tc>
          <w:tcPr>
            <w:tcW w:type="dxa" w:w="5440"/>
          </w:tcPr>
          <w:p>
            <w:r/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440"/>
        <w:gridCol w:w="5440"/>
      </w:tblGrid>
      <w:tr>
        <w:tc>
          <w:tcPr>
            <w:tcW w:type="dxa" w:w="10880"/>
            <w:gridSpan w:val="2"/>
            <w:shd w:fill="00A6A6"/>
          </w:tcPr>
          <w:p>
            <w:r>
              <w:rPr>
                <w:b/>
                <w:color w:val="FFFFFF"/>
              </w:rPr>
              <w:t>4. Équipements</w:t>
            </w:r>
          </w:p>
        </w:tc>
      </w:tr>
      <w:tr>
        <w:tc>
          <w:tcPr>
            <w:tcW w:type="dxa" w:w="5440"/>
          </w:tcPr>
          <w:p>
            <w:r>
              <w:t>Taille maillot</w:t>
            </w:r>
          </w:p>
        </w:tc>
        <w:tc>
          <w:tcPr>
            <w:tcW w:type="dxa" w:w="5440"/>
          </w:tcPr>
          <w:p>
            <w:r/>
          </w:p>
        </w:tc>
      </w:tr>
      <w:tr>
        <w:tc>
          <w:tcPr>
            <w:tcW w:type="dxa" w:w="5440"/>
          </w:tcPr>
          <w:p>
            <w:r>
              <w:t>Taille short</w:t>
            </w:r>
          </w:p>
        </w:tc>
        <w:tc>
          <w:tcPr>
            <w:tcW w:type="dxa" w:w="5440"/>
          </w:tcPr>
          <w:p>
            <w:r/>
          </w:p>
        </w:tc>
      </w:tr>
      <w:tr>
        <w:tc>
          <w:tcPr>
            <w:tcW w:type="dxa" w:w="5440"/>
          </w:tcPr>
          <w:p>
            <w:r>
              <w:t>Pointure</w:t>
            </w:r>
          </w:p>
        </w:tc>
        <w:tc>
          <w:tcPr>
            <w:tcW w:type="dxa" w:w="5440"/>
          </w:tcPr>
          <w:p>
            <w:r/>
          </w:p>
        </w:tc>
      </w:tr>
      <w:tr>
        <w:tc>
          <w:tcPr>
            <w:tcW w:type="dxa" w:w="5440"/>
          </w:tcPr>
          <w:p>
            <w:r>
              <w:t>Matériel fourni</w:t>
            </w:r>
          </w:p>
        </w:tc>
        <w:tc>
          <w:tcPr>
            <w:tcW w:type="dxa" w:w="5440"/>
          </w:tcPr>
          <w:p>
            <w:r/>
          </w:p>
        </w:tc>
      </w:tr>
      <w:tr>
        <w:tc>
          <w:tcPr>
            <w:tcW w:type="dxa" w:w="5440"/>
          </w:tcPr>
          <w:p>
            <w:r>
              <w:t>Matériel personnel</w:t>
            </w:r>
          </w:p>
        </w:tc>
        <w:tc>
          <w:tcPr>
            <w:tcW w:type="dxa" w:w="5440"/>
          </w:tcPr>
          <w:p>
            <w:r/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440"/>
        <w:gridCol w:w="5440"/>
      </w:tblGrid>
      <w:tr>
        <w:tc>
          <w:tcPr>
            <w:tcW w:type="dxa" w:w="10880"/>
            <w:gridSpan w:val="2"/>
            <w:shd w:fill="ED7D31"/>
          </w:tcPr>
          <w:p>
            <w:r>
              <w:rPr>
                <w:b/>
                <w:color w:val="FFFFFF"/>
              </w:rPr>
              <w:t>5. Cotisation</w:t>
            </w:r>
          </w:p>
        </w:tc>
      </w:tr>
      <w:tr>
        <w:tc>
          <w:tcPr>
            <w:tcW w:type="dxa" w:w="5440"/>
          </w:tcPr>
          <w:p>
            <w:r>
              <w:t>Montant</w:t>
            </w:r>
          </w:p>
        </w:tc>
        <w:tc>
          <w:tcPr>
            <w:tcW w:type="dxa" w:w="5440"/>
          </w:tcPr>
          <w:p>
            <w:r/>
          </w:p>
        </w:tc>
      </w:tr>
      <w:tr>
        <w:tc>
          <w:tcPr>
            <w:tcW w:type="dxa" w:w="5440"/>
          </w:tcPr>
          <w:p>
            <w:r>
              <w:t>Échéancier</w:t>
            </w:r>
          </w:p>
        </w:tc>
        <w:tc>
          <w:tcPr>
            <w:tcW w:type="dxa" w:w="5440"/>
          </w:tcPr>
          <w:p>
            <w:r/>
          </w:p>
        </w:tc>
      </w:tr>
      <w:tr>
        <w:tc>
          <w:tcPr>
            <w:tcW w:type="dxa" w:w="5440"/>
          </w:tcPr>
          <w:p>
            <w:r>
              <w:t>Paiement 1</w:t>
            </w:r>
          </w:p>
        </w:tc>
        <w:tc>
          <w:tcPr>
            <w:tcW w:type="dxa" w:w="5440"/>
          </w:tcPr>
          <w:p>
            <w:r/>
          </w:p>
        </w:tc>
      </w:tr>
      <w:tr>
        <w:tc>
          <w:tcPr>
            <w:tcW w:type="dxa" w:w="5440"/>
          </w:tcPr>
          <w:p>
            <w:r>
              <w:t>Paiement 2</w:t>
            </w:r>
          </w:p>
        </w:tc>
        <w:tc>
          <w:tcPr>
            <w:tcW w:type="dxa" w:w="5440"/>
          </w:tcPr>
          <w:p>
            <w:r/>
          </w:p>
        </w:tc>
      </w:tr>
      <w:tr>
        <w:tc>
          <w:tcPr>
            <w:tcW w:type="dxa" w:w="5440"/>
          </w:tcPr>
          <w:p>
            <w:r>
              <w:t>Paiement 3</w:t>
            </w:r>
          </w:p>
        </w:tc>
        <w:tc>
          <w:tcPr>
            <w:tcW w:type="dxa" w:w="5440"/>
          </w:tcPr>
          <w:p>
            <w:r/>
          </w:p>
        </w:tc>
      </w:tr>
      <w:tr>
        <w:tc>
          <w:tcPr>
            <w:tcW w:type="dxa" w:w="5440"/>
          </w:tcPr>
          <w:p>
            <w:r>
              <w:t>Solde</w:t>
            </w:r>
          </w:p>
        </w:tc>
        <w:tc>
          <w:tcPr>
            <w:tcW w:type="dxa" w:w="5440"/>
          </w:tcPr>
          <w:p>
            <w:r/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440"/>
        <w:gridCol w:w="5440"/>
      </w:tblGrid>
      <w:tr>
        <w:tc>
          <w:tcPr>
            <w:tcW w:type="dxa" w:w="10880"/>
            <w:gridSpan w:val="2"/>
            <w:shd w:fill="7030A0"/>
          </w:tcPr>
          <w:p>
            <w:r>
              <w:rPr>
                <w:b/>
                <w:color w:val="FFFFFF"/>
              </w:rPr>
              <w:t>6. Pièces à joindre</w:t>
            </w:r>
          </w:p>
        </w:tc>
      </w:tr>
      <w:tr>
        <w:tc>
          <w:tcPr>
            <w:tcW w:type="dxa" w:w="5440"/>
          </w:tcPr>
          <w:p>
            <w:r>
              <w:t>☐ Photo</w:t>
            </w:r>
          </w:p>
        </w:tc>
        <w:tc>
          <w:tcPr>
            <w:tcW w:type="dxa" w:w="5440"/>
          </w:tcPr>
          <w:p>
            <w:r/>
          </w:p>
        </w:tc>
      </w:tr>
      <w:tr>
        <w:tc>
          <w:tcPr>
            <w:tcW w:type="dxa" w:w="5440"/>
          </w:tcPr>
          <w:p>
            <w:r>
              <w:t>☐ Pièce d'identité</w:t>
            </w:r>
          </w:p>
        </w:tc>
        <w:tc>
          <w:tcPr>
            <w:tcW w:type="dxa" w:w="5440"/>
          </w:tcPr>
          <w:p>
            <w:r/>
          </w:p>
        </w:tc>
      </w:tr>
      <w:tr>
        <w:tc>
          <w:tcPr>
            <w:tcW w:type="dxa" w:w="5440"/>
          </w:tcPr>
          <w:p>
            <w:r>
              <w:t>☐ Certificat médical (si requis)</w:t>
            </w:r>
          </w:p>
        </w:tc>
        <w:tc>
          <w:tcPr>
            <w:tcW w:type="dxa" w:w="5440"/>
          </w:tcPr>
          <w:p>
            <w:r/>
          </w:p>
        </w:tc>
      </w:tr>
      <w:tr>
        <w:tc>
          <w:tcPr>
            <w:tcW w:type="dxa" w:w="5440"/>
          </w:tcPr>
          <w:p>
            <w:r>
              <w:t>☐ Assurance</w:t>
            </w:r>
          </w:p>
        </w:tc>
        <w:tc>
          <w:tcPr>
            <w:tcW w:type="dxa" w:w="5440"/>
          </w:tcPr>
          <w:p>
            <w:r/>
          </w:p>
        </w:tc>
      </w:tr>
      <w:tr>
        <w:tc>
          <w:tcPr>
            <w:tcW w:type="dxa" w:w="5440"/>
          </w:tcPr>
          <w:p>
            <w:r>
              <w:t>☐ Autorisation parentale</w:t>
            </w:r>
          </w:p>
        </w:tc>
        <w:tc>
          <w:tcPr>
            <w:tcW w:type="dxa" w:w="5440"/>
          </w:tcPr>
          <w:p>
            <w:r/>
          </w:p>
        </w:tc>
      </w:tr>
      <w:tr>
        <w:tc>
          <w:tcPr>
            <w:tcW w:type="dxa" w:w="5440"/>
          </w:tcPr>
          <w:p>
            <w:r>
              <w:t>☐ Justificatif de domicile</w:t>
            </w:r>
          </w:p>
        </w:tc>
        <w:tc>
          <w:tcPr>
            <w:tcW w:type="dxa" w:w="5440"/>
          </w:tcPr>
          <w:p>
            <w:r/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440"/>
        <w:gridCol w:w="5440"/>
      </w:tblGrid>
      <w:tr>
        <w:tc>
          <w:tcPr>
            <w:tcW w:type="dxa" w:w="10880"/>
            <w:gridSpan w:val="2"/>
            <w:shd w:fill="5B9BD5"/>
          </w:tcPr>
          <w:p>
            <w:r>
              <w:rPr>
                <w:b/>
                <w:color w:val="FFFFFF"/>
              </w:rPr>
              <w:t>7. Autorisations</w:t>
            </w:r>
          </w:p>
        </w:tc>
      </w:tr>
      <w:tr>
        <w:tc>
          <w:tcPr>
            <w:tcW w:type="dxa" w:w="5440"/>
          </w:tcPr>
          <w:p>
            <w:r>
              <w:t>☐ Droit à l'image</w:t>
            </w:r>
          </w:p>
        </w:tc>
        <w:tc>
          <w:tcPr>
            <w:tcW w:type="dxa" w:w="5440"/>
          </w:tcPr>
          <w:p>
            <w:r/>
          </w:p>
        </w:tc>
      </w:tr>
      <w:tr>
        <w:tc>
          <w:tcPr>
            <w:tcW w:type="dxa" w:w="5440"/>
          </w:tcPr>
          <w:p>
            <w:r>
              <w:t>☐ Déplacements</w:t>
            </w:r>
          </w:p>
        </w:tc>
        <w:tc>
          <w:tcPr>
            <w:tcW w:type="dxa" w:w="5440"/>
          </w:tcPr>
          <w:p>
            <w:r/>
          </w:p>
        </w:tc>
      </w:tr>
      <w:tr>
        <w:tc>
          <w:tcPr>
            <w:tcW w:type="dxa" w:w="5440"/>
          </w:tcPr>
          <w:p>
            <w:r>
              <w:t>☐ Communications e-mail</w:t>
            </w:r>
          </w:p>
        </w:tc>
        <w:tc>
          <w:tcPr>
            <w:tcW w:type="dxa" w:w="5440"/>
          </w:tcPr>
          <w:p>
            <w:r/>
          </w:p>
        </w:tc>
      </w:tr>
      <w:tr>
        <w:tc>
          <w:tcPr>
            <w:tcW w:type="dxa" w:w="5440"/>
          </w:tcPr>
          <w:p>
            <w:r>
              <w:t>☐ Communications SMS</w:t>
            </w:r>
          </w:p>
        </w:tc>
        <w:tc>
          <w:tcPr>
            <w:tcW w:type="dxa" w:w="5440"/>
          </w:tcPr>
          <w:p>
            <w:r/>
          </w:p>
        </w:tc>
      </w:tr>
      <w:tr>
        <w:tc>
          <w:tcPr>
            <w:tcW w:type="dxa" w:w="5440"/>
          </w:tcPr>
          <w:p>
            <w:r>
              <w:t>☐ Traitement des données RGPD</w:t>
            </w:r>
          </w:p>
        </w:tc>
        <w:tc>
          <w:tcPr>
            <w:tcW w:type="dxa" w:w="5440"/>
          </w:tcPr>
          <w:p>
            <w:r/>
          </w:p>
        </w:tc>
      </w:tr>
    </w:tbl>
    <w:p/>
    <w:p>
      <w:pPr>
        <w:pStyle w:val="Heading2"/>
      </w:pPr>
      <w:r>
        <w:t>Charte du licencié</w:t>
      </w:r>
    </w:p>
    <w:p>
      <w:r>
        <w:t>Le licencié s'engage à respecter les règles de sécurité, le règlement intérieur, les décisions des encadrants, les horaires d'entraînement et les valeurs de respect, de fair-play et de solidarité.</w:t>
      </w:r>
    </w:p>
    <w:p>
      <w:pPr>
        <w:pStyle w:val="Heading2"/>
      </w:pPr>
      <w:r>
        <w:t>Validation administrative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440"/>
        <w:gridCol w:w="5440"/>
      </w:tblGrid>
      <w:tr>
        <w:tc>
          <w:tcPr>
            <w:tcW w:type="dxa" w:w="5440"/>
          </w:tcPr>
          <w:p>
            <w:r>
              <w:t>Dossier complet</w:t>
            </w:r>
          </w:p>
        </w:tc>
        <w:tc>
          <w:tcPr>
            <w:tcW w:type="dxa" w:w="5440"/>
          </w:tcPr>
          <w:p>
            <w:r/>
          </w:p>
        </w:tc>
      </w:tr>
      <w:tr>
        <w:tc>
          <w:tcPr>
            <w:tcW w:type="dxa" w:w="5440"/>
          </w:tcPr>
          <w:p>
            <w:r>
              <w:t>Licence validée</w:t>
            </w:r>
          </w:p>
        </w:tc>
        <w:tc>
          <w:tcPr>
            <w:tcW w:type="dxa" w:w="5440"/>
          </w:tcPr>
          <w:p>
            <w:r/>
          </w:p>
        </w:tc>
      </w:tr>
      <w:tr>
        <w:tc>
          <w:tcPr>
            <w:tcW w:type="dxa" w:w="5440"/>
          </w:tcPr>
          <w:p>
            <w:r>
              <w:t>Cotisation réglée</w:t>
            </w:r>
          </w:p>
        </w:tc>
        <w:tc>
          <w:tcPr>
            <w:tcW w:type="dxa" w:w="5440"/>
          </w:tcPr>
          <w:p>
            <w:r/>
          </w:p>
        </w:tc>
      </w:tr>
      <w:tr>
        <w:tc>
          <w:tcPr>
            <w:tcW w:type="dxa" w:w="5440"/>
          </w:tcPr>
          <w:p>
            <w:r>
              <w:t>Observations</w:t>
            </w:r>
          </w:p>
        </w:tc>
        <w:tc>
          <w:tcPr>
            <w:tcW w:type="dxa" w:w="5440"/>
          </w:tcPr>
          <w:p>
            <w:r/>
          </w:p>
        </w:tc>
      </w:tr>
      <w:tr>
        <w:tc>
          <w:tcPr>
            <w:tcW w:type="dxa" w:w="5440"/>
          </w:tcPr>
          <w:p>
            <w:r>
              <w:t>Signature et cachet</w:t>
            </w:r>
          </w:p>
        </w:tc>
        <w:tc>
          <w:tcPr>
            <w:tcW w:type="dxa" w:w="5440"/>
          </w:tcPr>
          <w:p>
            <w:r/>
          </w:p>
        </w:tc>
      </w:tr>
    </w:tbl>
    <w:sectPr w:rsidR="00FC693F" w:rsidRPr="0006063C" w:rsidSect="00034616">
      <w:pgSz w:w="12240" w:h="15840"/>
      <w:pgMar w:top="567" w:right="680" w:bottom="567" w:left="6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