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ANNEXES PREMIUM – DOE ASSAINISSEMENT</w:t>
      </w:r>
    </w:p>
    <w:p>
      <w:pPr>
        <w:pStyle w:val="Heading1"/>
      </w:pPr>
      <w:r>
        <w:t>1. Registre photographique</w:t>
      </w:r>
    </w:p>
    <w:p>
      <w:r>
        <w:rPr>
          <w:b/>
        </w:rPr>
        <w:t xml:space="preserve">Photo 01 – </w:t>
      </w:r>
      <w:r>
        <w:t>Localisation : ______________________  PK : ____________</w:t>
        <w:br/>
      </w:r>
      <w:r>
        <w:t>Ouvrage : __________________________  Date : ____/____/______</w:t>
        <w:br/>
      </w:r>
    </w:p>
    <w:p>
      <w:r>
        <w:t>┌───────────────────────────────────────────────────────────────┐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└───────────────────────────────────────────────────────────────┘</w:t>
      </w:r>
    </w:p>
    <w:p>
      <w:r>
        <w:t>Légende technique : ____________________________________________________________</w:t>
      </w:r>
    </w:p>
    <w:p>
      <w:r>
        <w:t>Constat / observations : _______________________________________________________</w:t>
      </w:r>
    </w:p>
    <w:p>
      <w:r>
        <w:rPr>
          <w:b/>
        </w:rPr>
        <w:t xml:space="preserve">Photo 02 – </w:t>
      </w:r>
      <w:r>
        <w:t>Localisation : ______________________  PK : ____________</w:t>
        <w:br/>
      </w:r>
      <w:r>
        <w:t>Ouvrage : __________________________  Date : ____/____/______</w:t>
        <w:br/>
      </w:r>
    </w:p>
    <w:p>
      <w:r>
        <w:t>┌───────────────────────────────────────────────────────────────┐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└───────────────────────────────────────────────────────────────┘</w:t>
      </w:r>
    </w:p>
    <w:p>
      <w:r>
        <w:t>Légende technique : ____________________________________________________________</w:t>
      </w:r>
    </w:p>
    <w:p>
      <w:r>
        <w:t>Constat / observations : _______________________________________________________</w:t>
      </w:r>
    </w:p>
    <w:p>
      <w:r>
        <w:rPr>
          <w:b/>
        </w:rPr>
        <w:t xml:space="preserve">Photo 03 – </w:t>
      </w:r>
      <w:r>
        <w:t>Localisation : ______________________  PK : ____________</w:t>
        <w:br/>
      </w:r>
      <w:r>
        <w:t>Ouvrage : __________________________  Date : ____/____/______</w:t>
        <w:br/>
      </w:r>
    </w:p>
    <w:p>
      <w:r>
        <w:t>┌───────────────────────────────────────────────────────────────┐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└───────────────────────────────────────────────────────────────┘</w:t>
      </w:r>
    </w:p>
    <w:p>
      <w:r>
        <w:t>Légende technique : ____________________________________________________________</w:t>
      </w:r>
    </w:p>
    <w:p>
      <w:r>
        <w:t>Constat / observations : _______________________________________________________</w:t>
      </w:r>
    </w:p>
    <w:p>
      <w:r>
        <w:rPr>
          <w:b/>
        </w:rPr>
        <w:t xml:space="preserve">Photo 04 – </w:t>
      </w:r>
      <w:r>
        <w:t>Localisation : ______________________  PK : ____________</w:t>
        <w:br/>
      </w:r>
      <w:r>
        <w:t>Ouvrage : __________________________  Date : ____/____/______</w:t>
        <w:br/>
      </w:r>
    </w:p>
    <w:p>
      <w:r>
        <w:t>┌───────────────────────────────────────────────────────────────┐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└───────────────────────────────────────────────────────────────┘</w:t>
      </w:r>
    </w:p>
    <w:p>
      <w:r>
        <w:t>Légende technique : ____________________________________________________________</w:t>
      </w:r>
    </w:p>
    <w:p>
      <w:r>
        <w:t>Constat / observations : _______________________________________________________</w:t>
      </w:r>
    </w:p>
    <w:p>
      <w:r>
        <w:rPr>
          <w:b/>
        </w:rPr>
        <w:t xml:space="preserve">Photo 05 – </w:t>
      </w:r>
      <w:r>
        <w:t>Localisation : ______________________  PK : ____________</w:t>
        <w:br/>
      </w:r>
      <w:r>
        <w:t>Ouvrage : __________________________  Date : ____/____/______</w:t>
        <w:br/>
      </w:r>
    </w:p>
    <w:p>
      <w:r>
        <w:t>┌───────────────────────────────────────────────────────────────┐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└───────────────────────────────────────────────────────────────┘</w:t>
      </w:r>
    </w:p>
    <w:p>
      <w:r>
        <w:t>Légende technique : ____________________________________________________________</w:t>
      </w:r>
    </w:p>
    <w:p>
      <w:r>
        <w:t>Constat / observations : _______________________________________________________</w:t>
      </w:r>
    </w:p>
    <w:p>
      <w:r>
        <w:rPr>
          <w:b/>
        </w:rPr>
        <w:t xml:space="preserve">Photo 06 – </w:t>
      </w:r>
      <w:r>
        <w:t>Localisation : ______________________  PK : ____________</w:t>
        <w:br/>
      </w:r>
      <w:r>
        <w:t>Ouvrage : __________________________  Date : ____/____/______</w:t>
        <w:br/>
      </w:r>
    </w:p>
    <w:p>
      <w:r>
        <w:t>┌───────────────────────────────────────────────────────────────┐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│                                                               │</w:t>
      </w:r>
    </w:p>
    <w:p>
      <w:r>
        <w:t>└───────────────────────────────────────────────────────────────┘</w:t>
      </w:r>
    </w:p>
    <w:p>
      <w:r>
        <w:t>Légende technique : ____________________________________________________________</w:t>
      </w:r>
    </w:p>
    <w:p>
      <w:r>
        <w:t>Constat / observations : _______________________________________________________</w:t>
      </w:r>
    </w:p>
    <w:p>
      <w:pPr>
        <w:pStyle w:val="Heading1"/>
      </w:pPr>
      <w:r>
        <w:t>2. Procès-verbal d'essai d'étanchéité</w:t>
      </w:r>
    </w:p>
    <w:p>
      <w:r>
        <w:t>Référence PV : _____________</w:t>
        <w:br/>
        <w:t>Date : ____/____/______</w:t>
        <w:br/>
        <w:t>Entreprise : ____________________________</w:t>
        <w:br/>
        <w:t>Tronçon contrôlé : ______________________</w:t>
        <w:br/>
        <w:t>Diamètre : __________  Longueur : __________</w:t>
        <w:br/>
        <w:t>Norme appliquée : ________________________</w:t>
        <w:br/>
        <w:t>Conditions d'essai : ____________________________________________________________</w:t>
        <w:br/>
        <w:t>Résultats des mesures : _________________________________________________________</w:t>
        <w:br/>
        <w:t>Conclusion : Conforme / À reprendre</w:t>
        <w:br/>
        <w:t>Observations : _________________________________________________________________</w:t>
      </w:r>
    </w:p>
    <w:p>
      <w:pPr>
        <w:pStyle w:val="Heading1"/>
      </w:pPr>
      <w:r>
        <w:t>3. Procès-verbal d'inspection vidéo</w:t>
      </w:r>
    </w:p>
    <w:p>
      <w:r>
        <w:t>Référence ITV : _____________</w:t>
        <w:br/>
        <w:t>Caméra : ____________________</w:t>
        <w:br/>
        <w:t>Tronçon : ____________________</w:t>
        <w:br/>
        <w:t>Défauts observés :</w:t>
        <w:br/>
        <w:t>☐ Aucun</w:t>
        <w:br/>
        <w:t>☐ Fissure</w:t>
        <w:br/>
        <w:t>☐ Ovalisation</w:t>
        <w:br/>
        <w:t>☐ Contre-pente</w:t>
        <w:br/>
        <w:t>☐ Dépôt</w:t>
        <w:br/>
        <w:t>☐ Racines</w:t>
        <w:br/>
        <w:br/>
        <w:t>Commentaires détaillés :</w:t>
        <w:br/>
        <w:t>________________________________________________________________________________</w:t>
        <w:br/>
        <w:t>________________________________________________________________________________</w:t>
      </w:r>
    </w:p>
    <w:p>
      <w:pPr>
        <w:pStyle w:val="Heading1"/>
      </w:pPr>
      <w:r>
        <w:t>4. Procès-verbal de compactage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0"/>
        <w:gridCol w:w="1700"/>
        <w:gridCol w:w="1700"/>
        <w:gridCol w:w="1700"/>
        <w:gridCol w:w="1700"/>
        <w:gridCol w:w="1700"/>
      </w:tblGrid>
      <w:tr>
        <w:tc>
          <w:tcPr>
            <w:tcW w:type="dxa" w:w="1700"/>
          </w:tcPr>
          <w:p>
            <w:r>
              <w:t>Zone</w:t>
            </w:r>
          </w:p>
        </w:tc>
        <w:tc>
          <w:tcPr>
            <w:tcW w:type="dxa" w:w="1700"/>
          </w:tcPr>
          <w:p>
            <w:r>
              <w:t>Couche</w:t>
            </w:r>
          </w:p>
        </w:tc>
        <w:tc>
          <w:tcPr>
            <w:tcW w:type="dxa" w:w="1700"/>
          </w:tcPr>
          <w:p>
            <w:r>
              <w:t>Densité</w:t>
            </w:r>
          </w:p>
        </w:tc>
        <w:tc>
          <w:tcPr>
            <w:tcW w:type="dxa" w:w="1700"/>
          </w:tcPr>
          <w:p>
            <w:r>
              <w:t>OPM</w:t>
            </w:r>
          </w:p>
        </w:tc>
        <w:tc>
          <w:tcPr>
            <w:tcW w:type="dxa" w:w="1700"/>
          </w:tcPr>
          <w:p>
            <w:r>
              <w:t>Résultat</w:t>
            </w:r>
          </w:p>
        </w:tc>
        <w:tc>
          <w:tcPr>
            <w:tcW w:type="dxa" w:w="1700"/>
          </w:tcPr>
          <w:p>
            <w:r>
              <w:t>Visa</w:t>
            </w:r>
          </w:p>
        </w:tc>
      </w:tr>
      <w:tr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</w:tr>
      <w:tr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</w:tr>
      <w:tr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</w:tr>
      <w:tr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</w:tr>
      <w:tr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</w:tr>
      <w:tr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</w:tr>
      <w:tr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</w:tr>
      <w:tr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  <w:tc>
          <w:tcPr>
            <w:tcW w:type="dxa" w:w="1700"/>
          </w:tcPr>
          <w:p>
            <w:r>
              <w:t>........................</w:t>
            </w:r>
          </w:p>
        </w:tc>
      </w:tr>
    </w:tbl>
    <w:p>
      <w:pPr>
        <w:pStyle w:val="Heading1"/>
      </w:pPr>
      <w:r>
        <w:t>5. Rapport de non-conformité</w:t>
      </w:r>
    </w:p>
    <w:p>
      <w:r>
        <w:t>Référence : ____________</w:t>
        <w:br/>
        <w:t>Description de la non-conformité :</w:t>
        <w:br/>
        <w:t>________________________________________________________________________________</w:t>
        <w:br/>
        <w:t>Cause probable : ________________________________________________________________</w:t>
        <w:br/>
        <w:t>Action corrective : _____________________________________________________________</w:t>
        <w:br/>
        <w:t>Date de levée : ____/____/______</w:t>
        <w:br/>
        <w:t>Validation : __________________________</w:t>
      </w:r>
    </w:p>
    <w:p>
      <w:pPr>
        <w:pStyle w:val="Heading1"/>
      </w:pPr>
      <w:r>
        <w:t>6. Fiche d'ouvrage – Regard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t>Champ</w:t>
            </w:r>
          </w:p>
        </w:tc>
        <w:tc>
          <w:tcPr>
            <w:tcW w:type="dxa" w:w="5100"/>
          </w:tcPr>
          <w:p>
            <w:r>
              <w:t>Valeur</w:t>
            </w:r>
          </w:p>
        </w:tc>
      </w:tr>
      <w:tr>
        <w:tc>
          <w:tcPr>
            <w:tcW w:type="dxa" w:w="5100"/>
          </w:tcPr>
          <w:p>
            <w:r>
              <w:t>Repère</w:t>
            </w:r>
          </w:p>
        </w:tc>
        <w:tc>
          <w:tcPr>
            <w:tcW w:type="dxa" w:w="5100"/>
          </w:tcPr>
          <w:p>
            <w:r>
              <w:t>____________________________</w:t>
            </w:r>
          </w:p>
        </w:tc>
      </w:tr>
      <w:tr>
        <w:tc>
          <w:tcPr>
            <w:tcW w:type="dxa" w:w="5100"/>
          </w:tcPr>
          <w:p>
            <w:r>
              <w:t>Coordonnées GPS</w:t>
            </w:r>
          </w:p>
        </w:tc>
        <w:tc>
          <w:tcPr>
            <w:tcW w:type="dxa" w:w="5100"/>
          </w:tcPr>
          <w:p>
            <w:r>
              <w:t>____________________________</w:t>
            </w:r>
          </w:p>
        </w:tc>
      </w:tr>
      <w:tr>
        <w:tc>
          <w:tcPr>
            <w:tcW w:type="dxa" w:w="5100"/>
          </w:tcPr>
          <w:p>
            <w:r>
              <w:t>Altitude</w:t>
            </w:r>
          </w:p>
        </w:tc>
        <w:tc>
          <w:tcPr>
            <w:tcW w:type="dxa" w:w="5100"/>
          </w:tcPr>
          <w:p>
            <w:r>
              <w:t>____________________________</w:t>
            </w:r>
          </w:p>
        </w:tc>
      </w:tr>
      <w:tr>
        <w:tc>
          <w:tcPr>
            <w:tcW w:type="dxa" w:w="5100"/>
          </w:tcPr>
          <w:p>
            <w:r>
              <w:t>Diamètre</w:t>
            </w:r>
          </w:p>
        </w:tc>
        <w:tc>
          <w:tcPr>
            <w:tcW w:type="dxa" w:w="5100"/>
          </w:tcPr>
          <w:p>
            <w:r>
              <w:t>____________________________</w:t>
            </w:r>
          </w:p>
        </w:tc>
      </w:tr>
      <w:tr>
        <w:tc>
          <w:tcPr>
            <w:tcW w:type="dxa" w:w="5100"/>
          </w:tcPr>
          <w:p>
            <w:r>
              <w:t>Tampon</w:t>
            </w:r>
          </w:p>
        </w:tc>
        <w:tc>
          <w:tcPr>
            <w:tcW w:type="dxa" w:w="5100"/>
          </w:tcPr>
          <w:p>
            <w:r>
              <w:t>____________________________</w:t>
            </w:r>
          </w:p>
        </w:tc>
      </w:tr>
      <w:tr>
        <w:tc>
          <w:tcPr>
            <w:tcW w:type="dxa" w:w="5100"/>
          </w:tcPr>
          <w:p>
            <w:r>
              <w:t>Classe</w:t>
            </w:r>
          </w:p>
        </w:tc>
        <w:tc>
          <w:tcPr>
            <w:tcW w:type="dxa" w:w="5100"/>
          </w:tcPr>
          <w:p>
            <w:r>
              <w:t>____________________________</w:t>
            </w:r>
          </w:p>
        </w:tc>
      </w:tr>
      <w:tr>
        <w:tc>
          <w:tcPr>
            <w:tcW w:type="dxa" w:w="5100"/>
          </w:tcPr>
          <w:p>
            <w:r>
              <w:t>Matériau</w:t>
            </w:r>
          </w:p>
        </w:tc>
        <w:tc>
          <w:tcPr>
            <w:tcW w:type="dxa" w:w="5100"/>
          </w:tcPr>
          <w:p>
            <w:r>
              <w:t>____________________________</w:t>
            </w:r>
          </w:p>
        </w:tc>
      </w:tr>
      <w:tr>
        <w:tc>
          <w:tcPr>
            <w:tcW w:type="dxa" w:w="5100"/>
          </w:tcPr>
          <w:p>
            <w:r>
              <w:t>Observations</w:t>
            </w:r>
          </w:p>
        </w:tc>
        <w:tc>
          <w:tcPr>
            <w:tcW w:type="dxa" w:w="5100"/>
          </w:tcPr>
          <w:p>
            <w:r>
              <w:t>____________________________</w:t>
            </w:r>
          </w:p>
        </w:tc>
      </w:tr>
    </w:tbl>
    <w:sectPr w:rsidR="00FC693F" w:rsidRPr="0006063C" w:rsidSect="00034616">
      <w:pgSz w:w="12240" w:h="15840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