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52"/>
        </w:rPr>
        <w:t>WORLD TRADE PASSPORT</w:t>
        <w:br/>
      </w:r>
      <w:r>
        <w:rPr>
          <w:b/>
          <w:sz w:val="40"/>
        </w:rPr>
        <w:t>PACKING LIST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Country of Origin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Country of Destination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Exporter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Consignee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Packing List No.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Shipment Date</w:t>
            </w:r>
          </w:p>
        </w:tc>
        <w:tc>
          <w:tcPr>
            <w:tcW w:type="dxa" w:w="4320"/>
          </w:tcPr>
          <w:p>
            <w:r/>
          </w:p>
        </w:tc>
      </w:tr>
    </w:tbl>
    <w:p>
      <w:r>
        <w:br/>
        <w:t>EXPORT VISA INFORMATION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Incoterm</w:t>
            </w:r>
          </w:p>
        </w:tc>
        <w:tc>
          <w:tcPr>
            <w:tcW w:type="dxa" w:w="2160"/>
          </w:tcPr>
          <w:p>
            <w:r>
              <w:t>Container</w:t>
            </w:r>
          </w:p>
        </w:tc>
        <w:tc>
          <w:tcPr>
            <w:tcW w:type="dxa" w:w="2160"/>
          </w:tcPr>
          <w:p>
            <w:r>
              <w:t>Port Loading</w:t>
            </w:r>
          </w:p>
        </w:tc>
        <w:tc>
          <w:tcPr>
            <w:tcW w:type="dxa" w:w="2160"/>
          </w:tcPr>
          <w:p>
            <w:r>
              <w:t>Port Discharge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  <w:t>GOODS MANIFEST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Passport No</w:t>
            </w:r>
          </w:p>
        </w:tc>
        <w:tc>
          <w:tcPr>
            <w:tcW w:type="dxa" w:w="1234"/>
          </w:tcPr>
          <w:p>
            <w:r>
              <w:t>SKU</w:t>
            </w:r>
          </w:p>
        </w:tc>
        <w:tc>
          <w:tcPr>
            <w:tcW w:type="dxa" w:w="1234"/>
          </w:tcPr>
          <w:p>
            <w:r>
              <w:t>Description</w:t>
            </w:r>
          </w:p>
        </w:tc>
        <w:tc>
          <w:tcPr>
            <w:tcW w:type="dxa" w:w="1234"/>
          </w:tcPr>
          <w:p>
            <w:r>
              <w:t>Qty</w:t>
            </w:r>
          </w:p>
        </w:tc>
        <w:tc>
          <w:tcPr>
            <w:tcW w:type="dxa" w:w="1234"/>
          </w:tcPr>
          <w:p>
            <w:r>
              <w:t>Origin</w:t>
            </w:r>
          </w:p>
        </w:tc>
        <w:tc>
          <w:tcPr>
            <w:tcW w:type="dxa" w:w="1234"/>
          </w:tcPr>
          <w:p>
            <w:r>
              <w:t>Net Wt</w:t>
            </w:r>
          </w:p>
        </w:tc>
        <w:tc>
          <w:tcPr>
            <w:tcW w:type="dxa" w:w="1234"/>
          </w:tcPr>
          <w:p>
            <w:r>
              <w:t>Gross Wt</w:t>
            </w:r>
          </w:p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</w:tbl>
    <w:p>
      <w:r>
        <w:br/>
        <w:t>TRAVEL SUMMARY OF GOODS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Total Packages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Total Net Weight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Total Gross Weight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Total Volume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Destination Country</w:t>
            </w:r>
          </w:p>
        </w:tc>
        <w:tc>
          <w:tcPr>
            <w:tcW w:type="dxa" w:w="4320"/>
          </w:tcPr>
          <w:p/>
        </w:tc>
      </w:tr>
    </w:tbl>
    <w:p>
      <w:r>
        <w:br/>
        <w:t>OFFICIAL EXPORT APPROVAL</w:t>
      </w:r>
    </w:p>
    <w:p>
      <w:r>
        <w:t>Customs Stamp: __________________________</w:t>
      </w:r>
    </w:p>
    <w:p>
      <w:r>
        <w:t>Logistics Officer: _______________________</w:t>
      </w:r>
    </w:p>
    <w:p>
      <w:r>
        <w:t>Authorized Signature: 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