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52"/>
        </w:rPr>
        <w:t>PACKING LIST</w:t>
        <w:br/>
      </w:r>
    </w:p>
    <w:p>
      <w:r>
        <w:t>Export / Import Shipment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Exporter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Consignee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Invoice No.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Packing List No.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Country of Origin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Country of Destination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Incoterm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Shipment Date</w:t>
            </w:r>
          </w:p>
        </w:tc>
        <w:tc>
          <w:tcPr>
            <w:tcW w:type="dxa" w:w="2160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Box No</w:t>
            </w:r>
          </w:p>
        </w:tc>
        <w:tc>
          <w:tcPr>
            <w:tcW w:type="dxa" w:w="1440"/>
          </w:tcPr>
          <w:p>
            <w:r>
              <w:t>SKU</w:t>
            </w:r>
          </w:p>
        </w:tc>
        <w:tc>
          <w:tcPr>
            <w:tcW w:type="dxa" w:w="1440"/>
          </w:tcPr>
          <w:p>
            <w:r>
              <w:t>Description</w:t>
            </w:r>
          </w:p>
        </w:tc>
        <w:tc>
          <w:tcPr>
            <w:tcW w:type="dxa" w:w="1440"/>
          </w:tcPr>
          <w:p>
            <w:r>
              <w:t>Qty</w:t>
            </w:r>
          </w:p>
        </w:tc>
        <w:tc>
          <w:tcPr>
            <w:tcW w:type="dxa" w:w="1440"/>
          </w:tcPr>
          <w:p>
            <w:r>
              <w:t>Net Weight</w:t>
            </w:r>
          </w:p>
        </w:tc>
        <w:tc>
          <w:tcPr>
            <w:tcW w:type="dxa" w:w="1440"/>
          </w:tcPr>
          <w:p>
            <w:r>
              <w:t>Gross Weight</w:t>
            </w:r>
          </w:p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TOTAL PACKAGES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NET WEIGHT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TOTAL GROSS WEIGHT</w:t>
            </w:r>
          </w:p>
        </w:tc>
        <w:tc>
          <w:tcPr>
            <w:tcW w:type="dxa" w:w="4320"/>
          </w:tcPr>
          <w:p/>
        </w:tc>
      </w:tr>
    </w:tbl>
    <w:p>
      <w:r>
        <w:br/>
        <w:t>Remarks: __________________________________________</w:t>
      </w:r>
    </w:p>
    <w:p>
      <w:r>
        <w:br/>
        <w:t>Prepared By: __________________</w:t>
      </w:r>
    </w:p>
    <w:p>
      <w:r>
        <w:t>Authorized Signature: 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