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TRAME D’ARGUMENTATION</w:t>
        <w:br/>
        <w:t>Modèle à compléter</w:t>
      </w:r>
    </w:p>
    <w:p/>
    <w:p>
      <w:r>
        <w:rPr>
          <w:b/>
        </w:rPr>
        <w:t>1. Sujet ou question traitée</w:t>
      </w:r>
    </w:p>
    <w:p>
      <w:r>
        <w:t>..........................................................................................</w:t>
        <w:br/>
        <w:t>..........................................................................................</w:t>
      </w:r>
    </w:p>
    <w:p/>
    <w:p>
      <w:r>
        <w:rPr>
          <w:b/>
        </w:rPr>
        <w:t>2. Problématique</w:t>
      </w:r>
    </w:p>
    <w:p>
      <w:r>
        <w:t>Comment ? Pourquoi ? Dans quelle mesure ?</w:t>
        <w:br/>
        <w:t>..........................................................................................</w:t>
        <w:br/>
        <w:t>..........................................................................................</w:t>
      </w:r>
    </w:p>
    <w:p/>
    <w:p>
      <w:r>
        <w:rPr>
          <w:b/>
        </w:rPr>
        <w:t>3. Thèse défendue</w:t>
      </w:r>
    </w:p>
    <w:p>
      <w:r>
        <w:t>Position principale à défendre :</w:t>
        <w:br/>
        <w:t>..........................................................................................</w:t>
        <w:br/>
        <w:t>..........................................................................................</w:t>
      </w:r>
    </w:p>
    <w:p/>
    <w:p>
      <w:r>
        <w:rPr>
          <w:b/>
        </w:rPr>
        <w:t>4. Argument n°1</w:t>
      </w:r>
    </w:p>
    <w:p>
      <w:r>
        <w:t>Argument : ..............................................................</w:t>
        <w:br/>
        <w:t>Explication : ...........................................................</w:t>
        <w:br/>
        <w:t>Exemple / preuve : ....................................................</w:t>
      </w:r>
    </w:p>
    <w:p/>
    <w:p>
      <w:r>
        <w:rPr>
          <w:b/>
        </w:rPr>
        <w:t>5. Argument n°2</w:t>
      </w:r>
    </w:p>
    <w:p>
      <w:r>
        <w:t>Argument : ..............................................................</w:t>
        <w:br/>
        <w:t>Explication : ...........................................................</w:t>
        <w:br/>
        <w:t>Exemple / preuve : ....................................................</w:t>
      </w:r>
    </w:p>
    <w:p/>
    <w:p>
      <w:r>
        <w:rPr>
          <w:b/>
        </w:rPr>
        <w:t>6. Argument n°3</w:t>
      </w:r>
    </w:p>
    <w:p>
      <w:r>
        <w:t>Argument : ..............................................................</w:t>
        <w:br/>
        <w:t>Explication : ...........................................................</w:t>
        <w:br/>
        <w:t>Exemple / preuve : ....................................................</w:t>
      </w:r>
    </w:p>
    <w:p/>
    <w:p>
      <w:r>
        <w:rPr>
          <w:b/>
        </w:rPr>
        <w:t>7. Contre-argument</w:t>
      </w:r>
    </w:p>
    <w:p>
      <w:r>
        <w:t>Objection possible : .................................................</w:t>
        <w:br/>
        <w:t>Réponse à l’objection : .............................................</w:t>
      </w:r>
    </w:p>
    <w:p/>
    <w:p>
      <w:r>
        <w:rPr>
          <w:b/>
        </w:rPr>
        <w:t>8. Conclusion</w:t>
      </w:r>
    </w:p>
    <w:p>
      <w:r>
        <w:t>Rappel de la thèse : .................................................</w:t>
        <w:br/>
        <w:t>Ouverture éventuelle : ..............................................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Argument</w:t>
            </w:r>
          </w:p>
        </w:tc>
        <w:tc>
          <w:tcPr>
            <w:tcW w:type="dxa" w:w="2160"/>
          </w:tcPr>
          <w:p>
            <w:r>
              <w:t>Explication</w:t>
            </w:r>
          </w:p>
        </w:tc>
        <w:tc>
          <w:tcPr>
            <w:tcW w:type="dxa" w:w="2160"/>
          </w:tcPr>
          <w:p>
            <w:r>
              <w:t>Exemple</w:t>
            </w:r>
          </w:p>
        </w:tc>
        <w:tc>
          <w:tcPr>
            <w:tcW w:type="dxa" w:w="2160"/>
          </w:tcPr>
          <w:p>
            <w:r>
              <w:t>Impact</w:t>
            </w:r>
          </w:p>
        </w:tc>
      </w:tr>
      <w:tr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</w:tr>
      <w:tr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</w:tr>
      <w:tr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</w:tr>
      <w:tr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</w:tr>
      <w:tr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  <w:tc>
          <w:tcPr>
            <w:tcW w:type="dxa" w:w="2160"/>
          </w:tcPr>
          <w:p>
            <w:r>
              <w:t xml:space="preserve"> 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