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Modèle de Convocation à l'Assemblée Générale pour l'Élection du Bureau d'une Association</w:t>
      </w:r>
    </w:p>
    <w:p>
      <w:r>
        <w:rPr>
          <w:b/>
        </w:rPr>
        <w:t xml:space="preserve">Association : </w:t>
      </w:r>
      <w:r>
        <w:t>[Nom de l'association]</w:t>
        <w:br/>
      </w:r>
      <w:r>
        <w:rPr>
          <w:b/>
        </w:rPr>
        <w:t xml:space="preserve">Adresse du siège social : </w:t>
      </w:r>
      <w:r>
        <w:t>[Adresse complète]</w:t>
      </w:r>
    </w:p>
    <w:p/>
    <w:p>
      <w:r>
        <w:t>Objet : Convocation à l'Assemblée Générale Ordinaire – Élection du Bureau</w:t>
      </w:r>
    </w:p>
    <w:p>
      <w:r>
        <w:br/>
        <w:t>Madame, Monsieur, Cher(e) Adhérent(e),</w:t>
        <w:br/>
        <w:br/>
        <w:t>Conformément aux statuts de notre association, nous avons le plaisir de vous convier à l'Assemblée Générale Ordinaire qui se tiendra :</w:t>
        <w:br/>
        <w:br/>
        <w:t>Date : [Date]</w:t>
        <w:br/>
        <w:t>Heure : [Heure]</w:t>
        <w:br/>
        <w:t>Lieu : [Adresse ou salle]</w:t>
        <w:br/>
        <w:br/>
        <w:t>Cette réunion revêt une importance particulière puisqu'elle comprendra notamment l'élection des membres du bureau de l'association.</w:t>
        <w:br/>
      </w:r>
    </w:p>
    <w:p>
      <w:pPr>
        <w:pStyle w:val="Heading2"/>
      </w:pPr>
      <w:r>
        <w:t>Ordre du jour</w:t>
      </w:r>
    </w:p>
    <w:p>
      <w:pPr>
        <w:pStyle w:val="ListNumber"/>
      </w:pPr>
      <w:r>
        <w:t>Accueil des membres et émargement</w:t>
      </w:r>
    </w:p>
    <w:p>
      <w:pPr>
        <w:pStyle w:val="ListNumber"/>
      </w:pPr>
      <w:r>
        <w:t>Vérification du quorum</w:t>
      </w:r>
    </w:p>
    <w:p>
      <w:pPr>
        <w:pStyle w:val="ListNumber"/>
      </w:pPr>
      <w:r>
        <w:t>Présentation du rapport moral</w:t>
      </w:r>
    </w:p>
    <w:p>
      <w:pPr>
        <w:pStyle w:val="ListNumber"/>
      </w:pPr>
      <w:r>
        <w:t>Présentation du rapport financier</w:t>
      </w:r>
    </w:p>
    <w:p>
      <w:pPr>
        <w:pStyle w:val="ListNumber"/>
      </w:pPr>
      <w:r>
        <w:t>Vote d'approbation des rapports</w:t>
      </w:r>
    </w:p>
    <w:p>
      <w:pPr>
        <w:pStyle w:val="ListNumber"/>
      </w:pPr>
      <w:r>
        <w:t>Présentation des candidatures au bureau</w:t>
      </w:r>
    </w:p>
    <w:p>
      <w:pPr>
        <w:pStyle w:val="ListNumber"/>
      </w:pPr>
      <w:r>
        <w:t>Élection du président ou de la présidente</w:t>
      </w:r>
    </w:p>
    <w:p>
      <w:pPr>
        <w:pStyle w:val="ListNumber"/>
      </w:pPr>
      <w:r>
        <w:t>Élection du trésorier ou de la trésorière</w:t>
      </w:r>
    </w:p>
    <w:p>
      <w:pPr>
        <w:pStyle w:val="ListNumber"/>
      </w:pPr>
      <w:r>
        <w:t>Élection du secrétaire</w:t>
      </w:r>
    </w:p>
    <w:p>
      <w:pPr>
        <w:pStyle w:val="ListNumber"/>
      </w:pPr>
      <w:r>
        <w:t>Questions diverses</w:t>
      </w:r>
    </w:p>
    <w:p>
      <w:pPr>
        <w:pStyle w:val="ListNumber"/>
      </w:pPr>
      <w:r>
        <w:t>Clôture de la séance</w:t>
      </w:r>
    </w:p>
    <w:p>
      <w:r>
        <w:t>Les membres souhaitant présenter leur candidature à l'un des postes du bureau sont invités à se faire connaître avant la date limite fixée par l'association.</w:t>
      </w:r>
    </w:p>
    <w:p>
      <w:r>
        <w:t>En cas d'empêchement, vous pouvez vous faire représenter par un autre membre conformément aux statuts.</w:t>
      </w:r>
    </w:p>
    <w:p>
      <w:r>
        <w:br/>
        <w:t>Fait à __________________</w:t>
        <w:br/>
        <w:t>Le __________________</w:t>
        <w:br/>
        <w:br/>
        <w:t>Le Président / La Présidente</w:t>
        <w:br/>
        <w:br/>
        <w:t>Nom : __________________</w:t>
        <w:br/>
        <w:br/>
        <w:t>Signature : __________________</w:t>
      </w:r>
    </w:p>
    <w:p>
      <w:r>
        <w:br w:type="page"/>
      </w:r>
    </w:p>
    <w:p>
      <w:pPr>
        <w:pStyle w:val="Heading1"/>
      </w:pPr>
      <w:r>
        <w:t>Pouvoir de représentation</w:t>
      </w:r>
    </w:p>
    <w:p>
      <w:r>
        <w:t>Je soussigné(e) _______________________________</w:t>
        <w:br/>
        <w:br/>
        <w:t>Donne pouvoir à _______________________________</w:t>
        <w:br/>
        <w:br/>
        <w:t>Afin de me représenter lors de l'Assemblée Générale et de prendre part aux votes en mon nom.</w:t>
        <w:br/>
        <w:br/>
        <w:t>Fait à __________________</w:t>
        <w:br/>
        <w:t>Le __________________</w:t>
        <w:br/>
        <w:br/>
        <w:t>Signature : 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