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6699"/>
          <w:sz w:val="40"/>
        </w:rPr>
        <w:t>FICHE PREMIUM</w:t>
        <w:br/>
        <w:t>ATELIER DU SUJET AMENÉ</w:t>
      </w:r>
    </w:p>
    <w:p>
      <w:pPr>
        <w:jc w:val="center"/>
      </w:pPr>
      <w:r>
        <w:t>Méthode guidée pour construire une introduction claire, naturelle et progressive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Nom</w:t>
            </w:r>
          </w:p>
        </w:tc>
        <w:tc>
          <w:tcPr>
            <w:tcW w:type="dxa" w:w="2160"/>
          </w:tcPr>
          <w:p>
            <w:r>
              <w:t>Classe</w:t>
            </w:r>
          </w:p>
        </w:tc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Sujet étudié</w:t>
            </w:r>
          </w:p>
        </w:tc>
      </w:tr>
      <w:tr>
        <w:tc>
          <w:tcPr>
            <w:tcW w:type="dxa" w:w="2160"/>
          </w:tcPr>
          <w:p>
            <w:r>
              <w:t>........................................</w:t>
            </w:r>
          </w:p>
        </w:tc>
        <w:tc>
          <w:tcPr>
            <w:tcW w:type="dxa" w:w="2160"/>
          </w:tcPr>
          <w:p>
            <w:r>
              <w:t>........................................</w:t>
            </w:r>
          </w:p>
        </w:tc>
        <w:tc>
          <w:tcPr>
            <w:tcW w:type="dxa" w:w="2160"/>
          </w:tcPr>
          <w:p>
            <w:r>
              <w:t>........................................</w:t>
            </w:r>
          </w:p>
        </w:tc>
        <w:tc>
          <w:tcPr>
            <w:tcW w:type="dxa" w:w="2160"/>
          </w:tcPr>
          <w:p>
            <w:r>
              <w:t>........................................</w:t>
            </w:r>
          </w:p>
        </w:tc>
      </w:tr>
    </w:tbl>
    <w:p>
      <w:r>
        <w:br w:type="page"/>
      </w:r>
    </w:p>
    <w:p>
      <w:r>
        <w:rPr>
          <w:b/>
        </w:rPr>
        <w:t>1. Identifier le sujet principal</w:t>
        <w:br/>
      </w:r>
    </w:p>
    <w:p>
      <w:r>
        <w:t>Quel est le sujet exact de votre texte ?</w:t>
      </w:r>
    </w:p>
    <w:p>
      <w:r>
        <w:br/>
        <w:t>______________________________________________</w:t>
        <w:br/>
        <w:br/>
        <w:t>______________________________________________</w:t>
        <w:br/>
        <w:br/>
        <w:t>______________________________________________</w:t>
        <w:br/>
      </w:r>
    </w:p>
    <w:p>
      <w:r>
        <w:rPr>
          <w:b/>
        </w:rPr>
        <w:t>2. Trouver une idée générale liée au sujet</w:t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Idée générale</w:t>
            </w:r>
          </w:p>
        </w:tc>
        <w:tc>
          <w:tcPr>
            <w:tcW w:type="dxa" w:w="4320"/>
          </w:tcPr>
          <w:p>
            <w:r>
              <w:t>Pertinence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>
              <w:t>★★★★★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>
              <w:t>★★★★★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>
              <w:t>★★★★★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>
              <w:t>★★★★★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>
              <w:t>★★★★★</w:t>
            </w:r>
          </w:p>
        </w:tc>
      </w:tr>
    </w:tbl>
    <w:p>
      <w:r>
        <w:br/>
        <w:t>Exemple : Sujet = La médina de Fès</w:t>
      </w:r>
    </w:p>
    <w:p>
      <w:r>
        <w:t>Patrimoine • Histoire • Architecture • Tourisme culturel • Traditions</w:t>
      </w:r>
    </w:p>
    <w:p>
      <w:r>
        <w:rPr>
          <w:b/>
        </w:rPr>
        <w:br/>
        <w:t>3. Construire le sujet amené</w:t>
        <w:br/>
      </w:r>
    </w:p>
    <w:p>
      <w:r>
        <w:t>Phrase 1 : présenter une idée générale</w:t>
      </w:r>
    </w:p>
    <w:p>
      <w:r>
        <w:br/>
        <w:t>______________________________________________</w:t>
        <w:br/>
        <w:br/>
        <w:t>______________________________________________</w:t>
        <w:br/>
      </w:r>
    </w:p>
    <w:p>
      <w:r>
        <w:t>Phrase 2 : développer le contexte</w:t>
      </w:r>
    </w:p>
    <w:p>
      <w:r>
        <w:br/>
        <w:t>______________________________________________</w:t>
        <w:br/>
        <w:br/>
        <w:t>______________________________________________</w:t>
        <w:br/>
      </w:r>
    </w:p>
    <w:p>
      <w:r>
        <w:t>Phrase 3 : créer une transition vers le sujet</w:t>
      </w:r>
    </w:p>
    <w:p>
      <w:r>
        <w:br/>
        <w:t>______________________________________________</w:t>
        <w:br/>
        <w:br/>
        <w:t>______________________________________________</w:t>
        <w:br/>
      </w:r>
    </w:p>
    <w:p>
      <w:r>
        <w:br w:type="page"/>
      </w:r>
    </w:p>
    <w:p>
      <w:r>
        <w:rPr>
          <w:b/>
        </w:rPr>
        <w:t>Banque d'idées de sujets amenés</w:t>
        <w:br/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Sujet</w:t>
            </w:r>
          </w:p>
        </w:tc>
        <w:tc>
          <w:tcPr>
            <w:tcW w:type="dxa" w:w="4320"/>
          </w:tcPr>
          <w:p>
            <w:r>
              <w:t>Idées générales</w:t>
            </w:r>
          </w:p>
        </w:tc>
      </w:tr>
      <w:tr>
        <w:tc>
          <w:tcPr>
            <w:tcW w:type="dxa" w:w="4320"/>
          </w:tcPr>
          <w:p>
            <w:r>
              <w:t>Ville</w:t>
            </w:r>
          </w:p>
        </w:tc>
        <w:tc>
          <w:tcPr>
            <w:tcW w:type="dxa" w:w="4320"/>
          </w:tcPr>
          <w:p>
            <w:r>
              <w:t>urbanisation, patrimoine, tourisme, économie</w:t>
            </w:r>
          </w:p>
        </w:tc>
      </w:tr>
      <w:tr>
        <w:tc>
          <w:tcPr>
            <w:tcW w:type="dxa" w:w="4320"/>
          </w:tcPr>
          <w:p>
            <w:r>
              <w:t>Monument</w:t>
            </w:r>
          </w:p>
        </w:tc>
        <w:tc>
          <w:tcPr>
            <w:tcW w:type="dxa" w:w="4320"/>
          </w:tcPr>
          <w:p>
            <w:r>
              <w:t>histoire, culture, architecture</w:t>
            </w:r>
          </w:p>
        </w:tc>
      </w:tr>
      <w:tr>
        <w:tc>
          <w:tcPr>
            <w:tcW w:type="dxa" w:w="4320"/>
          </w:tcPr>
          <w:p>
            <w:r>
              <w:t>Personne</w:t>
            </w:r>
          </w:p>
        </w:tc>
        <w:tc>
          <w:tcPr>
            <w:tcW w:type="dxa" w:w="4320"/>
          </w:tcPr>
          <w:p>
            <w:r>
              <w:t>qualités humaines, réussite, parcours</w:t>
            </w:r>
          </w:p>
        </w:tc>
      </w:tr>
      <w:tr>
        <w:tc>
          <w:tcPr>
            <w:tcW w:type="dxa" w:w="4320"/>
          </w:tcPr>
          <w:p>
            <w:r>
              <w:t>Plage</w:t>
            </w:r>
          </w:p>
        </w:tc>
        <w:tc>
          <w:tcPr>
            <w:tcW w:type="dxa" w:w="4320"/>
          </w:tcPr>
          <w:p>
            <w:r>
              <w:t>nature, environnement, paysages</w:t>
            </w:r>
          </w:p>
        </w:tc>
      </w:tr>
      <w:tr>
        <w:tc>
          <w:tcPr>
            <w:tcW w:type="dxa" w:w="4320"/>
          </w:tcPr>
          <w:p>
            <w:r>
              <w:t>Entreprise</w:t>
            </w:r>
          </w:p>
        </w:tc>
        <w:tc>
          <w:tcPr>
            <w:tcW w:type="dxa" w:w="4320"/>
          </w:tcPr>
          <w:p>
            <w:r>
              <w:t>innovation, développement, organisation</w:t>
            </w:r>
          </w:p>
        </w:tc>
      </w:tr>
    </w:tbl>
    <w:p>
      <w:r>
        <w:br/>
        <w:t>Checklist qualité du sujet amené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Vérification</w:t>
            </w:r>
          </w:p>
        </w:tc>
        <w:tc>
          <w:tcPr>
            <w:tcW w:type="dxa" w:w="2880"/>
          </w:tcPr>
          <w:p>
            <w:r>
              <w:t>Oui</w:t>
            </w:r>
          </w:p>
        </w:tc>
        <w:tc>
          <w:tcPr>
            <w:tcW w:type="dxa" w:w="2880"/>
          </w:tcPr>
          <w:p>
            <w:r>
              <w:t>Non</w:t>
            </w:r>
          </w:p>
        </w:tc>
      </w:tr>
      <w:tr>
        <w:tc>
          <w:tcPr>
            <w:tcW w:type="dxa" w:w="2880"/>
          </w:tcPr>
          <w:p>
            <w:r>
              <w:t>Je commence par une idée générale</w:t>
            </w:r>
          </w:p>
        </w:tc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Je crée un contexte</w:t>
            </w:r>
          </w:p>
        </w:tc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Je prépare le lecteur</w:t>
            </w:r>
          </w:p>
        </w:tc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Mon sujet arrive naturellement</w:t>
            </w:r>
          </w:p>
        </w:tc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  <w:tr>
        <w:tc>
          <w:tcPr>
            <w:tcW w:type="dxa" w:w="2880"/>
          </w:tcPr>
          <w:p>
            <w:r>
              <w:t>Le lien est logique</w:t>
            </w:r>
          </w:p>
        </w:tc>
        <w:tc>
          <w:tcPr>
            <w:tcW w:type="dxa" w:w="2880"/>
          </w:tcPr>
          <w:p>
            <w:r>
              <w:t>☐</w:t>
            </w:r>
          </w:p>
        </w:tc>
        <w:tc>
          <w:tcPr>
            <w:tcW w:type="dxa" w:w="2880"/>
          </w:tcPr>
          <w:p>
            <w:r>
              <w:t>☐</w:t>
            </w:r>
          </w:p>
        </w:tc>
      </w:tr>
    </w:tbl>
    <w:p>
      <w:r>
        <w:br/>
        <w:t>Schéma visuel</w:t>
      </w:r>
    </w:p>
    <w:p>
      <w:r>
        <w:br/>
        <w:t>IDÉE GÉNÉRALE</w:t>
        <w:br/>
        <w:t xml:space="preserve">        ↓</w:t>
        <w:br/>
        <w:t>CONTEXTE</w:t>
        <w:br/>
        <w:t xml:space="preserve">        ↓</w:t>
        <w:br/>
        <w:t>TRANSITION</w:t>
        <w:br/>
        <w:t xml:space="preserve">        ↓</w:t>
        <w:br/>
        <w:t>SUJET PRINCIPAL</w:t>
        <w:br/>
        <w:t xml:space="preserve">        ↓</w:t>
        <w:br/>
        <w:t>LECTEUR PRÊT À LIRE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