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4C99"/>
          <w:sz w:val="56"/>
        </w:rPr>
        <w:br/>
        <w:br/>
        <w:t>RAPPORT ANNUEL</w:t>
        <w:br/>
        <w:t>BILAN D'ACTIVITÉ</w:t>
        <w:br/>
      </w:r>
      <w:r>
        <w:rPr>
          <w:sz w:val="32"/>
        </w:rPr>
        <w:br/>
        <w:t>Association Exemple</w:t>
        <w:br/>
        <w:t>Exercice 2025</w:t>
      </w:r>
    </w:p>
    <w:p>
      <w:r>
        <w:br w:type="page"/>
      </w:r>
    </w:p>
    <w:p>
      <w:pPr>
        <w:shd w:fill="0F4C81"/>
      </w:pPr>
      <w:r>
        <w:rPr>
          <w:b/>
          <w:color w:val="FFFFFF"/>
          <w:sz w:val="36"/>
        </w:rPr>
        <w:t>IDENTITÉ DE L'ASSOCIATION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</w:tcPr>
          <w:p>
            <w:r>
              <w:t>Nom</w:t>
            </w:r>
          </w:p>
        </w:tc>
        <w:tc>
          <w:tcPr>
            <w:tcW w:type="dxa" w:w="4986"/>
          </w:tcPr>
          <w:p>
            <w:r>
              <w:t>Association Exemple</w:t>
            </w:r>
          </w:p>
        </w:tc>
      </w:tr>
      <w:tr>
        <w:tc>
          <w:tcPr>
            <w:tcW w:type="dxa" w:w="4986"/>
          </w:tcPr>
          <w:p>
            <w:r>
              <w:t>Objet</w:t>
            </w:r>
          </w:p>
        </w:tc>
        <w:tc>
          <w:tcPr>
            <w:tcW w:type="dxa" w:w="4986"/>
          </w:tcPr>
          <w:p>
            <w:r>
              <w:t>Action sociale et culturelle</w:t>
            </w:r>
          </w:p>
        </w:tc>
      </w:tr>
      <w:tr>
        <w:tc>
          <w:tcPr>
            <w:tcW w:type="dxa" w:w="4986"/>
          </w:tcPr>
          <w:p>
            <w:r>
              <w:t>Président</w:t>
            </w:r>
          </w:p>
        </w:tc>
        <w:tc>
          <w:tcPr>
            <w:tcW w:type="dxa" w:w="4986"/>
          </w:tcPr>
          <w:p>
            <w:r>
              <w:t>Nom Prénom</w:t>
            </w:r>
          </w:p>
        </w:tc>
      </w:tr>
      <w:tr>
        <w:tc>
          <w:tcPr>
            <w:tcW w:type="dxa" w:w="4986"/>
          </w:tcPr>
          <w:p>
            <w:r>
              <w:t>Trésorier</w:t>
            </w:r>
          </w:p>
        </w:tc>
        <w:tc>
          <w:tcPr>
            <w:tcW w:type="dxa" w:w="4986"/>
          </w:tcPr>
          <w:p>
            <w:r>
              <w:t>Nom Prénom</w:t>
            </w:r>
          </w:p>
        </w:tc>
      </w:tr>
      <w:tr>
        <w:tc>
          <w:tcPr>
            <w:tcW w:type="dxa" w:w="4986"/>
          </w:tcPr>
          <w:p>
            <w:r>
              <w:t>Secrétaire</w:t>
            </w:r>
          </w:p>
        </w:tc>
        <w:tc>
          <w:tcPr>
            <w:tcW w:type="dxa" w:w="4986"/>
          </w:tcPr>
          <w:p>
            <w:r>
              <w:t>Nom Prénom</w:t>
            </w:r>
          </w:p>
        </w:tc>
      </w:tr>
      <w:tr>
        <w:tc>
          <w:tcPr>
            <w:tcW w:type="dxa" w:w="4986"/>
          </w:tcPr>
          <w:p>
            <w:r>
              <w:t>Adhérents</w:t>
            </w:r>
          </w:p>
        </w:tc>
        <w:tc>
          <w:tcPr>
            <w:tcW w:type="dxa" w:w="4986"/>
          </w:tcPr>
          <w:p>
            <w:r>
              <w:t>150</w:t>
            </w:r>
          </w:p>
        </w:tc>
      </w:tr>
      <w:tr>
        <w:tc>
          <w:tcPr>
            <w:tcW w:type="dxa" w:w="4986"/>
          </w:tcPr>
          <w:p>
            <w:r>
              <w:t>Bénévoles</w:t>
            </w:r>
          </w:p>
        </w:tc>
        <w:tc>
          <w:tcPr>
            <w:tcW w:type="dxa" w:w="4986"/>
          </w:tcPr>
          <w:p>
            <w:r>
              <w:t>40</w:t>
            </w:r>
          </w:p>
        </w:tc>
      </w:tr>
      <w:tr>
        <w:tc>
          <w:tcPr>
            <w:tcW w:type="dxa" w:w="4986"/>
          </w:tcPr>
          <w:p>
            <w:r>
              <w:t>Budget</w:t>
            </w:r>
          </w:p>
        </w:tc>
        <w:tc>
          <w:tcPr>
            <w:tcW w:type="dxa" w:w="4986"/>
          </w:tcPr>
          <w:p>
            <w:r>
              <w:t>75 000 €</w:t>
            </w:r>
          </w:p>
        </w:tc>
      </w:tr>
    </w:tbl>
    <w:p>
      <w:pPr>
        <w:shd w:fill="0F4C81"/>
      </w:pPr>
      <w:r>
        <w:rPr>
          <w:b/>
          <w:color w:val="FFFFFF"/>
          <w:sz w:val="36"/>
        </w:rPr>
        <w:t>CHIFFRES CLÉS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</w:tcPr>
          <w:p>
            <w:r>
              <w:t>Indicateur</w:t>
            </w:r>
          </w:p>
        </w:tc>
        <w:tc>
          <w:tcPr>
            <w:tcW w:type="dxa" w:w="2493"/>
          </w:tcPr>
          <w:p>
            <w:r>
              <w:t>2024</w:t>
            </w:r>
          </w:p>
        </w:tc>
        <w:tc>
          <w:tcPr>
            <w:tcW w:type="dxa" w:w="2493"/>
          </w:tcPr>
          <w:p>
            <w:r>
              <w:t>2025</w:t>
            </w:r>
          </w:p>
        </w:tc>
        <w:tc>
          <w:tcPr>
            <w:tcW w:type="dxa" w:w="2493"/>
          </w:tcPr>
          <w:p>
            <w:r>
              <w:t>Évolution</w:t>
            </w:r>
          </w:p>
        </w:tc>
      </w:tr>
      <w:tr>
        <w:tc>
          <w:tcPr>
            <w:tcW w:type="dxa" w:w="2493"/>
          </w:tcPr>
          <w:p>
            <w:r>
              <w:t>Adhérents</w:t>
            </w:r>
          </w:p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</w:tr>
      <w:tr>
        <w:tc>
          <w:tcPr>
            <w:tcW w:type="dxa" w:w="2493"/>
          </w:tcPr>
          <w:p>
            <w:r>
              <w:t>Bénévoles</w:t>
            </w:r>
          </w:p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</w:tr>
      <w:tr>
        <w:tc>
          <w:tcPr>
            <w:tcW w:type="dxa" w:w="2493"/>
          </w:tcPr>
          <w:p>
            <w:r>
              <w:t>Actions</w:t>
            </w:r>
          </w:p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</w:tr>
      <w:tr>
        <w:tc>
          <w:tcPr>
            <w:tcW w:type="dxa" w:w="2493"/>
          </w:tcPr>
          <w:p>
            <w:r>
              <w:t>Bénéficiaires</w:t>
            </w:r>
          </w:p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</w:tr>
      <w:tr>
        <w:tc>
          <w:tcPr>
            <w:tcW w:type="dxa" w:w="2493"/>
          </w:tcPr>
          <w:p>
            <w:r>
              <w:t>Partenaires</w:t>
            </w:r>
          </w:p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</w:tr>
      <w:tr>
        <w:tc>
          <w:tcPr>
            <w:tcW w:type="dxa" w:w="2493"/>
          </w:tcPr>
          <w:p>
            <w:r>
              <w:t>Heures bénévolat</w:t>
            </w:r>
          </w:p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</w:tr>
    </w:tbl>
    <w:p>
      <w:pPr>
        <w:shd w:fill="0F4C81"/>
      </w:pPr>
      <w:r>
        <w:rPr>
          <w:b/>
          <w:color w:val="FFFFFF"/>
          <w:sz w:val="36"/>
        </w:rPr>
        <w:t>ACTIONS PHARES DE L'ANNÉE</w:t>
      </w:r>
    </w:p>
    <w:p>
      <w:r>
        <w:t>★ Projet 1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</w:tcPr>
          <w:p>
            <w:r>
              <w:t>Objectif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</w:tcPr>
          <w:p>
            <w:r>
              <w:t>Public cible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</w:tcPr>
          <w:p>
            <w:r>
              <w:t>Budget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</w:tcPr>
          <w:p>
            <w:r>
              <w:t>Résultats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</w:tcPr>
          <w:p>
            <w:r>
              <w:t>Indicateurs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</w:tcPr>
          <w:p>
            <w:r>
              <w:t>Photos</w:t>
            </w:r>
          </w:p>
        </w:tc>
        <w:tc>
          <w:tcPr>
            <w:tcW w:type="dxa" w:w="4986"/>
          </w:tcPr>
          <w:p/>
        </w:tc>
      </w:tr>
    </w:tbl>
    <w:p>
      <w:r>
        <w:t>★ Projet 2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</w:tcPr>
          <w:p>
            <w:r>
              <w:t>Objectif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</w:tcPr>
          <w:p>
            <w:r>
              <w:t>Public cible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</w:tcPr>
          <w:p>
            <w:r>
              <w:t>Budget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</w:tcPr>
          <w:p>
            <w:r>
              <w:t>Résultats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</w:tcPr>
          <w:p>
            <w:r>
              <w:t>Indicateurs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</w:tcPr>
          <w:p>
            <w:r>
              <w:t>Photos</w:t>
            </w:r>
          </w:p>
        </w:tc>
        <w:tc>
          <w:tcPr>
            <w:tcW w:type="dxa" w:w="4986"/>
          </w:tcPr>
          <w:p/>
        </w:tc>
      </w:tr>
    </w:tbl>
    <w:p>
      <w:r>
        <w:t>★ Projet 3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</w:tcPr>
          <w:p>
            <w:r>
              <w:t>Objectif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</w:tcPr>
          <w:p>
            <w:r>
              <w:t>Public cible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</w:tcPr>
          <w:p>
            <w:r>
              <w:t>Budget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</w:tcPr>
          <w:p>
            <w:r>
              <w:t>Résultats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</w:tcPr>
          <w:p>
            <w:r>
              <w:t>Indicateurs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</w:tcPr>
          <w:p>
            <w:r>
              <w:t>Photos</w:t>
            </w:r>
          </w:p>
        </w:tc>
        <w:tc>
          <w:tcPr>
            <w:tcW w:type="dxa" w:w="4986"/>
          </w:tcPr>
          <w:p/>
        </w:tc>
      </w:tr>
    </w:tbl>
    <w:p>
      <w:pPr>
        <w:shd w:fill="0F4C81"/>
      </w:pPr>
      <w:r>
        <w:rPr>
          <w:b/>
          <w:color w:val="FFFFFF"/>
          <w:sz w:val="36"/>
        </w:rPr>
        <w:t>BILAN FINANCIER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324"/>
        <w:gridCol w:w="3324"/>
        <w:gridCol w:w="3324"/>
      </w:tblGrid>
      <w:tr>
        <w:tc>
          <w:tcPr>
            <w:tcW w:type="dxa" w:w="3324"/>
          </w:tcPr>
          <w:p>
            <w:r>
              <w:t>Rubrique</w:t>
            </w:r>
          </w:p>
        </w:tc>
        <w:tc>
          <w:tcPr>
            <w:tcW w:type="dxa" w:w="3324"/>
          </w:tcPr>
          <w:p>
            <w:r>
              <w:t>Montant (€)</w:t>
            </w:r>
          </w:p>
        </w:tc>
        <w:tc>
          <w:tcPr>
            <w:tcW w:type="dxa" w:w="3324"/>
          </w:tcPr>
          <w:p>
            <w:r>
              <w:t>Part %</w:t>
            </w:r>
          </w:p>
        </w:tc>
      </w:tr>
      <w:tr>
        <w:tc>
          <w:tcPr>
            <w:tcW w:type="dxa" w:w="3324"/>
          </w:tcPr>
          <w:p>
            <w:r>
              <w:t>Cotisations</w:t>
            </w:r>
          </w:p>
        </w:tc>
        <w:tc>
          <w:tcPr>
            <w:tcW w:type="dxa" w:w="3324"/>
          </w:tcPr>
          <w:p/>
        </w:tc>
        <w:tc>
          <w:tcPr>
            <w:tcW w:type="dxa" w:w="3324"/>
          </w:tcPr>
          <w:p/>
        </w:tc>
      </w:tr>
      <w:tr>
        <w:tc>
          <w:tcPr>
            <w:tcW w:type="dxa" w:w="3324"/>
          </w:tcPr>
          <w:p>
            <w:r>
              <w:t>Subventions</w:t>
            </w:r>
          </w:p>
        </w:tc>
        <w:tc>
          <w:tcPr>
            <w:tcW w:type="dxa" w:w="3324"/>
          </w:tcPr>
          <w:p/>
        </w:tc>
        <w:tc>
          <w:tcPr>
            <w:tcW w:type="dxa" w:w="3324"/>
          </w:tcPr>
          <w:p/>
        </w:tc>
      </w:tr>
      <w:tr>
        <w:tc>
          <w:tcPr>
            <w:tcW w:type="dxa" w:w="3324"/>
          </w:tcPr>
          <w:p>
            <w:r>
              <w:t>Dons</w:t>
            </w:r>
          </w:p>
        </w:tc>
        <w:tc>
          <w:tcPr>
            <w:tcW w:type="dxa" w:w="3324"/>
          </w:tcPr>
          <w:p/>
        </w:tc>
        <w:tc>
          <w:tcPr>
            <w:tcW w:type="dxa" w:w="3324"/>
          </w:tcPr>
          <w:p/>
        </w:tc>
      </w:tr>
      <w:tr>
        <w:tc>
          <w:tcPr>
            <w:tcW w:type="dxa" w:w="3324"/>
          </w:tcPr>
          <w:p>
            <w:r>
              <w:t>Mécénat</w:t>
            </w:r>
          </w:p>
        </w:tc>
        <w:tc>
          <w:tcPr>
            <w:tcW w:type="dxa" w:w="3324"/>
          </w:tcPr>
          <w:p/>
        </w:tc>
        <w:tc>
          <w:tcPr>
            <w:tcW w:type="dxa" w:w="3324"/>
          </w:tcPr>
          <w:p/>
        </w:tc>
      </w:tr>
      <w:tr>
        <w:tc>
          <w:tcPr>
            <w:tcW w:type="dxa" w:w="3324"/>
          </w:tcPr>
          <w:p>
            <w:r>
              <w:t>Actions</w:t>
            </w:r>
          </w:p>
        </w:tc>
        <w:tc>
          <w:tcPr>
            <w:tcW w:type="dxa" w:w="3324"/>
          </w:tcPr>
          <w:p/>
        </w:tc>
        <w:tc>
          <w:tcPr>
            <w:tcW w:type="dxa" w:w="3324"/>
          </w:tcPr>
          <w:p/>
        </w:tc>
      </w:tr>
      <w:tr>
        <w:tc>
          <w:tcPr>
            <w:tcW w:type="dxa" w:w="3324"/>
          </w:tcPr>
          <w:p>
            <w:r>
              <w:t>Communication</w:t>
            </w:r>
          </w:p>
        </w:tc>
        <w:tc>
          <w:tcPr>
            <w:tcW w:type="dxa" w:w="3324"/>
          </w:tcPr>
          <w:p/>
        </w:tc>
        <w:tc>
          <w:tcPr>
            <w:tcW w:type="dxa" w:w="3324"/>
          </w:tcPr>
          <w:p/>
        </w:tc>
      </w:tr>
      <w:tr>
        <w:tc>
          <w:tcPr>
            <w:tcW w:type="dxa" w:w="3324"/>
          </w:tcPr>
          <w:p>
            <w:r>
              <w:t>Fonctionnement</w:t>
            </w:r>
          </w:p>
        </w:tc>
        <w:tc>
          <w:tcPr>
            <w:tcW w:type="dxa" w:w="3324"/>
          </w:tcPr>
          <w:p/>
        </w:tc>
        <w:tc>
          <w:tcPr>
            <w:tcW w:type="dxa" w:w="3324"/>
          </w:tcPr>
          <w:p/>
        </w:tc>
      </w:tr>
    </w:tbl>
    <w:p>
      <w:pPr>
        <w:shd w:fill="0F4C81"/>
      </w:pPr>
      <w:r>
        <w:rPr>
          <w:b/>
          <w:color w:val="FFFFFF"/>
          <w:sz w:val="36"/>
        </w:rPr>
        <w:t>IMPACT SOCIAL ET PERSPECTIVES</w:t>
      </w:r>
    </w:p>
    <w:p>
      <w:r>
        <w:t>• Principales réalisations</w:t>
        <w:br/>
        <w:t>• Témoignages bénéficiaires</w:t>
        <w:br/>
        <w:t>• Perspectives stratégiques</w:t>
        <w:br/>
        <w:t>• Objectifs de l'année suivante</w:t>
        <w:br/>
        <w:t>• Nouveaux partenariats visés</w:t>
      </w:r>
    </w:p>
    <w:sectPr w:rsidR="00FC693F" w:rsidRPr="0006063C" w:rsidSect="00034616">
      <w:pgSz w:w="12240" w:h="15840"/>
      <w:pgMar w:top="850" w:right="1134" w:bottom="85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