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BILAN D’ACTIVITÉ ASSOCIATION</w:t>
        <w:br/>
        <w:t>2025</w:t>
      </w:r>
    </w:p>
    <w:p>
      <w:r>
        <w:t xml:space="preserve">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44"/>
        <w:gridCol w:w="4844"/>
      </w:tblGrid>
      <w:tr>
        <w:tc>
          <w:tcPr>
            <w:tcW w:type="dxa" w:w="4844"/>
          </w:tcPr>
          <w:p>
            <w:r>
              <w:t>Association</w:t>
            </w:r>
          </w:p>
        </w:tc>
        <w:tc>
          <w:tcPr>
            <w:tcW w:type="dxa" w:w="4844"/>
          </w:tcPr>
          <w:p>
            <w:r>
              <w:t>Association Exemple Solidarité</w:t>
            </w:r>
          </w:p>
        </w:tc>
      </w:tr>
      <w:tr>
        <w:tc>
          <w:tcPr>
            <w:tcW w:type="dxa" w:w="4844"/>
          </w:tcPr>
          <w:p>
            <w:r>
              <w:t>Président(e)</w:t>
            </w:r>
          </w:p>
        </w:tc>
        <w:tc>
          <w:tcPr>
            <w:tcW w:type="dxa" w:w="4844"/>
          </w:tcPr>
          <w:p>
            <w:r>
              <w:t>Nom Prénom</w:t>
            </w:r>
          </w:p>
        </w:tc>
      </w:tr>
      <w:tr>
        <w:tc>
          <w:tcPr>
            <w:tcW w:type="dxa" w:w="4844"/>
          </w:tcPr>
          <w:p>
            <w:r>
              <w:t>Adresse</w:t>
            </w:r>
          </w:p>
        </w:tc>
        <w:tc>
          <w:tcPr>
            <w:tcW w:type="dxa" w:w="4844"/>
          </w:tcPr>
          <w:p>
            <w:r>
              <w:t>Adresse complète</w:t>
            </w:r>
          </w:p>
        </w:tc>
      </w:tr>
      <w:tr>
        <w:tc>
          <w:tcPr>
            <w:tcW w:type="dxa" w:w="4844"/>
          </w:tcPr>
          <w:p>
            <w:r>
              <w:t>RNA</w:t>
            </w:r>
          </w:p>
        </w:tc>
        <w:tc>
          <w:tcPr>
            <w:tcW w:type="dxa" w:w="4844"/>
          </w:tcPr>
          <w:p>
            <w:r>
              <w:t>W123456789</w:t>
            </w:r>
          </w:p>
        </w:tc>
      </w:tr>
      <w:tr>
        <w:tc>
          <w:tcPr>
            <w:tcW w:type="dxa" w:w="4844"/>
          </w:tcPr>
          <w:p>
            <w:r>
              <w:t>SIRET</w:t>
            </w:r>
          </w:p>
        </w:tc>
        <w:tc>
          <w:tcPr>
            <w:tcW w:type="dxa" w:w="4844"/>
          </w:tcPr>
          <w:p>
            <w:r>
              <w:t>123 456 789 00012</w:t>
            </w:r>
          </w:p>
        </w:tc>
      </w:tr>
      <w:tr>
        <w:tc>
          <w:tcPr>
            <w:tcW w:type="dxa" w:w="4844"/>
          </w:tcPr>
          <w:p>
            <w:r>
              <w:t>Date AG</w:t>
            </w:r>
          </w:p>
        </w:tc>
        <w:tc>
          <w:tcPr>
            <w:tcW w:type="dxa" w:w="4844"/>
          </w:tcPr>
          <w:p>
            <w:r>
              <w:t>__/__/____</w:t>
            </w:r>
          </w:p>
        </w:tc>
      </w:tr>
    </w:tbl>
    <w:p>
      <w:r>
        <w:br w:type="page"/>
      </w:r>
    </w:p>
    <w:p>
      <w:pPr>
        <w:pStyle w:val="Heading1"/>
      </w:pPr>
      <w:r>
        <w:t>1. Chiffres clés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22"/>
        <w:gridCol w:w="2422"/>
        <w:gridCol w:w="2422"/>
        <w:gridCol w:w="2422"/>
      </w:tblGrid>
      <w:tr>
        <w:tc>
          <w:tcPr>
            <w:tcW w:type="dxa" w:w="2422"/>
          </w:tcPr>
          <w:p>
            <w:r>
              <w:t>Indicateur</w:t>
            </w:r>
          </w:p>
        </w:tc>
        <w:tc>
          <w:tcPr>
            <w:tcW w:type="dxa" w:w="2422"/>
          </w:tcPr>
          <w:p>
            <w:r>
              <w:t>2024</w:t>
            </w:r>
          </w:p>
        </w:tc>
        <w:tc>
          <w:tcPr>
            <w:tcW w:type="dxa" w:w="2422"/>
          </w:tcPr>
          <w:p>
            <w:r>
              <w:t>2025</w:t>
            </w:r>
          </w:p>
        </w:tc>
        <w:tc>
          <w:tcPr>
            <w:tcW w:type="dxa" w:w="2422"/>
          </w:tcPr>
          <w:p>
            <w:r>
              <w:t>Evolution</w:t>
            </w:r>
          </w:p>
        </w:tc>
      </w:tr>
      <w:tr>
        <w:tc>
          <w:tcPr>
            <w:tcW w:type="dxa" w:w="2422"/>
          </w:tcPr>
          <w:p>
            <w:r>
              <w:t>Adhérents</w:t>
            </w:r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</w:tr>
      <w:tr>
        <w:tc>
          <w:tcPr>
            <w:tcW w:type="dxa" w:w="2422"/>
          </w:tcPr>
          <w:p>
            <w:r>
              <w:t>Bénévoles</w:t>
            </w:r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</w:tr>
      <w:tr>
        <w:tc>
          <w:tcPr>
            <w:tcW w:type="dxa" w:w="2422"/>
          </w:tcPr>
          <w:p>
            <w:r>
              <w:t>Actions réalisées</w:t>
            </w:r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</w:tr>
      <w:tr>
        <w:tc>
          <w:tcPr>
            <w:tcW w:type="dxa" w:w="2422"/>
          </w:tcPr>
          <w:p>
            <w:r>
              <w:t>Bénéficiaires</w:t>
            </w:r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</w:tr>
      <w:tr>
        <w:tc>
          <w:tcPr>
            <w:tcW w:type="dxa" w:w="2422"/>
          </w:tcPr>
          <w:p>
            <w:r>
              <w:t>Partenaires</w:t>
            </w:r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  <w:tc>
          <w:tcPr>
            <w:tcW w:type="dxa" w:w="2422"/>
          </w:tcPr>
          <w:p>
            <w:r/>
          </w:p>
        </w:tc>
      </w:tr>
    </w:tbl>
    <w:p>
      <w:pPr>
        <w:pStyle w:val="Heading1"/>
      </w:pPr>
      <w:r>
        <w:t>2. Actions menées</w:t>
      </w:r>
    </w:p>
    <w:p>
      <w:r>
        <w:t>Action 1 : ___________________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44"/>
        <w:gridCol w:w="4844"/>
      </w:tblGrid>
      <w:tr>
        <w:tc>
          <w:tcPr>
            <w:tcW w:type="dxa" w:w="4844"/>
          </w:tcPr>
          <w:p>
            <w:r>
              <w:t>Objectif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Public visé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Budget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Résultats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Observations</w:t>
            </w:r>
          </w:p>
        </w:tc>
        <w:tc>
          <w:tcPr>
            <w:tcW w:type="dxa" w:w="4844"/>
          </w:tcPr>
          <w:p>
            <w:r/>
          </w:p>
        </w:tc>
      </w:tr>
    </w:tbl>
    <w:p>
      <w:r>
        <w:t>Action 2 : ___________________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44"/>
        <w:gridCol w:w="4844"/>
      </w:tblGrid>
      <w:tr>
        <w:tc>
          <w:tcPr>
            <w:tcW w:type="dxa" w:w="4844"/>
          </w:tcPr>
          <w:p>
            <w:r>
              <w:t>Objectif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Public visé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Budget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Résultats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Observations</w:t>
            </w:r>
          </w:p>
        </w:tc>
        <w:tc>
          <w:tcPr>
            <w:tcW w:type="dxa" w:w="4844"/>
          </w:tcPr>
          <w:p>
            <w:r/>
          </w:p>
        </w:tc>
      </w:tr>
    </w:tbl>
    <w:p>
      <w:r>
        <w:t>Action 3 : ___________________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44"/>
        <w:gridCol w:w="4844"/>
      </w:tblGrid>
      <w:tr>
        <w:tc>
          <w:tcPr>
            <w:tcW w:type="dxa" w:w="4844"/>
          </w:tcPr>
          <w:p>
            <w:r>
              <w:t>Objectif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Public visé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Budget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Résultats</w:t>
            </w:r>
          </w:p>
        </w:tc>
        <w:tc>
          <w:tcPr>
            <w:tcW w:type="dxa" w:w="4844"/>
          </w:tcPr>
          <w:p>
            <w:r/>
          </w:p>
        </w:tc>
      </w:tr>
      <w:tr>
        <w:tc>
          <w:tcPr>
            <w:tcW w:type="dxa" w:w="4844"/>
          </w:tcPr>
          <w:p>
            <w:r>
              <w:t>Observations</w:t>
            </w:r>
          </w:p>
        </w:tc>
        <w:tc>
          <w:tcPr>
            <w:tcW w:type="dxa" w:w="4844"/>
          </w:tcPr>
          <w:p>
            <w:r/>
          </w:p>
        </w:tc>
      </w:tr>
    </w:tbl>
    <w:p>
      <w:pPr>
        <w:pStyle w:val="Heading1"/>
      </w:pPr>
      <w:r>
        <w:t>3. Événements organisés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38"/>
        <w:gridCol w:w="1938"/>
        <w:gridCol w:w="1938"/>
        <w:gridCol w:w="1938"/>
        <w:gridCol w:w="1938"/>
      </w:tblGrid>
      <w:tr>
        <w:tc>
          <w:tcPr>
            <w:tcW w:type="dxa" w:w="1938"/>
          </w:tcPr>
          <w:p>
            <w:r>
              <w:t>Date</w:t>
            </w:r>
          </w:p>
        </w:tc>
        <w:tc>
          <w:tcPr>
            <w:tcW w:type="dxa" w:w="1938"/>
          </w:tcPr>
          <w:p>
            <w:r>
              <w:t>Événement</w:t>
            </w:r>
          </w:p>
        </w:tc>
        <w:tc>
          <w:tcPr>
            <w:tcW w:type="dxa" w:w="1938"/>
          </w:tcPr>
          <w:p>
            <w:r>
              <w:t>Lieu</w:t>
            </w:r>
          </w:p>
        </w:tc>
        <w:tc>
          <w:tcPr>
            <w:tcW w:type="dxa" w:w="1938"/>
          </w:tcPr>
          <w:p>
            <w:r>
              <w:t>Participants</w:t>
            </w:r>
          </w:p>
        </w:tc>
        <w:tc>
          <w:tcPr>
            <w:tcW w:type="dxa" w:w="1938"/>
          </w:tcPr>
          <w:p>
            <w:r>
              <w:t>Résultats</w:t>
            </w:r>
          </w:p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  <w:tr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  <w:tc>
          <w:tcPr>
            <w:tcW w:type="dxa" w:w="1938"/>
          </w:tcPr>
          <w:p/>
        </w:tc>
      </w:tr>
    </w:tbl>
    <w:p>
      <w:pPr>
        <w:pStyle w:val="Heading1"/>
      </w:pPr>
      <w:r>
        <w:t>4. Bilan financier simplifié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30"/>
        <w:gridCol w:w="3230"/>
        <w:gridCol w:w="3230"/>
      </w:tblGrid>
      <w:tr>
        <w:tc>
          <w:tcPr>
            <w:tcW w:type="dxa" w:w="3230"/>
          </w:tcPr>
          <w:p>
            <w:r>
              <w:t>Rubrique</w:t>
            </w:r>
          </w:p>
        </w:tc>
        <w:tc>
          <w:tcPr>
            <w:tcW w:type="dxa" w:w="3230"/>
          </w:tcPr>
          <w:p>
            <w:r>
              <w:t>Prévu (€)</w:t>
            </w:r>
          </w:p>
        </w:tc>
        <w:tc>
          <w:tcPr>
            <w:tcW w:type="dxa" w:w="3230"/>
          </w:tcPr>
          <w:p>
            <w:r>
              <w:t>Réalisé (€)</w:t>
            </w:r>
          </w:p>
        </w:tc>
      </w:tr>
      <w:tr>
        <w:tc>
          <w:tcPr>
            <w:tcW w:type="dxa" w:w="3230"/>
          </w:tcPr>
          <w:p>
            <w:r>
              <w:t>Cotisations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Subventions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Dons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Mécénat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Autres produits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Charges de fonctionnement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Actions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  <w:tr>
        <w:tc>
          <w:tcPr>
            <w:tcW w:type="dxa" w:w="3230"/>
          </w:tcPr>
          <w:p>
            <w:r>
              <w:t>Communication</w:t>
            </w:r>
          </w:p>
        </w:tc>
        <w:tc>
          <w:tcPr>
            <w:tcW w:type="dxa" w:w="3230"/>
          </w:tcPr>
          <w:p/>
        </w:tc>
        <w:tc>
          <w:tcPr>
            <w:tcW w:type="dxa" w:w="3230"/>
          </w:tcPr>
          <w:p/>
        </w:tc>
      </w:tr>
    </w:tbl>
    <w:p>
      <w:pPr>
        <w:pStyle w:val="Heading1"/>
      </w:pPr>
      <w:r>
        <w:t>5. Perspectives de l'année suivante</w:t>
      </w:r>
    </w:p>
    <w:p>
      <w:r>
        <w:t>• Développer les adhésions</w:t>
        <w:br/>
        <w:t>• Renforcer les partenariats</w:t>
        <w:br/>
        <w:t>• Lancer de nouveaux projets</w:t>
        <w:br/>
        <w:t>• Diversifier les financements</w:t>
      </w:r>
    </w:p>
    <w:sectPr w:rsidR="00FC693F" w:rsidRPr="0006063C" w:rsidSect="00034616"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