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4C81"/>
          <w:sz w:val="48"/>
        </w:rPr>
        <w:t>RAPPORT DE BILAN D'ACTIVITÉ</w:t>
        <w:br/>
        <w:t>ASSOCIATION</w:t>
      </w:r>
    </w:p>
    <w:p>
      <w:pPr>
        <w:jc w:val="center"/>
      </w:pPr>
      <w:r>
        <w:br/>
        <w:t>Exercice 2025</w:t>
        <w:br/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</w:tcPr>
          <w:p>
            <w:r>
              <w:t>Nom de l'association</w:t>
            </w:r>
          </w:p>
        </w:tc>
        <w:tc>
          <w:tcPr>
            <w:tcW w:type="dxa" w:w="4873"/>
          </w:tcPr>
          <w:p>
            <w:r>
              <w:t>Association Exemple</w:t>
            </w:r>
          </w:p>
        </w:tc>
      </w:tr>
      <w:tr>
        <w:tc>
          <w:tcPr>
            <w:tcW w:type="dxa" w:w="4873"/>
          </w:tcPr>
          <w:p>
            <w:r>
              <w:t>Président(e)</w:t>
            </w:r>
          </w:p>
        </w:tc>
        <w:tc>
          <w:tcPr>
            <w:tcW w:type="dxa" w:w="4873"/>
          </w:tcPr>
          <w:p>
            <w:r>
              <w:t>Nom Prénom</w:t>
            </w:r>
          </w:p>
        </w:tc>
      </w:tr>
      <w:tr>
        <w:tc>
          <w:tcPr>
            <w:tcW w:type="dxa" w:w="4873"/>
          </w:tcPr>
          <w:p>
            <w:r>
              <w:t>Date de création</w:t>
            </w:r>
          </w:p>
        </w:tc>
        <w:tc>
          <w:tcPr>
            <w:tcW w:type="dxa" w:w="4873"/>
          </w:tcPr>
          <w:p>
            <w:r>
              <w:t>__/__/____</w:t>
            </w:r>
          </w:p>
        </w:tc>
      </w:tr>
      <w:tr>
        <w:tc>
          <w:tcPr>
            <w:tcW w:type="dxa" w:w="4873"/>
          </w:tcPr>
          <w:p>
            <w:r>
              <w:t>Nombre d'adhérents</w:t>
            </w:r>
          </w:p>
        </w:tc>
        <w:tc>
          <w:tcPr>
            <w:tcW w:type="dxa" w:w="4873"/>
          </w:tcPr>
          <w:p>
            <w:r>
              <w:t>120</w:t>
            </w:r>
          </w:p>
        </w:tc>
      </w:tr>
      <w:tr>
        <w:tc>
          <w:tcPr>
            <w:tcW w:type="dxa" w:w="4873"/>
          </w:tcPr>
          <w:p>
            <w:r>
              <w:t>Nombre de bénévoles</w:t>
            </w:r>
          </w:p>
        </w:tc>
        <w:tc>
          <w:tcPr>
            <w:tcW w:type="dxa" w:w="4873"/>
          </w:tcPr>
          <w:p>
            <w:r>
              <w:t>35</w:t>
            </w:r>
          </w:p>
        </w:tc>
      </w:tr>
      <w:tr>
        <w:tc>
          <w:tcPr>
            <w:tcW w:type="dxa" w:w="4873"/>
          </w:tcPr>
          <w:p>
            <w:r>
              <w:t>Budget annuel</w:t>
            </w:r>
          </w:p>
        </w:tc>
        <w:tc>
          <w:tcPr>
            <w:tcW w:type="dxa" w:w="4873"/>
          </w:tcPr>
          <w:p>
            <w:r>
              <w:t>50 000 €</w:t>
            </w:r>
          </w:p>
        </w:tc>
      </w:tr>
      <w:tr>
        <w:tc>
          <w:tcPr>
            <w:tcW w:type="dxa" w:w="4873"/>
          </w:tcPr>
          <w:p>
            <w:r>
              <w:t>Assemblée générale</w:t>
            </w:r>
          </w:p>
        </w:tc>
        <w:tc>
          <w:tcPr>
            <w:tcW w:type="dxa" w:w="4873"/>
          </w:tcPr>
          <w:p>
            <w:r>
              <w:t>__/__/____</w:t>
            </w:r>
          </w:p>
        </w:tc>
      </w:tr>
    </w:tbl>
    <w:p>
      <w:r>
        <w:br w:type="page"/>
      </w:r>
    </w:p>
    <w:p>
      <w:r>
        <w:rPr>
          <w:b/>
          <w:color w:val="0F4C81"/>
          <w:sz w:val="36"/>
        </w:rPr>
        <w:t>Message du Président</w:t>
      </w:r>
    </w:p>
    <w:p>
      <w:r>
        <w:t>Lorem ipsum / zone à personnaliser.</w:t>
        <w:br/>
      </w:r>
    </w:p>
    <w:p>
      <w:r>
        <w:rPr>
          <w:b/>
          <w:color w:val="0F4C81"/>
          <w:sz w:val="36"/>
        </w:rPr>
        <w:t>Présentation de l'Association</w:t>
      </w:r>
    </w:p>
    <w:p>
      <w:r>
        <w:t>Lorem ipsum / zone à personnaliser.</w:t>
        <w:br/>
      </w:r>
    </w:p>
    <w:p>
      <w:r>
        <w:rPr>
          <w:b/>
          <w:color w:val="0F4C81"/>
          <w:sz w:val="36"/>
        </w:rPr>
        <w:t>Chiffres Clés</w:t>
      </w:r>
    </w:p>
    <w:p>
      <w:r>
        <w:t>Lorem ipsum / zone à personnaliser.</w:t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2024</w:t>
            </w:r>
          </w:p>
        </w:tc>
        <w:tc>
          <w:tcPr>
            <w:tcW w:type="dxa" w:w="2436"/>
          </w:tcPr>
          <w:p>
            <w:r>
              <w:t>2025</w:t>
            </w:r>
          </w:p>
        </w:tc>
        <w:tc>
          <w:tcPr>
            <w:tcW w:type="dxa" w:w="2436"/>
          </w:tcPr>
          <w:p>
            <w:r>
              <w:t>Évolution</w:t>
            </w:r>
          </w:p>
        </w:tc>
      </w:tr>
      <w:tr>
        <w:tc>
          <w:tcPr>
            <w:tcW w:type="dxa" w:w="2436"/>
          </w:tcPr>
          <w:p>
            <w:r>
              <w:t>Adhérents</w:t>
            </w:r>
          </w:p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</w:tr>
      <w:tr>
        <w:tc>
          <w:tcPr>
            <w:tcW w:type="dxa" w:w="2436"/>
          </w:tcPr>
          <w:p>
            <w:r>
              <w:t>Bénévoles</w:t>
            </w:r>
          </w:p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</w:tr>
      <w:tr>
        <w:tc>
          <w:tcPr>
            <w:tcW w:type="dxa" w:w="2436"/>
          </w:tcPr>
          <w:p>
            <w:r>
              <w:t>Événements</w:t>
            </w:r>
          </w:p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</w:tr>
      <w:tr>
        <w:tc>
          <w:tcPr>
            <w:tcW w:type="dxa" w:w="2436"/>
          </w:tcPr>
          <w:p>
            <w:r>
              <w:t>Bénéficiaires</w:t>
            </w:r>
          </w:p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</w:tr>
      <w:tr>
        <w:tc>
          <w:tcPr>
            <w:tcW w:type="dxa" w:w="2436"/>
          </w:tcPr>
          <w:p>
            <w:r>
              <w:t>Partenaires</w:t>
            </w:r>
          </w:p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  <w:tc>
          <w:tcPr>
            <w:tcW w:type="dxa" w:w="2436"/>
          </w:tcPr>
          <w:p/>
        </w:tc>
      </w:tr>
    </w:tbl>
    <w:p>
      <w:r>
        <w:rPr>
          <w:b/>
          <w:color w:val="0F4C81"/>
          <w:sz w:val="36"/>
        </w:rPr>
        <w:t>Actions Réalisées</w:t>
      </w:r>
    </w:p>
    <w:p>
      <w:r>
        <w:t>Lorem ipsum / zone à personnaliser.</w:t>
        <w:br/>
      </w:r>
    </w:p>
    <w:p>
      <w:r>
        <w:t>Fiche Action n°1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</w:tcPr>
          <w:p>
            <w:r>
              <w:t>Objectif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Public visé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Budget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Résultats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Indicateurs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Photos/Illustrations</w:t>
            </w:r>
          </w:p>
        </w:tc>
        <w:tc>
          <w:tcPr>
            <w:tcW w:type="dxa" w:w="4873"/>
          </w:tcPr>
          <w:p/>
        </w:tc>
      </w:tr>
    </w:tbl>
    <w:p>
      <w:r>
        <w:t>Fiche Action n°2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</w:tcPr>
          <w:p>
            <w:r>
              <w:t>Objectif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Public visé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Budget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Résultats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Indicateurs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Photos/Illustrations</w:t>
            </w:r>
          </w:p>
        </w:tc>
        <w:tc>
          <w:tcPr>
            <w:tcW w:type="dxa" w:w="4873"/>
          </w:tcPr>
          <w:p/>
        </w:tc>
      </w:tr>
    </w:tbl>
    <w:p>
      <w:r>
        <w:t>Fiche Action n°3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</w:tcPr>
          <w:p>
            <w:r>
              <w:t>Objectif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Public visé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Budget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Résultats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Indicateurs</w:t>
            </w:r>
          </w:p>
        </w:tc>
        <w:tc>
          <w:tcPr>
            <w:tcW w:type="dxa" w:w="4873"/>
          </w:tcPr>
          <w:p/>
        </w:tc>
      </w:tr>
      <w:tr>
        <w:tc>
          <w:tcPr>
            <w:tcW w:type="dxa" w:w="4873"/>
          </w:tcPr>
          <w:p>
            <w:r>
              <w:t>Photos/Illustrations</w:t>
            </w:r>
          </w:p>
        </w:tc>
        <w:tc>
          <w:tcPr>
            <w:tcW w:type="dxa" w:w="4873"/>
          </w:tcPr>
          <w:p/>
        </w:tc>
      </w:tr>
    </w:tbl>
    <w:p>
      <w:r>
        <w:rPr>
          <w:b/>
          <w:color w:val="0F4C81"/>
          <w:sz w:val="36"/>
        </w:rPr>
        <w:t>Partenaires et Soutiens</w:t>
      </w:r>
    </w:p>
    <w:p>
      <w:r>
        <w:t>Lorem ipsum / zone à personnaliser.</w:t>
        <w:br/>
      </w:r>
    </w:p>
    <w:p>
      <w:r>
        <w:rPr>
          <w:b/>
          <w:color w:val="0F4C81"/>
          <w:sz w:val="36"/>
        </w:rPr>
        <w:t>Bilan Financier</w:t>
      </w:r>
    </w:p>
    <w:p>
      <w:r>
        <w:t>Lorem ipsum / zone à personnaliser.</w:t>
        <w:br/>
      </w:r>
    </w:p>
    <w:p>
      <w:r>
        <w:rPr>
          <w:b/>
          <w:color w:val="0F4C81"/>
          <w:sz w:val="36"/>
        </w:rPr>
        <w:t>Impact Social</w:t>
      </w:r>
    </w:p>
    <w:p>
      <w:r>
        <w:t>Lorem ipsum / zone à personnaliser.</w:t>
        <w:br/>
      </w:r>
    </w:p>
    <w:p>
      <w:r>
        <w:rPr>
          <w:b/>
          <w:color w:val="0F4C81"/>
          <w:sz w:val="36"/>
        </w:rPr>
        <w:t>Perspectives 2026</w:t>
      </w:r>
    </w:p>
    <w:p>
      <w:r>
        <w:t>Lorem ipsum / zone à personnaliser.</w:t>
        <w:br/>
      </w:r>
    </w:p>
    <w:sectPr w:rsidR="00FC693F" w:rsidRPr="0006063C" w:rsidSect="00034616">
      <w:pgSz w:w="12240" w:h="15840"/>
      <w:pgMar w:top="1020" w:right="1247" w:bottom="102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