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b/>
          <w:color w:val="1D4ED8"/>
          <w:sz w:val="44"/>
        </w:rPr>
        <w:t>300 phrases pour introduire une problématique</w:t>
      </w:r>
    </w:p>
    <w:p>
      <w:r>
        <w:rPr>
          <w:b/>
          <w:color w:val="DC2626"/>
          <w:sz w:val="32"/>
        </w:rPr>
        <w:t>Contradictions</w:t>
      </w:r>
    </w:p>
    <w:p>
      <w:r>
        <w:t>1. Pourtant, la réalité apparaît plus complexe qu'il n'y paraît.</w:t>
      </w:r>
    </w:p>
    <w:p>
      <w:r>
        <w:t>2. Derrière cette apparente évidence se cache une difficulté majeure.</w:t>
      </w:r>
    </w:p>
    <w:p>
      <w:r>
        <w:t>3. Les faits observés invitent à nuancer cette idée.</w:t>
      </w:r>
    </w:p>
    <w:p>
      <w:r>
        <w:t>4. Cette situation révèle une contradiction intéressante.</w:t>
      </w:r>
    </w:p>
    <w:p>
      <w:r>
        <w:t>5. Les résultats obtenus soulèvent plusieurs réserves.</w:t>
      </w:r>
    </w:p>
    <w:p>
      <w:r>
        <w:t>6. Par ailleurs, une question essentielle mérite d'être posée.</w:t>
      </w:r>
    </w:p>
    <w:p>
      <w:r>
        <w:t>7. Par ailleurs, une réflexion plus approfondie devient nécessaire.</w:t>
      </w:r>
    </w:p>
    <w:p>
      <w:r>
        <w:t>8. Par ailleurs, il apparaît pertinent d'examiner les enjeux en présence.</w:t>
      </w:r>
    </w:p>
    <w:p>
      <w:r>
        <w:t>9. Par ailleurs, plusieurs interrogations émergent naturellement.</w:t>
      </w:r>
    </w:p>
    <w:p>
      <w:r>
        <w:t>10. Par ailleurs, le sujet gagne à être étudié sous un autre angle.</w:t>
      </w:r>
    </w:p>
    <w:p>
      <w:r>
        <w:t>11. Par ailleurs, une analyse nuancée s'impose.</w:t>
      </w:r>
    </w:p>
    <w:p>
      <w:r>
        <w:t>12. Par ailleurs, les limites du phénomène deviennent visibles.</w:t>
      </w:r>
    </w:p>
    <w:p>
      <w:r>
        <w:t>13. Par ailleurs, les conséquences méritent d'être évaluées.</w:t>
      </w:r>
    </w:p>
    <w:p>
      <w:r>
        <w:t>14. Par ailleurs, une problématique centrale se dégage.</w:t>
      </w:r>
    </w:p>
    <w:p>
      <w:r>
        <w:t>15. Par ailleurs, la question reste ouverte.</w:t>
      </w:r>
    </w:p>
    <w:p>
      <w:r>
        <w:t>16. En outre, une question essentielle mérite d'être posée.</w:t>
      </w:r>
    </w:p>
    <w:p>
      <w:r>
        <w:t>17. En outre, une réflexion plus approfondie devient nécessaire.</w:t>
      </w:r>
    </w:p>
    <w:p>
      <w:r>
        <w:t>18. En outre, il apparaît pertinent d'examiner les enjeux en présence.</w:t>
      </w:r>
    </w:p>
    <w:p>
      <w:r>
        <w:t>19. En outre, plusieurs interrogations émergent naturellement.</w:t>
      </w:r>
    </w:p>
    <w:p>
      <w:r>
        <w:t>20. En outre, le sujet gagne à être étudié sous un autre angle.</w:t>
      </w:r>
    </w:p>
    <w:p>
      <w:r>
        <w:t>21. En outre, une analyse nuancée s'impose.</w:t>
      </w:r>
    </w:p>
    <w:p>
      <w:r>
        <w:t>22. En outre, les limites du phénomène deviennent visibles.</w:t>
      </w:r>
    </w:p>
    <w:p>
      <w:r>
        <w:t>23. En outre, les conséquences méritent d'être évaluées.</w:t>
      </w:r>
    </w:p>
    <w:p>
      <w:r>
        <w:t>24. En outre, une problématique centrale se dégage.</w:t>
      </w:r>
    </w:p>
    <w:p>
      <w:r>
        <w:t>25. En outre, la question reste ouverte.</w:t>
      </w:r>
    </w:p>
    <w:p>
      <w:r>
        <w:t>26. Dès lors, une question essentielle mérite d'être posée.</w:t>
      </w:r>
    </w:p>
    <w:p>
      <w:r>
        <w:t>27. Dès lors, une réflexion plus approfondie devient nécessaire.</w:t>
      </w:r>
    </w:p>
    <w:p>
      <w:r>
        <w:t>28. Dès lors, il apparaît pertinent d'examiner les enjeux en présence.</w:t>
      </w:r>
    </w:p>
    <w:p>
      <w:r>
        <w:t>29. Dès lors, plusieurs interrogations émergent naturellement.</w:t>
      </w:r>
    </w:p>
    <w:p>
      <w:r>
        <w:t>30. Dès lors, le sujet gagne à être étudié sous un autre angle.</w:t>
      </w:r>
    </w:p>
    <w:p>
      <w:r>
        <w:t>31. Dès lors, une analyse nuancée s'impose.</w:t>
      </w:r>
    </w:p>
    <w:p>
      <w:r>
        <w:t>32. Dès lors, les limites du phénomène deviennent visibles.</w:t>
      </w:r>
    </w:p>
    <w:p>
      <w:r>
        <w:t>33. Dès lors, les conséquences méritent d'être évaluées.</w:t>
      </w:r>
    </w:p>
    <w:p>
      <w:r>
        <w:t>34. Dès lors, une problématique centrale se dégage.</w:t>
      </w:r>
    </w:p>
    <w:p>
      <w:r>
        <w:t>35. Dès lors, la question reste ouverte.</w:t>
      </w:r>
    </w:p>
    <w:p>
      <w:r>
        <w:t>36. Dans ce contexte, une question essentielle mérite d'être posée.</w:t>
      </w:r>
    </w:p>
    <w:p>
      <w:r>
        <w:t>37. Dans ce contexte, une réflexion plus approfondie devient nécessaire.</w:t>
      </w:r>
    </w:p>
    <w:p>
      <w:r>
        <w:t>38. Dans ce contexte, il apparaît pertinent d'examiner les enjeux en présence.</w:t>
      </w:r>
    </w:p>
    <w:p>
      <w:r>
        <w:t>39. Dans ce contexte, plusieurs interrogations émergent naturellement.</w:t>
      </w:r>
    </w:p>
    <w:p>
      <w:r>
        <w:t>40. Dans ce contexte, le sujet gagne à être étudié sous un autre angle.</w:t>
      </w:r>
    </w:p>
    <w:p>
      <w:r>
        <w:t>41. Dans ce contexte, une analyse nuancée s'impose.</w:t>
      </w:r>
    </w:p>
    <w:p>
      <w:r>
        <w:t>42. Dans ce contexte, les limites du phénomène deviennent visibles.</w:t>
      </w:r>
    </w:p>
    <w:p>
      <w:r>
        <w:t>43. Dans ce contexte, les conséquences méritent d'être évaluées.</w:t>
      </w:r>
    </w:p>
    <w:p>
      <w:r>
        <w:t>44. Dans ce contexte, une problématique centrale se dégage.</w:t>
      </w:r>
    </w:p>
    <w:p>
      <w:r>
        <w:t>45. Dans ce contexte, la question reste ouverte.</w:t>
      </w:r>
    </w:p>
    <w:p>
      <w:r>
        <w:t>46. Face à ce constat, une question essentielle mérite d'être posée.</w:t>
      </w:r>
    </w:p>
    <w:p>
      <w:r>
        <w:t>47. Face à ce constat, une réflexion plus approfondie devient nécessaire.</w:t>
      </w:r>
    </w:p>
    <w:p>
      <w:r>
        <w:t>48. Face à ce constat, il apparaît pertinent d'examiner les enjeux en présence.</w:t>
      </w:r>
    </w:p>
    <w:p>
      <w:r>
        <w:t>49. Face à ce constat, plusieurs interrogations émergent naturellement.</w:t>
      </w:r>
    </w:p>
    <w:p>
      <w:r>
        <w:t>50. Face à ce constat, le sujet gagne à être étudié sous un autre angle.</w:t>
      </w:r>
    </w:p>
    <w:p>
      <w:r>
        <w:t>51. Face à ce constat, une analyse nuancée s'impose.</w:t>
      </w:r>
    </w:p>
    <w:p>
      <w:r>
        <w:t>52. Face à ce constat, les limites du phénomène deviennent visibles.</w:t>
      </w:r>
    </w:p>
    <w:p>
      <w:r>
        <w:t>53. Face à ce constat, les conséquences méritent d'être évaluées.</w:t>
      </w:r>
    </w:p>
    <w:p>
      <w:r>
        <w:t>54. Face à ce constat, une problématique centrale se dégage.</w:t>
      </w:r>
    </w:p>
    <w:p>
      <w:r>
        <w:t>55. Face à ce constat, la question reste ouverte.</w:t>
      </w:r>
    </w:p>
    <w:p>
      <w:r>
        <w:t>56. Au-delà des apparences, une question essentielle mérite d'être posée.</w:t>
      </w:r>
    </w:p>
    <w:p>
      <w:r>
        <w:t>57. Au-delà des apparences, une réflexion plus approfondie devient nécessaire.</w:t>
      </w:r>
    </w:p>
    <w:p>
      <w:r>
        <w:t>58. Au-delà des apparences, il apparaît pertinent d'examiner les enjeux en présence.</w:t>
      </w:r>
    </w:p>
    <w:p>
      <w:r>
        <w:t>59. Au-delà des apparences, plusieurs interrogations émergent naturellement.</w:t>
      </w:r>
    </w:p>
    <w:p>
      <w:r>
        <w:t>60. Au-delà des apparences, le sujet gagne à être étudié sous un autre angle.</w:t>
      </w:r>
    </w:p>
    <w:p>
      <w:r>
        <w:t>61. Au-delà des apparences, une analyse nuancée s'impose.</w:t>
      </w:r>
    </w:p>
    <w:p>
      <w:r>
        <w:t>62. Au-delà des apparences, les limites du phénomène deviennent visibles.</w:t>
      </w:r>
    </w:p>
    <w:p>
      <w:r>
        <w:t>63. Au-delà des apparences, les conséquences méritent d'être évaluées.</w:t>
      </w:r>
    </w:p>
    <w:p>
      <w:r>
        <w:t>64. Au-delà des apparences, une problématique centrale se dégage.</w:t>
      </w:r>
    </w:p>
    <w:p>
      <w:r>
        <w:t>65. Au-delà des apparences, la question reste ouverte.</w:t>
      </w:r>
    </w:p>
    <w:p>
      <w:r>
        <w:t>66. En observant cette situation, une question essentielle mérite d'être posée.</w:t>
      </w:r>
    </w:p>
    <w:p>
      <w:r>
        <w:t>67. En observant cette situation, une réflexion plus approfondie devient nécessaire.</w:t>
      </w:r>
    </w:p>
    <w:p>
      <w:r>
        <w:t>68. En observant cette situation, il apparaît pertinent d'examiner les enjeux en présence.</w:t>
      </w:r>
    </w:p>
    <w:p>
      <w:r>
        <w:t>69. En observant cette situation, plusieurs interrogations émergent naturellement.</w:t>
      </w:r>
    </w:p>
    <w:p>
      <w:r>
        <w:t>70. En observant cette situation, le sujet gagne à être étudié sous un autre angle.</w:t>
      </w:r>
    </w:p>
    <w:p>
      <w:r>
        <w:t>71. En observant cette situation, une analyse nuancée s'impose.</w:t>
      </w:r>
    </w:p>
    <w:p>
      <w:r>
        <w:t>72. En observant cette situation, les limites du phénomène deviennent visibles.</w:t>
      </w:r>
    </w:p>
    <w:p>
      <w:r>
        <w:t>73. En observant cette situation, les conséquences méritent d'être évaluées.</w:t>
      </w:r>
    </w:p>
    <w:p>
      <w:r>
        <w:t>74. En observant cette situation, une problématique centrale se dégage.</w:t>
      </w:r>
    </w:p>
    <w:p>
      <w:r>
        <w:t>75. En observant cette situation, la question reste ouverte.</w:t>
      </w:r>
    </w:p>
    <w:p>
      <w:r>
        <w:t>76. Sous cet angle, une question essentielle mérite d'être posée.</w:t>
      </w:r>
    </w:p>
    <w:p>
      <w:r>
        <w:t>77. Sous cet angle, une réflexion plus approfondie devient nécessaire.</w:t>
      </w:r>
    </w:p>
    <w:p>
      <w:r>
        <w:t>78. Sous cet angle, il apparaît pertinent d'examiner les enjeux en présence.</w:t>
      </w:r>
    </w:p>
    <w:p>
      <w:r>
        <w:t>79. Sous cet angle, plusieurs interrogations émergent naturellement.</w:t>
      </w:r>
    </w:p>
    <w:p>
      <w:r>
        <w:t>80. Sous cet angle, le sujet gagne à être étudié sous un autre angle.</w:t>
      </w:r>
    </w:p>
    <w:p>
      <w:r>
        <w:t>81. Sous cet angle, une analyse nuancée s'impose.</w:t>
      </w:r>
    </w:p>
    <w:p>
      <w:r>
        <w:t>82. Sous cet angle, les limites du phénomène deviennent visibles.</w:t>
      </w:r>
    </w:p>
    <w:p>
      <w:r>
        <w:t>83. Sous cet angle, les conséquences méritent d'être évaluées.</w:t>
      </w:r>
    </w:p>
    <w:p>
      <w:r>
        <w:t>84. Sous cet angle, une problématique centrale se dégage.</w:t>
      </w:r>
    </w:p>
    <w:p>
      <w:r>
        <w:t>85. Sous cet angle, la question reste ouverte.</w:t>
      </w:r>
    </w:p>
    <w:p>
      <w:r>
        <w:t>86. À première vue, une question essentielle mérite d'être posée.</w:t>
      </w:r>
    </w:p>
    <w:p>
      <w:r>
        <w:t>87. À première vue, une réflexion plus approfondie devient nécessaire.</w:t>
      </w:r>
    </w:p>
    <w:p>
      <w:r>
        <w:t>88. À première vue, il apparaît pertinent d'examiner les enjeux en présence.</w:t>
      </w:r>
    </w:p>
    <w:p>
      <w:r>
        <w:t>89. À première vue, plusieurs interrogations émergent naturellement.</w:t>
      </w:r>
    </w:p>
    <w:p>
      <w:r>
        <w:t>90. À première vue, le sujet gagne à être étudié sous un autre angle.</w:t>
      </w:r>
    </w:p>
    <w:p>
      <w:r>
        <w:t>91. À première vue, une analyse nuancée s'impose.</w:t>
      </w:r>
    </w:p>
    <w:p>
      <w:r>
        <w:t>92. À première vue, les limites du phénomène deviennent visibles.</w:t>
      </w:r>
    </w:p>
    <w:p>
      <w:r>
        <w:t>93. À première vue, les conséquences méritent d'être évaluées.</w:t>
      </w:r>
    </w:p>
    <w:p>
      <w:r>
        <w:t>94. À première vue, une problématique centrale se dégage.</w:t>
      </w:r>
    </w:p>
    <w:p>
      <w:r>
        <w:t>95. À première vue, la question reste ouverte.</w:t>
      </w:r>
    </w:p>
    <w:p>
      <w:r>
        <w:t>96. Dans cette perspective, une question essentielle mérite d'être posée.</w:t>
      </w:r>
    </w:p>
    <w:p>
      <w:r>
        <w:t>97. Dans cette perspective, une réflexion plus approfondie devient nécessaire.</w:t>
      </w:r>
    </w:p>
    <w:p>
      <w:r>
        <w:t>98. Dans cette perspective, il apparaît pertinent d'examiner les enjeux en présence.</w:t>
      </w:r>
    </w:p>
    <w:p>
      <w:r>
        <w:t>99. Dans cette perspective, plusieurs interrogations émergent naturellement.</w:t>
      </w:r>
    </w:p>
    <w:p>
      <w:r>
        <w:t>100. Dans cette perspective, le sujet gagne à être étudié sous un autre angle.</w:t>
      </w:r>
    </w:p>
    <w:p>
      <w:r>
        <w:t>101. Dans cette perspective, une analyse nuancée s'impose.</w:t>
      </w:r>
    </w:p>
    <w:p>
      <w:r>
        <w:t>102. Dans cette perspective, les limites du phénomène deviennent visibles.</w:t>
      </w:r>
    </w:p>
    <w:p>
      <w:r>
        <w:t>103. Dans cette perspective, les conséquences méritent d'être évaluées.</w:t>
      </w:r>
    </w:p>
    <w:p>
      <w:r>
        <w:t>104. Dans cette perspective, une problématique centrale se dégage.</w:t>
      </w:r>
    </w:p>
    <w:p>
      <w:r>
        <w:t>105. Dans cette perspective, la question reste ouverte.</w:t>
      </w:r>
    </w:p>
    <w:p>
      <w:r>
        <w:rPr>
          <w:b/>
          <w:color w:val="7C3AED"/>
          <w:sz w:val="32"/>
        </w:rPr>
        <w:t>Paradoxes</w:t>
      </w:r>
    </w:p>
    <w:p>
      <w:r>
        <w:t>1. Plus le phénomène progresse, plus ses limites deviennent visibles.</w:t>
      </w:r>
    </w:p>
    <w:p>
      <w:r>
        <w:t>2. Cette avancée engendre de nouvelles interrogations.</w:t>
      </w:r>
    </w:p>
    <w:p>
      <w:r>
        <w:t>3. Ce qui semble être une solution crée parfois d'autres difficultés.</w:t>
      </w:r>
    </w:p>
    <w:p>
      <w:r>
        <w:t>4. Les bénéfices observés s'accompagnent d'effets inattendus.</w:t>
      </w:r>
    </w:p>
    <w:p>
      <w:r>
        <w:t>5. Un paradoxe se dessine progressivement.</w:t>
      </w:r>
    </w:p>
    <w:p>
      <w:r>
        <w:t>6. Par ailleurs, une question essentielle mérite d'être posée.</w:t>
      </w:r>
    </w:p>
    <w:p>
      <w:r>
        <w:t>7. Par ailleurs, une réflexion plus approfondie devient nécessaire.</w:t>
      </w:r>
    </w:p>
    <w:p>
      <w:r>
        <w:t>8. Par ailleurs, il apparaît pertinent d'examiner les enjeux en présence.</w:t>
      </w:r>
    </w:p>
    <w:p>
      <w:r>
        <w:t>9. Par ailleurs, plusieurs interrogations émergent naturellement.</w:t>
      </w:r>
    </w:p>
    <w:p>
      <w:r>
        <w:t>10. Par ailleurs, le sujet gagne à être étudié sous un autre angle.</w:t>
      </w:r>
    </w:p>
    <w:p>
      <w:r>
        <w:t>11. Par ailleurs, une analyse nuancée s'impose.</w:t>
      </w:r>
    </w:p>
    <w:p>
      <w:r>
        <w:t>12. Par ailleurs, les limites du phénomène deviennent visibles.</w:t>
      </w:r>
    </w:p>
    <w:p>
      <w:r>
        <w:t>13. Par ailleurs, les conséquences méritent d'être évaluées.</w:t>
      </w:r>
    </w:p>
    <w:p>
      <w:r>
        <w:t>14. Par ailleurs, une problématique centrale se dégage.</w:t>
      </w:r>
    </w:p>
    <w:p>
      <w:r>
        <w:t>15. Par ailleurs, la question reste ouverte.</w:t>
      </w:r>
    </w:p>
    <w:p>
      <w:r>
        <w:t>16. En outre, une question essentielle mérite d'être posée.</w:t>
      </w:r>
    </w:p>
    <w:p>
      <w:r>
        <w:t>17. En outre, une réflexion plus approfondie devient nécessaire.</w:t>
      </w:r>
    </w:p>
    <w:p>
      <w:r>
        <w:t>18. En outre, il apparaît pertinent d'examiner les enjeux en présence.</w:t>
      </w:r>
    </w:p>
    <w:p>
      <w:r>
        <w:t>19. En outre, plusieurs interrogations émergent naturellement.</w:t>
      </w:r>
    </w:p>
    <w:p>
      <w:r>
        <w:t>20. En outre, le sujet gagne à être étudié sous un autre angle.</w:t>
      </w:r>
    </w:p>
    <w:p>
      <w:r>
        <w:t>21. En outre, une analyse nuancée s'impose.</w:t>
      </w:r>
    </w:p>
    <w:p>
      <w:r>
        <w:t>22. En outre, les limites du phénomène deviennent visibles.</w:t>
      </w:r>
    </w:p>
    <w:p>
      <w:r>
        <w:t>23. En outre, les conséquences méritent d'être évaluées.</w:t>
      </w:r>
    </w:p>
    <w:p>
      <w:r>
        <w:t>24. En outre, une problématique centrale se dégage.</w:t>
      </w:r>
    </w:p>
    <w:p>
      <w:r>
        <w:t>25. En outre, la question reste ouverte.</w:t>
      </w:r>
    </w:p>
    <w:p>
      <w:r>
        <w:t>26. Dès lors, une question essentielle mérite d'être posée.</w:t>
      </w:r>
    </w:p>
    <w:p>
      <w:r>
        <w:t>27. Dès lors, une réflexion plus approfondie devient nécessaire.</w:t>
      </w:r>
    </w:p>
    <w:p>
      <w:r>
        <w:t>28. Dès lors, il apparaît pertinent d'examiner les enjeux en présence.</w:t>
      </w:r>
    </w:p>
    <w:p>
      <w:r>
        <w:t>29. Dès lors, plusieurs interrogations émergent naturellement.</w:t>
      </w:r>
    </w:p>
    <w:p>
      <w:r>
        <w:t>30. Dès lors, le sujet gagne à être étudié sous un autre angle.</w:t>
      </w:r>
    </w:p>
    <w:p>
      <w:r>
        <w:t>31. Dès lors, une analyse nuancée s'impose.</w:t>
      </w:r>
    </w:p>
    <w:p>
      <w:r>
        <w:t>32. Dès lors, les limites du phénomène deviennent visibles.</w:t>
      </w:r>
    </w:p>
    <w:p>
      <w:r>
        <w:t>33. Dès lors, les conséquences méritent d'être évaluées.</w:t>
      </w:r>
    </w:p>
    <w:p>
      <w:r>
        <w:t>34. Dès lors, une problématique centrale se dégage.</w:t>
      </w:r>
    </w:p>
    <w:p>
      <w:r>
        <w:t>35. Dès lors, la question reste ouverte.</w:t>
      </w:r>
    </w:p>
    <w:p>
      <w:r>
        <w:t>36. Dans ce contexte, une question essentielle mérite d'être posée.</w:t>
      </w:r>
    </w:p>
    <w:p>
      <w:r>
        <w:t>37. Dans ce contexte, une réflexion plus approfondie devient nécessaire.</w:t>
      </w:r>
    </w:p>
    <w:p>
      <w:r>
        <w:t>38. Dans ce contexte, il apparaît pertinent d'examiner les enjeux en présence.</w:t>
      </w:r>
    </w:p>
    <w:p>
      <w:r>
        <w:t>39. Dans ce contexte, plusieurs interrogations émergent naturellement.</w:t>
      </w:r>
    </w:p>
    <w:p>
      <w:r>
        <w:t>40. Dans ce contexte, le sujet gagne à être étudié sous un autre angle.</w:t>
      </w:r>
    </w:p>
    <w:p>
      <w:r>
        <w:t>41. Dans ce contexte, une analyse nuancée s'impose.</w:t>
      </w:r>
    </w:p>
    <w:p>
      <w:r>
        <w:t>42. Dans ce contexte, les limites du phénomène deviennent visibles.</w:t>
      </w:r>
    </w:p>
    <w:p>
      <w:r>
        <w:t>43. Dans ce contexte, les conséquences méritent d'être évaluées.</w:t>
      </w:r>
    </w:p>
    <w:p>
      <w:r>
        <w:t>44. Dans ce contexte, une problématique centrale se dégage.</w:t>
      </w:r>
    </w:p>
    <w:p>
      <w:r>
        <w:t>45. Dans ce contexte, la question reste ouverte.</w:t>
      </w:r>
    </w:p>
    <w:p>
      <w:r>
        <w:t>46. Face à ce constat, une question essentielle mérite d'être posée.</w:t>
      </w:r>
    </w:p>
    <w:p>
      <w:r>
        <w:t>47. Face à ce constat, une réflexion plus approfondie devient nécessaire.</w:t>
      </w:r>
    </w:p>
    <w:p>
      <w:r>
        <w:t>48. Face à ce constat, il apparaît pertinent d'examiner les enjeux en présence.</w:t>
      </w:r>
    </w:p>
    <w:p>
      <w:r>
        <w:t>49. Face à ce constat, plusieurs interrogations émergent naturellement.</w:t>
      </w:r>
    </w:p>
    <w:p>
      <w:r>
        <w:t>50. Face à ce constat, le sujet gagne à être étudié sous un autre angle.</w:t>
      </w:r>
    </w:p>
    <w:p>
      <w:r>
        <w:t>51. Face à ce constat, une analyse nuancée s'impose.</w:t>
      </w:r>
    </w:p>
    <w:p>
      <w:r>
        <w:t>52. Face à ce constat, les limites du phénomène deviennent visibles.</w:t>
      </w:r>
    </w:p>
    <w:p>
      <w:r>
        <w:t>53. Face à ce constat, les conséquences méritent d'être évaluées.</w:t>
      </w:r>
    </w:p>
    <w:p>
      <w:r>
        <w:t>54. Face à ce constat, une problématique centrale se dégage.</w:t>
      </w:r>
    </w:p>
    <w:p>
      <w:r>
        <w:t>55. Face à ce constat, la question reste ouverte.</w:t>
      </w:r>
    </w:p>
    <w:p>
      <w:r>
        <w:t>56. Au-delà des apparences, une question essentielle mérite d'être posée.</w:t>
      </w:r>
    </w:p>
    <w:p>
      <w:r>
        <w:t>57. Au-delà des apparences, une réflexion plus approfondie devient nécessaire.</w:t>
      </w:r>
    </w:p>
    <w:p>
      <w:r>
        <w:t>58. Au-delà des apparences, il apparaît pertinent d'examiner les enjeux en présence.</w:t>
      </w:r>
    </w:p>
    <w:p>
      <w:r>
        <w:t>59. Au-delà des apparences, plusieurs interrogations émergent naturellement.</w:t>
      </w:r>
    </w:p>
    <w:p>
      <w:r>
        <w:t>60. Au-delà des apparences, le sujet gagne à être étudié sous un autre angle.</w:t>
      </w:r>
    </w:p>
    <w:p>
      <w:r>
        <w:t>61. Au-delà des apparences, une analyse nuancée s'impose.</w:t>
      </w:r>
    </w:p>
    <w:p>
      <w:r>
        <w:t>62. Au-delà des apparences, les limites du phénomène deviennent visibles.</w:t>
      </w:r>
    </w:p>
    <w:p>
      <w:r>
        <w:t>63. Au-delà des apparences, les conséquences méritent d'être évaluées.</w:t>
      </w:r>
    </w:p>
    <w:p>
      <w:r>
        <w:t>64. Au-delà des apparences, une problématique centrale se dégage.</w:t>
      </w:r>
    </w:p>
    <w:p>
      <w:r>
        <w:t>65. Au-delà des apparences, la question reste ouverte.</w:t>
      </w:r>
    </w:p>
    <w:p>
      <w:r>
        <w:t>66. En observant cette situation, une question essentielle mérite d'être posée.</w:t>
      </w:r>
    </w:p>
    <w:p>
      <w:r>
        <w:t>67. En observant cette situation, une réflexion plus approfondie devient nécessaire.</w:t>
      </w:r>
    </w:p>
    <w:p>
      <w:r>
        <w:t>68. En observant cette situation, il apparaît pertinent d'examiner les enjeux en présence.</w:t>
      </w:r>
    </w:p>
    <w:p>
      <w:r>
        <w:t>69. En observant cette situation, plusieurs interrogations émergent naturellement.</w:t>
      </w:r>
    </w:p>
    <w:p>
      <w:r>
        <w:t>70. En observant cette situation, le sujet gagne à être étudié sous un autre angle.</w:t>
      </w:r>
    </w:p>
    <w:p>
      <w:r>
        <w:t>71. En observant cette situation, une analyse nuancée s'impose.</w:t>
      </w:r>
    </w:p>
    <w:p>
      <w:r>
        <w:t>72. En observant cette situation, les limites du phénomène deviennent visibles.</w:t>
      </w:r>
    </w:p>
    <w:p>
      <w:r>
        <w:t>73. En observant cette situation, les conséquences méritent d'être évaluées.</w:t>
      </w:r>
    </w:p>
    <w:p>
      <w:r>
        <w:t>74. En observant cette situation, une problématique centrale se dégage.</w:t>
      </w:r>
    </w:p>
    <w:p>
      <w:r>
        <w:t>75. En observant cette situation, la question reste ouverte.</w:t>
      </w:r>
    </w:p>
    <w:p>
      <w:r>
        <w:t>76. Sous cet angle, une question essentielle mérite d'être posée.</w:t>
      </w:r>
    </w:p>
    <w:p>
      <w:r>
        <w:t>77. Sous cet angle, une réflexion plus approfondie devient nécessaire.</w:t>
      </w:r>
    </w:p>
    <w:p>
      <w:r>
        <w:t>78. Sous cet angle, il apparaît pertinent d'examiner les enjeux en présence.</w:t>
      </w:r>
    </w:p>
    <w:p>
      <w:r>
        <w:t>79. Sous cet angle, plusieurs interrogations émergent naturellement.</w:t>
      </w:r>
    </w:p>
    <w:p>
      <w:r>
        <w:t>80. Sous cet angle, le sujet gagne à être étudié sous un autre angle.</w:t>
      </w:r>
    </w:p>
    <w:p>
      <w:r>
        <w:t>81. Sous cet angle, une analyse nuancée s'impose.</w:t>
      </w:r>
    </w:p>
    <w:p>
      <w:r>
        <w:t>82. Sous cet angle, les limites du phénomène deviennent visibles.</w:t>
      </w:r>
    </w:p>
    <w:p>
      <w:r>
        <w:t>83. Sous cet angle, les conséquences méritent d'être évaluées.</w:t>
      </w:r>
    </w:p>
    <w:p>
      <w:r>
        <w:t>84. Sous cet angle, une problématique centrale se dégage.</w:t>
      </w:r>
    </w:p>
    <w:p>
      <w:r>
        <w:t>85. Sous cet angle, la question reste ouverte.</w:t>
      </w:r>
    </w:p>
    <w:p>
      <w:r>
        <w:t>86. À première vue, une question essentielle mérite d'être posée.</w:t>
      </w:r>
    </w:p>
    <w:p>
      <w:r>
        <w:t>87. À première vue, une réflexion plus approfondie devient nécessaire.</w:t>
      </w:r>
    </w:p>
    <w:p>
      <w:r>
        <w:t>88. À première vue, il apparaît pertinent d'examiner les enjeux en présence.</w:t>
      </w:r>
    </w:p>
    <w:p>
      <w:r>
        <w:t>89. À première vue, plusieurs interrogations émergent naturellement.</w:t>
      </w:r>
    </w:p>
    <w:p>
      <w:r>
        <w:t>90. À première vue, le sujet gagne à être étudié sous un autre angle.</w:t>
      </w:r>
    </w:p>
    <w:p>
      <w:r>
        <w:t>91. À première vue, une analyse nuancée s'impose.</w:t>
      </w:r>
    </w:p>
    <w:p>
      <w:r>
        <w:t>92. À première vue, les limites du phénomène deviennent visibles.</w:t>
      </w:r>
    </w:p>
    <w:p>
      <w:r>
        <w:t>93. À première vue, les conséquences méritent d'être évaluées.</w:t>
      </w:r>
    </w:p>
    <w:p>
      <w:r>
        <w:t>94. À première vue, une problématique centrale se dégage.</w:t>
      </w:r>
    </w:p>
    <w:p>
      <w:r>
        <w:t>95. À première vue, la question reste ouverte.</w:t>
      </w:r>
    </w:p>
    <w:p>
      <w:r>
        <w:t>96. Dans cette perspective, une question essentielle mérite d'être posée.</w:t>
      </w:r>
    </w:p>
    <w:p>
      <w:r>
        <w:t>97. Dans cette perspective, une réflexion plus approfondie devient nécessaire.</w:t>
      </w:r>
    </w:p>
    <w:p>
      <w:r>
        <w:t>98. Dans cette perspective, il apparaît pertinent d'examiner les enjeux en présence.</w:t>
      </w:r>
    </w:p>
    <w:p>
      <w:r>
        <w:t>99. Dans cette perspective, plusieurs interrogations émergent naturellement.</w:t>
      </w:r>
    </w:p>
    <w:p>
      <w:r>
        <w:t>100. Dans cette perspective, le sujet gagne à être étudié sous un autre angle.</w:t>
      </w:r>
    </w:p>
    <w:p>
      <w:r>
        <w:t>101. Dans cette perspective, une analyse nuancée s'impose.</w:t>
      </w:r>
    </w:p>
    <w:p>
      <w:r>
        <w:t>102. Dans cette perspective, les limites du phénomène deviennent visibles.</w:t>
      </w:r>
    </w:p>
    <w:p>
      <w:r>
        <w:t>103. Dans cette perspective, les conséquences méritent d'être évaluées.</w:t>
      </w:r>
    </w:p>
    <w:p>
      <w:r>
        <w:t>104. Dans cette perspective, une problématique centrale se dégage.</w:t>
      </w:r>
    </w:p>
    <w:p>
      <w:r>
        <w:t>105. Dans cette perspective, la question reste ouverte.</w:t>
      </w:r>
    </w:p>
    <w:p>
      <w:r>
        <w:rPr>
          <w:b/>
          <w:color w:val="D97706"/>
          <w:sz w:val="32"/>
        </w:rPr>
        <w:t>Débats</w:t>
      </w:r>
    </w:p>
    <w:p>
      <w:r>
        <w:t>1. Le débat demeure largement ouvert.</w:t>
      </w:r>
    </w:p>
    <w:p>
      <w:r>
        <w:t>2. Les spécialistes restent divisés sur cette question.</w:t>
      </w:r>
    </w:p>
    <w:p>
      <w:r>
        <w:t>3. Les avis divergent encore aujourd'hui.</w:t>
      </w:r>
    </w:p>
    <w:p>
      <w:r>
        <w:t>4. Les réponses proposées ne font pas consensus.</w:t>
      </w:r>
    </w:p>
    <w:p>
      <w:r>
        <w:t>5. Cette question continue d'alimenter les discussions.</w:t>
      </w:r>
    </w:p>
    <w:p>
      <w:r>
        <w:t>6. Par ailleurs, une question essentielle mérite d'être posée.</w:t>
      </w:r>
    </w:p>
    <w:p>
      <w:r>
        <w:t>7. Par ailleurs, une réflexion plus approfondie devient nécessaire.</w:t>
      </w:r>
    </w:p>
    <w:p>
      <w:r>
        <w:t>8. Par ailleurs, il apparaît pertinent d'examiner les enjeux en présence.</w:t>
      </w:r>
    </w:p>
    <w:p>
      <w:r>
        <w:t>9. Par ailleurs, plusieurs interrogations émergent naturellement.</w:t>
      </w:r>
    </w:p>
    <w:p>
      <w:r>
        <w:t>10. Par ailleurs, le sujet gagne à être étudié sous un autre angle.</w:t>
      </w:r>
    </w:p>
    <w:p>
      <w:r>
        <w:t>11. Par ailleurs, une analyse nuancée s'impose.</w:t>
      </w:r>
    </w:p>
    <w:p>
      <w:r>
        <w:t>12. Par ailleurs, les limites du phénomène deviennent visibles.</w:t>
      </w:r>
    </w:p>
    <w:p>
      <w:r>
        <w:t>13. Par ailleurs, les conséquences méritent d'être évaluées.</w:t>
      </w:r>
    </w:p>
    <w:p>
      <w:r>
        <w:t>14. Par ailleurs, une problématique centrale se dégage.</w:t>
      </w:r>
    </w:p>
    <w:p>
      <w:r>
        <w:t>15. Par ailleurs, la question reste ouverte.</w:t>
      </w:r>
    </w:p>
    <w:p>
      <w:r>
        <w:t>16. En outre, une question essentielle mérite d'être posée.</w:t>
      </w:r>
    </w:p>
    <w:p>
      <w:r>
        <w:t>17. En outre, une réflexion plus approfondie devient nécessaire.</w:t>
      </w:r>
    </w:p>
    <w:p>
      <w:r>
        <w:t>18. En outre, il apparaît pertinent d'examiner les enjeux en présence.</w:t>
      </w:r>
    </w:p>
    <w:p>
      <w:r>
        <w:t>19. En outre, plusieurs interrogations émergent naturellement.</w:t>
      </w:r>
    </w:p>
    <w:p>
      <w:r>
        <w:t>20. En outre, le sujet gagne à être étudié sous un autre angle.</w:t>
      </w:r>
    </w:p>
    <w:p>
      <w:r>
        <w:t>21. En outre, une analyse nuancée s'impose.</w:t>
      </w:r>
    </w:p>
    <w:p>
      <w:r>
        <w:t>22. En outre, les limites du phénomène deviennent visibles.</w:t>
      </w:r>
    </w:p>
    <w:p>
      <w:r>
        <w:t>23. En outre, les conséquences méritent d'être évaluées.</w:t>
      </w:r>
    </w:p>
    <w:p>
      <w:r>
        <w:t>24. En outre, une problématique centrale se dégage.</w:t>
      </w:r>
    </w:p>
    <w:p>
      <w:r>
        <w:t>25. En outre, la question reste ouverte.</w:t>
      </w:r>
    </w:p>
    <w:p>
      <w:r>
        <w:t>26. Dès lors, une question essentielle mérite d'être posée.</w:t>
      </w:r>
    </w:p>
    <w:p>
      <w:r>
        <w:t>27. Dès lors, une réflexion plus approfondie devient nécessaire.</w:t>
      </w:r>
    </w:p>
    <w:p>
      <w:r>
        <w:t>28. Dès lors, il apparaît pertinent d'examiner les enjeux en présence.</w:t>
      </w:r>
    </w:p>
    <w:p>
      <w:r>
        <w:t>29. Dès lors, plusieurs interrogations émergent naturellement.</w:t>
      </w:r>
    </w:p>
    <w:p>
      <w:r>
        <w:t>30. Dès lors, le sujet gagne à être étudié sous un autre angle.</w:t>
      </w:r>
    </w:p>
    <w:p>
      <w:r>
        <w:t>31. Dès lors, une analyse nuancée s'impose.</w:t>
      </w:r>
    </w:p>
    <w:p>
      <w:r>
        <w:t>32. Dès lors, les limites du phénomène deviennent visibles.</w:t>
      </w:r>
    </w:p>
    <w:p>
      <w:r>
        <w:t>33. Dès lors, les conséquences méritent d'être évaluées.</w:t>
      </w:r>
    </w:p>
    <w:p>
      <w:r>
        <w:t>34. Dès lors, une problématique centrale se dégage.</w:t>
      </w:r>
    </w:p>
    <w:p>
      <w:r>
        <w:t>35. Dès lors, la question reste ouverte.</w:t>
      </w:r>
    </w:p>
    <w:p>
      <w:r>
        <w:t>36. Dans ce contexte, une question essentielle mérite d'être posée.</w:t>
      </w:r>
    </w:p>
    <w:p>
      <w:r>
        <w:t>37. Dans ce contexte, une réflexion plus approfondie devient nécessaire.</w:t>
      </w:r>
    </w:p>
    <w:p>
      <w:r>
        <w:t>38. Dans ce contexte, il apparaît pertinent d'examiner les enjeux en présence.</w:t>
      </w:r>
    </w:p>
    <w:p>
      <w:r>
        <w:t>39. Dans ce contexte, plusieurs interrogations émergent naturellement.</w:t>
      </w:r>
    </w:p>
    <w:p>
      <w:r>
        <w:t>40. Dans ce contexte, le sujet gagne à être étudié sous un autre angle.</w:t>
      </w:r>
    </w:p>
    <w:p>
      <w:r>
        <w:t>41. Dans ce contexte, une analyse nuancée s'impose.</w:t>
      </w:r>
    </w:p>
    <w:p>
      <w:r>
        <w:t>42. Dans ce contexte, les limites du phénomène deviennent visibles.</w:t>
      </w:r>
    </w:p>
    <w:p>
      <w:r>
        <w:t>43. Dans ce contexte, les conséquences méritent d'être évaluées.</w:t>
      </w:r>
    </w:p>
    <w:p>
      <w:r>
        <w:t>44. Dans ce contexte, une problématique centrale se dégage.</w:t>
      </w:r>
    </w:p>
    <w:p>
      <w:r>
        <w:t>45. Dans ce contexte, la question reste ouverte.</w:t>
      </w:r>
    </w:p>
    <w:p>
      <w:r>
        <w:t>46. Face à ce constat, une question essentielle mérite d'être posée.</w:t>
      </w:r>
    </w:p>
    <w:p>
      <w:r>
        <w:t>47. Face à ce constat, une réflexion plus approfondie devient nécessaire.</w:t>
      </w:r>
    </w:p>
    <w:p>
      <w:r>
        <w:t>48. Face à ce constat, il apparaît pertinent d'examiner les enjeux en présence.</w:t>
      </w:r>
    </w:p>
    <w:p>
      <w:r>
        <w:t>49. Face à ce constat, plusieurs interrogations émergent naturellement.</w:t>
      </w:r>
    </w:p>
    <w:p>
      <w:r>
        <w:t>50. Face à ce constat, le sujet gagne à être étudié sous un autre angle.</w:t>
      </w:r>
    </w:p>
    <w:p>
      <w:r>
        <w:t>51. Face à ce constat, une analyse nuancée s'impose.</w:t>
      </w:r>
    </w:p>
    <w:p>
      <w:r>
        <w:t>52. Face à ce constat, les limites du phénomène deviennent visibles.</w:t>
      </w:r>
    </w:p>
    <w:p>
      <w:r>
        <w:t>53. Face à ce constat, les conséquences méritent d'être évaluées.</w:t>
      </w:r>
    </w:p>
    <w:p>
      <w:r>
        <w:t>54. Face à ce constat, une problématique centrale se dégage.</w:t>
      </w:r>
    </w:p>
    <w:p>
      <w:r>
        <w:t>55. Face à ce constat, la question reste ouverte.</w:t>
      </w:r>
    </w:p>
    <w:p>
      <w:r>
        <w:t>56. Au-delà des apparences, une question essentielle mérite d'être posée.</w:t>
      </w:r>
    </w:p>
    <w:p>
      <w:r>
        <w:t>57. Au-delà des apparences, une réflexion plus approfondie devient nécessaire.</w:t>
      </w:r>
    </w:p>
    <w:p>
      <w:r>
        <w:t>58. Au-delà des apparences, il apparaît pertinent d'examiner les enjeux en présence.</w:t>
      </w:r>
    </w:p>
    <w:p>
      <w:r>
        <w:t>59. Au-delà des apparences, plusieurs interrogations émergent naturellement.</w:t>
      </w:r>
    </w:p>
    <w:p>
      <w:r>
        <w:t>60. Au-delà des apparences, le sujet gagne à être étudié sous un autre angle.</w:t>
      </w:r>
    </w:p>
    <w:p>
      <w:r>
        <w:t>61. Au-delà des apparences, une analyse nuancée s'impose.</w:t>
      </w:r>
    </w:p>
    <w:p>
      <w:r>
        <w:t>62. Au-delà des apparences, les limites du phénomène deviennent visibles.</w:t>
      </w:r>
    </w:p>
    <w:p>
      <w:r>
        <w:t>63. Au-delà des apparences, les conséquences méritent d'être évaluées.</w:t>
      </w:r>
    </w:p>
    <w:p>
      <w:r>
        <w:t>64. Au-delà des apparences, une problématique centrale se dégage.</w:t>
      </w:r>
    </w:p>
    <w:p>
      <w:r>
        <w:t>65. Au-delà des apparences, la question reste ouverte.</w:t>
      </w:r>
    </w:p>
    <w:p>
      <w:r>
        <w:t>66. En observant cette situation, une question essentielle mérite d'être posée.</w:t>
      </w:r>
    </w:p>
    <w:p>
      <w:r>
        <w:t>67. En observant cette situation, une réflexion plus approfondie devient nécessaire.</w:t>
      </w:r>
    </w:p>
    <w:p>
      <w:r>
        <w:t>68. En observant cette situation, il apparaît pertinent d'examiner les enjeux en présence.</w:t>
      </w:r>
    </w:p>
    <w:p>
      <w:r>
        <w:t>69. En observant cette situation, plusieurs interrogations émergent naturellement.</w:t>
      </w:r>
    </w:p>
    <w:p>
      <w:r>
        <w:t>70. En observant cette situation, le sujet gagne à être étudié sous un autre angle.</w:t>
      </w:r>
    </w:p>
    <w:p>
      <w:r>
        <w:t>71. En observant cette situation, une analyse nuancée s'impose.</w:t>
      </w:r>
    </w:p>
    <w:p>
      <w:r>
        <w:t>72. En observant cette situation, les limites du phénomène deviennent visibles.</w:t>
      </w:r>
    </w:p>
    <w:p>
      <w:r>
        <w:t>73. En observant cette situation, les conséquences méritent d'être évaluées.</w:t>
      </w:r>
    </w:p>
    <w:p>
      <w:r>
        <w:t>74. En observant cette situation, une problématique centrale se dégage.</w:t>
      </w:r>
    </w:p>
    <w:p>
      <w:r>
        <w:t>75. En observant cette situation, la question reste ouverte.</w:t>
      </w:r>
    </w:p>
    <w:p>
      <w:r>
        <w:t>76. Sous cet angle, une question essentielle mérite d'être posée.</w:t>
      </w:r>
    </w:p>
    <w:p>
      <w:r>
        <w:t>77. Sous cet angle, une réflexion plus approfondie devient nécessaire.</w:t>
      </w:r>
    </w:p>
    <w:p>
      <w:r>
        <w:t>78. Sous cet angle, il apparaît pertinent d'examiner les enjeux en présence.</w:t>
      </w:r>
    </w:p>
    <w:p>
      <w:r>
        <w:t>79. Sous cet angle, plusieurs interrogations émergent naturellement.</w:t>
      </w:r>
    </w:p>
    <w:p>
      <w:r>
        <w:t>80. Sous cet angle, le sujet gagne à être étudié sous un autre angle.</w:t>
      </w:r>
    </w:p>
    <w:p>
      <w:r>
        <w:t>81. Sous cet angle, une analyse nuancée s'impose.</w:t>
      </w:r>
    </w:p>
    <w:p>
      <w:r>
        <w:t>82. Sous cet angle, les limites du phénomène deviennent visibles.</w:t>
      </w:r>
    </w:p>
    <w:p>
      <w:r>
        <w:t>83. Sous cet angle, les conséquences méritent d'être évaluées.</w:t>
      </w:r>
    </w:p>
    <w:p>
      <w:r>
        <w:t>84. Sous cet angle, une problématique centrale se dégage.</w:t>
      </w:r>
    </w:p>
    <w:p>
      <w:r>
        <w:t>85. Sous cet angle, la question reste ouverte.</w:t>
      </w:r>
    </w:p>
    <w:p>
      <w:r>
        <w:t>86. À première vue, une question essentielle mérite d'être posée.</w:t>
      </w:r>
    </w:p>
    <w:p>
      <w:r>
        <w:t>87. À première vue, une réflexion plus approfondie devient nécessaire.</w:t>
      </w:r>
    </w:p>
    <w:p>
      <w:r>
        <w:t>88. À première vue, il apparaît pertinent d'examiner les enjeux en présence.</w:t>
      </w:r>
    </w:p>
    <w:p>
      <w:r>
        <w:t>89. À première vue, plusieurs interrogations émergent naturellement.</w:t>
      </w:r>
    </w:p>
    <w:p>
      <w:r>
        <w:t>90. À première vue, le sujet gagne à être étudié sous un autre angle.</w:t>
      </w:r>
    </w:p>
    <w:p>
      <w:r>
        <w:t>91. À première vue, une analyse nuancée s'impose.</w:t>
      </w:r>
    </w:p>
    <w:p>
      <w:r>
        <w:t>92. À première vue, les limites du phénomène deviennent visibles.</w:t>
      </w:r>
    </w:p>
    <w:p>
      <w:r>
        <w:t>93. À première vue, les conséquences méritent d'être évaluées.</w:t>
      </w:r>
    </w:p>
    <w:p>
      <w:r>
        <w:t>94. À première vue, une problématique centrale se dégage.</w:t>
      </w:r>
    </w:p>
    <w:p>
      <w:r>
        <w:t>95. À première vue, la question reste ouverte.</w:t>
      </w:r>
    </w:p>
    <w:p>
      <w:r>
        <w:t>96. Dans cette perspective, une question essentielle mérite d'être posée.</w:t>
      </w:r>
    </w:p>
    <w:p>
      <w:r>
        <w:t>97. Dans cette perspective, une réflexion plus approfondie devient nécessaire.</w:t>
      </w:r>
    </w:p>
    <w:p>
      <w:r>
        <w:t>98. Dans cette perspective, il apparaît pertinent d'examiner les enjeux en présence.</w:t>
      </w:r>
    </w:p>
    <w:p>
      <w:r>
        <w:t>99. Dans cette perspective, plusieurs interrogations émergent naturellement.</w:t>
      </w:r>
    </w:p>
    <w:p>
      <w:r>
        <w:t>100. Dans cette perspective, le sujet gagne à être étudié sous un autre angle.</w:t>
      </w:r>
    </w:p>
    <w:p>
      <w:r>
        <w:t>101. Dans cette perspective, une analyse nuancée s'impose.</w:t>
      </w:r>
    </w:p>
    <w:p>
      <w:r>
        <w:t>102. Dans cette perspective, les limites du phénomène deviennent visibles.</w:t>
      </w:r>
    </w:p>
    <w:p>
      <w:r>
        <w:t>103. Dans cette perspective, les conséquences méritent d'être évaluées.</w:t>
      </w:r>
    </w:p>
    <w:p>
      <w:r>
        <w:t>104. Dans cette perspective, une problématique centrale se dégage.</w:t>
      </w:r>
    </w:p>
    <w:p>
      <w:r>
        <w:t>105. Dans cette perspective, la question reste ouverte.</w:t>
      </w:r>
    </w:p>
    <w:p>
      <w:r>
        <w:rPr>
          <w:b/>
          <w:color w:val="059669"/>
          <w:sz w:val="32"/>
        </w:rPr>
        <w:t>Académique</w:t>
      </w:r>
    </w:p>
    <w:p>
      <w:r>
        <w:t>1. À la lumière de ces éléments, une réflexion s'impose.</w:t>
      </w:r>
    </w:p>
    <w:p>
      <w:r>
        <w:t>2. Cette analyse conduit à examiner la question suivante.</w:t>
      </w:r>
    </w:p>
    <w:p>
      <w:r>
        <w:t>3. Une interrogation centrale émerge alors.</w:t>
      </w:r>
    </w:p>
    <w:p>
      <w:r>
        <w:t>4. Ces constats invitent à approfondir la réflexion.</w:t>
      </w:r>
    </w:p>
    <w:p>
      <w:r>
        <w:t>5. Il convient désormais de s'interroger sur ce point.</w:t>
      </w:r>
    </w:p>
    <w:p>
      <w:r>
        <w:t>6. Par ailleurs, une question essentielle mérite d'être posée.</w:t>
      </w:r>
    </w:p>
    <w:p>
      <w:r>
        <w:t>7. Par ailleurs, une réflexion plus approfondie devient nécessaire.</w:t>
      </w:r>
    </w:p>
    <w:p>
      <w:r>
        <w:t>8. Par ailleurs, il apparaît pertinent d'examiner les enjeux en présence.</w:t>
      </w:r>
    </w:p>
    <w:p>
      <w:r>
        <w:t>9. Par ailleurs, plusieurs interrogations émergent naturellement.</w:t>
      </w:r>
    </w:p>
    <w:p>
      <w:r>
        <w:t>10. Par ailleurs, le sujet gagne à être étudié sous un autre angle.</w:t>
      </w:r>
    </w:p>
    <w:p>
      <w:r>
        <w:t>11. Par ailleurs, une analyse nuancée s'impose.</w:t>
      </w:r>
    </w:p>
    <w:p>
      <w:r>
        <w:t>12. Par ailleurs, les limites du phénomène deviennent visibles.</w:t>
      </w:r>
    </w:p>
    <w:p>
      <w:r>
        <w:t>13. Par ailleurs, les conséquences méritent d'être évaluées.</w:t>
      </w:r>
    </w:p>
    <w:p>
      <w:r>
        <w:t>14. Par ailleurs, une problématique centrale se dégage.</w:t>
      </w:r>
    </w:p>
    <w:p>
      <w:r>
        <w:t>15. Par ailleurs, la question reste ouverte.</w:t>
      </w:r>
    </w:p>
    <w:p>
      <w:r>
        <w:t>16. En outre, une question essentielle mérite d'être posée.</w:t>
      </w:r>
    </w:p>
    <w:p>
      <w:r>
        <w:t>17. En outre, une réflexion plus approfondie devient nécessaire.</w:t>
      </w:r>
    </w:p>
    <w:p>
      <w:r>
        <w:t>18. En outre, il apparaît pertinent d'examiner les enjeux en présence.</w:t>
      </w:r>
    </w:p>
    <w:p>
      <w:r>
        <w:t>19. En outre, plusieurs interrogations émergent naturellement.</w:t>
      </w:r>
    </w:p>
    <w:p>
      <w:r>
        <w:t>20. En outre, le sujet gagne à être étudié sous un autre angle.</w:t>
      </w:r>
    </w:p>
    <w:p>
      <w:r>
        <w:t>21. En outre, une analyse nuancée s'impose.</w:t>
      </w:r>
    </w:p>
    <w:p>
      <w:r>
        <w:t>22. En outre, les limites du phénomène deviennent visibles.</w:t>
      </w:r>
    </w:p>
    <w:p>
      <w:r>
        <w:t>23. En outre, les conséquences méritent d'être évaluées.</w:t>
      </w:r>
    </w:p>
    <w:p>
      <w:r>
        <w:t>24. En outre, une problématique centrale se dégage.</w:t>
      </w:r>
    </w:p>
    <w:p>
      <w:r>
        <w:t>25. En outre, la question reste ouverte.</w:t>
      </w:r>
    </w:p>
    <w:p>
      <w:r>
        <w:t>26. Dès lors, une question essentielle mérite d'être posée.</w:t>
      </w:r>
    </w:p>
    <w:p>
      <w:r>
        <w:t>27. Dès lors, une réflexion plus approfondie devient nécessaire.</w:t>
      </w:r>
    </w:p>
    <w:p>
      <w:r>
        <w:t>28. Dès lors, il apparaît pertinent d'examiner les enjeux en présence.</w:t>
      </w:r>
    </w:p>
    <w:p>
      <w:r>
        <w:t>29. Dès lors, plusieurs interrogations émergent naturellement.</w:t>
      </w:r>
    </w:p>
    <w:p>
      <w:r>
        <w:t>30. Dès lors, le sujet gagne à être étudié sous un autre angle.</w:t>
      </w:r>
    </w:p>
    <w:p>
      <w:r>
        <w:t>31. Dès lors, une analyse nuancée s'impose.</w:t>
      </w:r>
    </w:p>
    <w:p>
      <w:r>
        <w:t>32. Dès lors, les limites du phénomène deviennent visibles.</w:t>
      </w:r>
    </w:p>
    <w:p>
      <w:r>
        <w:t>33. Dès lors, les conséquences méritent d'être évaluées.</w:t>
      </w:r>
    </w:p>
    <w:p>
      <w:r>
        <w:t>34. Dès lors, une problématique centrale se dégage.</w:t>
      </w:r>
    </w:p>
    <w:p>
      <w:r>
        <w:t>35. Dès lors, la question reste ouverte.</w:t>
      </w:r>
    </w:p>
    <w:p>
      <w:r>
        <w:t>36. Dans ce contexte, une question essentielle mérite d'être posée.</w:t>
      </w:r>
    </w:p>
    <w:p>
      <w:r>
        <w:t>37. Dans ce contexte, une réflexion plus approfondie devient nécessaire.</w:t>
      </w:r>
    </w:p>
    <w:p>
      <w:r>
        <w:t>38. Dans ce contexte, il apparaît pertinent d'examiner les enjeux en présence.</w:t>
      </w:r>
    </w:p>
    <w:p>
      <w:r>
        <w:t>39. Dans ce contexte, plusieurs interrogations émergent naturellement.</w:t>
      </w:r>
    </w:p>
    <w:p>
      <w:r>
        <w:t>40. Dans ce contexte, le sujet gagne à être étudié sous un autre angle.</w:t>
      </w:r>
    </w:p>
    <w:p>
      <w:r>
        <w:t>41. Dans ce contexte, une analyse nuancée s'impose.</w:t>
      </w:r>
    </w:p>
    <w:p>
      <w:r>
        <w:t>42. Dans ce contexte, les limites du phénomène deviennent visibles.</w:t>
      </w:r>
    </w:p>
    <w:p>
      <w:r>
        <w:t>43. Dans ce contexte, les conséquences méritent d'être évaluées.</w:t>
      </w:r>
    </w:p>
    <w:p>
      <w:r>
        <w:t>44. Dans ce contexte, une problématique centrale se dégage.</w:t>
      </w:r>
    </w:p>
    <w:p>
      <w:r>
        <w:t>45. Dans ce contexte, la question reste ouverte.</w:t>
      </w:r>
    </w:p>
    <w:p>
      <w:r>
        <w:t>46. Face à ce constat, une question essentielle mérite d'être posée.</w:t>
      </w:r>
    </w:p>
    <w:p>
      <w:r>
        <w:t>47. Face à ce constat, une réflexion plus approfondie devient nécessaire.</w:t>
      </w:r>
    </w:p>
    <w:p>
      <w:r>
        <w:t>48. Face à ce constat, il apparaît pertinent d'examiner les enjeux en présence.</w:t>
      </w:r>
    </w:p>
    <w:p>
      <w:r>
        <w:t>49. Face à ce constat, plusieurs interrogations émergent naturellement.</w:t>
      </w:r>
    </w:p>
    <w:p>
      <w:r>
        <w:t>50. Face à ce constat, le sujet gagne à être étudié sous un autre angle.</w:t>
      </w:r>
    </w:p>
    <w:p>
      <w:r>
        <w:t>51. Face à ce constat, une analyse nuancée s'impose.</w:t>
      </w:r>
    </w:p>
    <w:p>
      <w:r>
        <w:t>52. Face à ce constat, les limites du phénomène deviennent visibles.</w:t>
      </w:r>
    </w:p>
    <w:p>
      <w:r>
        <w:t>53. Face à ce constat, les conséquences méritent d'être évaluées.</w:t>
      </w:r>
    </w:p>
    <w:p>
      <w:r>
        <w:t>54. Face à ce constat, une problématique centrale se dégage.</w:t>
      </w:r>
    </w:p>
    <w:p>
      <w:r>
        <w:t>55. Face à ce constat, la question reste ouverte.</w:t>
      </w:r>
    </w:p>
    <w:p>
      <w:r>
        <w:t>56. Au-delà des apparences, une question essentielle mérite d'être posée.</w:t>
      </w:r>
    </w:p>
    <w:p>
      <w:r>
        <w:t>57. Au-delà des apparences, une réflexion plus approfondie devient nécessaire.</w:t>
      </w:r>
    </w:p>
    <w:p>
      <w:r>
        <w:t>58. Au-delà des apparences, il apparaît pertinent d'examiner les enjeux en présence.</w:t>
      </w:r>
    </w:p>
    <w:p>
      <w:r>
        <w:t>59. Au-delà des apparences, plusieurs interrogations émergent naturellement.</w:t>
      </w:r>
    </w:p>
    <w:p>
      <w:r>
        <w:t>60. Au-delà des apparences, le sujet gagne à être étudié sous un autre angle.</w:t>
      </w:r>
    </w:p>
    <w:p>
      <w:r>
        <w:t>61. Au-delà des apparences, une analyse nuancée s'impose.</w:t>
      </w:r>
    </w:p>
    <w:p>
      <w:r>
        <w:t>62. Au-delà des apparences, les limites du phénomène deviennent visibles.</w:t>
      </w:r>
    </w:p>
    <w:p>
      <w:r>
        <w:t>63. Au-delà des apparences, les conséquences méritent d'être évaluées.</w:t>
      </w:r>
    </w:p>
    <w:p>
      <w:r>
        <w:t>64. Au-delà des apparences, une problématique centrale se dégage.</w:t>
      </w:r>
    </w:p>
    <w:p>
      <w:r>
        <w:t>65. Au-delà des apparences, la question reste ouverte.</w:t>
      </w:r>
    </w:p>
    <w:p>
      <w:r>
        <w:t>66. En observant cette situation, une question essentielle mérite d'être posée.</w:t>
      </w:r>
    </w:p>
    <w:p>
      <w:r>
        <w:t>67. En observant cette situation, une réflexion plus approfondie devient nécessaire.</w:t>
      </w:r>
    </w:p>
    <w:p>
      <w:r>
        <w:t>68. En observant cette situation, il apparaît pertinent d'examiner les enjeux en présence.</w:t>
      </w:r>
    </w:p>
    <w:p>
      <w:r>
        <w:t>69. En observant cette situation, plusieurs interrogations émergent naturellement.</w:t>
      </w:r>
    </w:p>
    <w:p>
      <w:r>
        <w:t>70. En observant cette situation, le sujet gagne à être étudié sous un autre angle.</w:t>
      </w:r>
    </w:p>
    <w:p>
      <w:r>
        <w:t>71. En observant cette situation, une analyse nuancée s'impose.</w:t>
      </w:r>
    </w:p>
    <w:p>
      <w:r>
        <w:t>72. En observant cette situation, les limites du phénomène deviennent visibles.</w:t>
      </w:r>
    </w:p>
    <w:p>
      <w:r>
        <w:t>73. En observant cette situation, les conséquences méritent d'être évaluées.</w:t>
      </w:r>
    </w:p>
    <w:p>
      <w:r>
        <w:t>74. En observant cette situation, une problématique centrale se dégage.</w:t>
      </w:r>
    </w:p>
    <w:p>
      <w:r>
        <w:t>75. En observant cette situation, la question reste ouverte.</w:t>
      </w:r>
    </w:p>
    <w:p>
      <w:r>
        <w:t>76. Sous cet angle, une question essentielle mérite d'être posée.</w:t>
      </w:r>
    </w:p>
    <w:p>
      <w:r>
        <w:t>77. Sous cet angle, une réflexion plus approfondie devient nécessaire.</w:t>
      </w:r>
    </w:p>
    <w:p>
      <w:r>
        <w:t>78. Sous cet angle, il apparaît pertinent d'examiner les enjeux en présence.</w:t>
      </w:r>
    </w:p>
    <w:p>
      <w:r>
        <w:t>79. Sous cet angle, plusieurs interrogations émergent naturellement.</w:t>
      </w:r>
    </w:p>
    <w:p>
      <w:r>
        <w:t>80. Sous cet angle, le sujet gagne à être étudié sous un autre angle.</w:t>
      </w:r>
    </w:p>
    <w:p>
      <w:r>
        <w:t>81. Sous cet angle, une analyse nuancée s'impose.</w:t>
      </w:r>
    </w:p>
    <w:p>
      <w:r>
        <w:t>82. Sous cet angle, les limites du phénomène deviennent visibles.</w:t>
      </w:r>
    </w:p>
    <w:p>
      <w:r>
        <w:t>83. Sous cet angle, les conséquences méritent d'être évaluées.</w:t>
      </w:r>
    </w:p>
    <w:p>
      <w:r>
        <w:t>84. Sous cet angle, une problématique centrale se dégage.</w:t>
      </w:r>
    </w:p>
    <w:p>
      <w:r>
        <w:t>85. Sous cet angle, la question reste ouverte.</w:t>
      </w:r>
    </w:p>
    <w:p>
      <w:r>
        <w:t>86. À première vue, une question essentielle mérite d'être posée.</w:t>
      </w:r>
    </w:p>
    <w:p>
      <w:r>
        <w:t>87. À première vue, une réflexion plus approfondie devient nécessaire.</w:t>
      </w:r>
    </w:p>
    <w:p>
      <w:r>
        <w:t>88. À première vue, il apparaît pertinent d'examiner les enjeux en présence.</w:t>
      </w:r>
    </w:p>
    <w:p>
      <w:r>
        <w:t>89. À première vue, plusieurs interrogations émergent naturellement.</w:t>
      </w:r>
    </w:p>
    <w:p>
      <w:r>
        <w:t>90. À première vue, le sujet gagne à être étudié sous un autre angle.</w:t>
      </w:r>
    </w:p>
    <w:p>
      <w:r>
        <w:t>91. À première vue, une analyse nuancée s'impose.</w:t>
      </w:r>
    </w:p>
    <w:p>
      <w:r>
        <w:t>92. À première vue, les limites du phénomène deviennent visibles.</w:t>
      </w:r>
    </w:p>
    <w:p>
      <w:r>
        <w:t>93. À première vue, les conséquences méritent d'être évaluées.</w:t>
      </w:r>
    </w:p>
    <w:p>
      <w:r>
        <w:t>94. À première vue, une problématique centrale se dégage.</w:t>
      </w:r>
    </w:p>
    <w:p>
      <w:r>
        <w:t>95. À première vue, la question reste ouverte.</w:t>
      </w:r>
    </w:p>
    <w:p>
      <w:r>
        <w:t>96. Dans cette perspective, une question essentielle mérite d'être posée.</w:t>
      </w:r>
    </w:p>
    <w:p>
      <w:r>
        <w:t>97. Dans cette perspective, une réflexion plus approfondie devient nécessaire.</w:t>
      </w:r>
    </w:p>
    <w:p>
      <w:r>
        <w:t>98. Dans cette perspective, il apparaît pertinent d'examiner les enjeux en présence.</w:t>
      </w:r>
    </w:p>
    <w:p>
      <w:r>
        <w:t>99. Dans cette perspective, plusieurs interrogations émergent naturellement.</w:t>
      </w:r>
    </w:p>
    <w:p>
      <w:r>
        <w:t>100. Dans cette perspective, le sujet gagne à être étudié sous un autre angle.</w:t>
      </w:r>
    </w:p>
    <w:p>
      <w:r>
        <w:t>101. Dans cette perspective, une analyse nuancée s'impose.</w:t>
      </w:r>
    </w:p>
    <w:p>
      <w:r>
        <w:t>102. Dans cette perspective, les limites du phénomène deviennent visibles.</w:t>
      </w:r>
    </w:p>
    <w:p>
      <w:r>
        <w:t>103. Dans cette perspective, les conséquences méritent d'être évaluées.</w:t>
      </w:r>
    </w:p>
    <w:p>
      <w:r>
        <w:t>104. Dans cette perspective, une problématique centrale se dégage.</w:t>
      </w:r>
    </w:p>
    <w:p>
      <w:r>
        <w:t>105. Dans cette perspective, la question reste ouverte.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