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0B1F3A"/>
          </w:tcPr>
          <w:p>
            <w:pPr>
              <w:jc w:val="left"/>
            </w:pPr>
            <w:r>
              <w:rPr>
                <w:b/>
                <w:color w:val="FFFFFF"/>
                <w:sz w:val="56"/>
              </w:rPr>
              <w:br/>
              <w:t>RECOMMENDATION</w:t>
              <w:br/>
              <w:t>LETTER</w:t>
            </w:r>
          </w:p>
        </w:tc>
        <w:tc>
          <w:tcPr>
            <w:tcW w:type="dxa" w:w="5270"/>
            <w:shd w:fill="D9EAF7"/>
          </w:tcPr>
          <w:p>
            <w:pPr>
              <w:jc w:val="center"/>
            </w:pPr>
            <w:r>
              <w:rPr>
                <w:b/>
                <w:color w:val="0B1F3A"/>
                <w:sz w:val="28"/>
              </w:rPr>
              <w:br/>
              <w:t>Executive Corporate Template</w:t>
              <w:br/>
              <w:br/>
              <w:t>Professional • Elegant • Modern</w:t>
            </w:r>
          </w:p>
        </w:tc>
      </w:tr>
    </w:tbl>
    <w:p/>
    <w:p>
      <w:pPr>
        <w:jc w:val="center"/>
      </w:pPr>
      <w:r>
        <w:rPr>
          <w:i/>
          <w:color w:val="505050"/>
          <w:sz w:val="24"/>
        </w:rPr>
        <w:t>“A meaningful recommendation reflects both competence and character.”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0B1F3A"/>
          </w:tcPr>
          <w:p>
            <w:r>
              <w:rPr>
                <w:b/>
                <w:color w:val="FFFFFF"/>
                <w:sz w:val="21"/>
              </w:rPr>
              <w:t>Candidate Name</w:t>
            </w:r>
          </w:p>
        </w:tc>
        <w:tc>
          <w:tcPr>
            <w:tcW w:type="dxa" w:w="5270"/>
          </w:tcPr>
          <w:p>
            <w:r>
              <w:rPr>
                <w:sz w:val="21"/>
              </w:rPr>
              <w:t>[Full Name]</w:t>
            </w:r>
          </w:p>
        </w:tc>
      </w:tr>
      <w:tr>
        <w:tc>
          <w:tcPr>
            <w:tcW w:type="dxa" w:w="5270"/>
            <w:shd w:fill="0B1F3A"/>
          </w:tcPr>
          <w:p>
            <w:r>
              <w:rPr>
                <w:b/>
                <w:color w:val="FFFFFF"/>
                <w:sz w:val="21"/>
              </w:rPr>
              <w:t>Position / Program</w:t>
            </w:r>
          </w:p>
        </w:tc>
        <w:tc>
          <w:tcPr>
            <w:tcW w:type="dxa" w:w="5270"/>
          </w:tcPr>
          <w:p>
            <w:r>
              <w:rPr>
                <w:sz w:val="21"/>
              </w:rPr>
              <w:t>[Target Position]</w:t>
            </w:r>
          </w:p>
        </w:tc>
      </w:tr>
      <w:tr>
        <w:tc>
          <w:tcPr>
            <w:tcW w:type="dxa" w:w="5270"/>
            <w:shd w:fill="0B1F3A"/>
          </w:tcPr>
          <w:p>
            <w:r>
              <w:rPr>
                <w:b/>
                <w:color w:val="FFFFFF"/>
                <w:sz w:val="21"/>
              </w:rPr>
              <w:t>Institution / Company</w:t>
            </w:r>
          </w:p>
        </w:tc>
        <w:tc>
          <w:tcPr>
            <w:tcW w:type="dxa" w:w="5270"/>
          </w:tcPr>
          <w:p>
            <w:r>
              <w:rPr>
                <w:sz w:val="21"/>
              </w:rPr>
              <w:t>[Company or University]</w:t>
            </w:r>
          </w:p>
        </w:tc>
      </w:tr>
      <w:tr>
        <w:tc>
          <w:tcPr>
            <w:tcW w:type="dxa" w:w="5270"/>
            <w:shd w:fill="0B1F3A"/>
          </w:tcPr>
          <w:p>
            <w:r>
              <w:rPr>
                <w:b/>
                <w:color w:val="FFFFFF"/>
                <w:sz w:val="21"/>
              </w:rPr>
              <w:t>Reference Period</w:t>
            </w:r>
          </w:p>
        </w:tc>
        <w:tc>
          <w:tcPr>
            <w:tcW w:type="dxa" w:w="5270"/>
          </w:tcPr>
          <w:p>
            <w:r>
              <w:rPr>
                <w:sz w:val="21"/>
              </w:rPr>
              <w:t>[Start Date – End Date]</w:t>
            </w:r>
          </w:p>
        </w:tc>
      </w:tr>
      <w:tr>
        <w:tc>
          <w:tcPr>
            <w:tcW w:type="dxa" w:w="5270"/>
            <w:shd w:fill="0B1F3A"/>
          </w:tcPr>
          <w:p>
            <w:r>
              <w:rPr>
                <w:b/>
                <w:color w:val="FFFFFF"/>
                <w:sz w:val="21"/>
              </w:rPr>
              <w:t>Reference Type</w:t>
            </w:r>
          </w:p>
        </w:tc>
        <w:tc>
          <w:tcPr>
            <w:tcW w:type="dxa" w:w="5270"/>
          </w:tcPr>
          <w:p>
            <w:r>
              <w:rPr>
                <w:sz w:val="21"/>
              </w:rPr>
              <w:t>Professional / Academic / Leadership</w:t>
            </w:r>
          </w:p>
        </w:tc>
      </w:tr>
    </w:tbl>
    <w:p/>
    <w:p>
      <w:pPr>
        <w:jc w:val="left"/>
      </w:pPr>
      <w:r>
        <w:rPr>
          <w:b/>
          <w:color w:val="0B1F3A"/>
          <w:sz w:val="40"/>
        </w:rPr>
        <w:t>Recommendation Letter</w:t>
      </w:r>
    </w:p>
    <w:p>
      <w:r>
        <w:rPr>
          <w:sz w:val="23"/>
        </w:rPr>
        <w:br/>
        <w:t>To Whom It May Concern,</w:t>
        <w:br/>
        <w:br/>
        <w:t>It is with genuine enthusiasm that I recommend [Candidate Name] for [position, academic program, or professional opportunity]. During our collaboration at [Organisation Name], I observed a level of professionalism and commitment that consistently exceeded expectations.</w:t>
        <w:br/>
        <w:br/>
        <w:t>From the very beginning, [Candidate Name] distinguished themselves through exceptional communication abilities, analytical thinking, and a remarkable sense of responsibility. Complex assignments were approached with precision, discipline, and an evident willingness to contribute beyond assigned duties.</w:t>
        <w:br/>
        <w:br/>
        <w:t>What impressed me most was the ability to combine technical competence with emotional intelligence. Whether interacting with colleagues, clients, or management teams, [Candidate Name] maintained a respectful, constructive, and solution-oriented attitude.</w:t>
        <w:br/>
        <w:br/>
        <w:t>In high-pressure situations, this individual demonstrated calm decision-making skills and excellent adaptability. Projects were handled efficiently while preserving strong collaboration within the team environment.</w:t>
        <w:br/>
        <w:br/>
        <w:t>I remain confident that [Candidate Name] will bring substantial value to any institution or organisation fortunate enough to benefit from their expertise and work ethic.</w:t>
        <w:br/>
        <w:br/>
        <w:t>Please feel free to contact me for any additional information.</w:t>
        <w:br/>
        <w:br/>
        <w:t>Sincerely,</w:t>
        <w:br/>
      </w:r>
    </w:p>
    <w:p/>
    <w:p>
      <w:r>
        <w:rPr>
          <w:b/>
          <w:color w:val="006699"/>
          <w:sz w:val="30"/>
        </w:rPr>
        <w:t>Authorised Signature</w:t>
      </w:r>
    </w:p>
    <w:tbl>
      <w:tblPr>
        <w:tblStyle w:val="LightGrid-Accent1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D9EAF7"/>
          </w:tcPr>
          <w:p>
            <w:r>
              <w:t>Full Name</w:t>
            </w:r>
          </w:p>
        </w:tc>
        <w:tc>
          <w:tcPr>
            <w:tcW w:type="dxa" w:w="5270"/>
          </w:tcPr>
          <w:p>
            <w:r>
              <w:t>[Recommender Name]</w:t>
            </w:r>
          </w:p>
        </w:tc>
      </w:tr>
      <w:tr>
        <w:tc>
          <w:tcPr>
            <w:tcW w:type="dxa" w:w="5270"/>
            <w:shd w:fill="D9EAF7"/>
          </w:tcPr>
          <w:p>
            <w:r>
              <w:t>Position</w:t>
            </w:r>
          </w:p>
        </w:tc>
        <w:tc>
          <w:tcPr>
            <w:tcW w:type="dxa" w:w="5270"/>
          </w:tcPr>
          <w:p>
            <w:r>
              <w:t>[Executive Title]</w:t>
            </w:r>
          </w:p>
        </w:tc>
      </w:tr>
      <w:tr>
        <w:tc>
          <w:tcPr>
            <w:tcW w:type="dxa" w:w="5270"/>
            <w:shd w:fill="D9EAF7"/>
          </w:tcPr>
          <w:p>
            <w:r>
              <w:t>Contact Information</w:t>
            </w:r>
          </w:p>
        </w:tc>
        <w:tc>
          <w:tcPr>
            <w:tcW w:type="dxa" w:w="5270"/>
          </w:tcPr>
          <w:p>
            <w:r>
              <w:t>[Email Address / Phone Number]</w:t>
            </w:r>
          </w:p>
        </w:tc>
      </w:tr>
      <w:tr>
        <w:tc>
          <w:tcPr>
            <w:tcW w:type="dxa" w:w="5270"/>
            <w:shd w:fill="D9EAF7"/>
          </w:tcPr>
          <w:p>
            <w:r>
              <w:t>Official Signature</w:t>
            </w:r>
          </w:p>
        </w:tc>
        <w:tc>
          <w:tcPr>
            <w:tcW w:type="dxa" w:w="5270"/>
          </w:tcPr>
          <w:p>
            <w:r>
              <w:t>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F4F8FC"/>
          </w:tcPr>
          <w:p>
            <w:pPr>
              <w:jc w:val="center"/>
            </w:pPr>
            <w:r>
              <w:rPr>
                <w:i/>
                <w:color w:val="3C3C3C"/>
                <w:sz w:val="21"/>
              </w:rPr>
              <w:t>This template is designed for executive recommendations, scholarship applications, internships, leadership references, and international opportunities.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Premium Recommendation Letter • Corporate Edition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