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087"/>
        <w:gridCol w:w="2268"/>
      </w:tblGrid>
      <w:tr>
        <w:tc>
          <w:tcPr>
            <w:tcW w:type="dxa" w:w="5100"/>
            <w:shd w:fill="2E5B6E"/>
          </w:tcPr>
          <w:p>
            <w:r>
              <w:rPr>
                <w:b/>
                <w:color w:val="FFFFFF"/>
                <w:sz w:val="48"/>
              </w:rPr>
              <w:t>PRESCHOOL ASSISTANT</w:t>
              <w:br/>
              <w:t>COVER LETTER</w:t>
            </w:r>
          </w:p>
          <w:p>
            <w:r>
              <w:rPr>
                <w:color w:val="FFFFFF"/>
                <w:sz w:val="22"/>
              </w:rPr>
              <w:t>No Experience • Premium Recruiter Style</w:t>
            </w:r>
          </w:p>
        </w:tc>
        <w:tc>
          <w:tcPr>
            <w:tcW w:type="dxa" w:w="5100"/>
            <w:shd w:fill="A8C8B8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📷 PHOTO</w:t>
              <w:br/>
              <w:br/>
              <w:t>🔗 QR CODE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Full Name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Phone Number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Email Address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City / Postcode</w:t>
            </w:r>
          </w:p>
        </w:tc>
      </w:tr>
    </w:tbl>
    <w:p/>
    <w:p>
      <w:r>
        <w:rPr>
          <w:b/>
          <w:color w:val="234D61"/>
          <w:sz w:val="30"/>
        </w:rPr>
        <w:t>Subject: Application for Preschool Assistant Position</w:t>
      </w:r>
    </w:p>
    <w:p>
      <w:r>
        <w:rPr>
          <w:sz w:val="22"/>
        </w:rPr>
        <w:br/>
        <w:t>Dear Hiring Manager,</w:t>
        <w:br/>
        <w:br/>
        <w:t>I am writing to apply for the Preschool Assistant position within your establishment. Although I do not currently have formal professional experience in childcare, I am highly motivated to work in an environment focused on early childhood development, learning, and wellbeing.</w:t>
        <w:br/>
        <w:br/>
        <w:t>I have always appreciated activities involving communication, patience, creativity, and support for young children. I understand the importance of creating a calm, safe, and positive atmosphere where children feel encouraged to learn, interact, and develop confidence.</w:t>
        <w:br/>
        <w:br/>
        <w:t>I am eager to learn from experienced educational professionals while contributing positively to your preschool environment. I believe my organisation skills, reliability, and willingness to support others would allow me to integrate effectively into your team.</w:t>
        <w:br/>
        <w:br/>
        <w:t>Your establishment’s educational values and child-focused approach particularly encouraged me to submit my application. I would welcome the opportunity to discuss my motivation and availability further during an interview.</w:t>
        <w:br/>
        <w:br/>
        <w:t>Thank you for your time and consideration.</w:t>
        <w:br/>
        <w:br/>
        <w:t>Yours faithfully,</w:t>
        <w:br/>
        <w:br/>
        <w:t>[Your Name]</w:t>
        <w:br/>
      </w:r>
    </w:p>
    <w:p/>
    <w:p>
      <w:r>
        <w:rPr>
          <w:b/>
          <w:color w:val="234D61"/>
          <w:sz w:val="28"/>
        </w:rPr>
        <w:t>Personal Strengths</w:t>
      </w:r>
    </w:p>
    <w:p>
      <w:pPr>
        <w:pStyle w:val="ListBullet"/>
      </w:pPr>
      <w:r>
        <w:t>✔ Patience and emotional awareness</w:t>
      </w:r>
    </w:p>
    <w:p>
      <w:pPr>
        <w:pStyle w:val="ListBullet"/>
      </w:pPr>
      <w:r>
        <w:t>✔ Positive communication skills</w:t>
      </w:r>
    </w:p>
    <w:p>
      <w:pPr>
        <w:pStyle w:val="ListBullet"/>
      </w:pPr>
      <w:r>
        <w:t>✔ Team collaboration</w:t>
      </w:r>
    </w:p>
    <w:p>
      <w:pPr>
        <w:pStyle w:val="ListBullet"/>
      </w:pPr>
      <w:r>
        <w:t>✔ Reliability and punctuality</w:t>
      </w:r>
    </w:p>
    <w:p>
      <w:pPr>
        <w:pStyle w:val="ListBullet"/>
      </w:pPr>
      <w:r>
        <w:t>✔ Motivation to learn and develop professionally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F5E8DE"/>
          </w:tcPr>
          <w:p>
            <w:r>
              <w:rPr>
                <w:b/>
                <w:sz w:val="20"/>
              </w:rPr>
              <w:t>Recruiter Insight: Mention volunteering, babysitting, family childcare support, or any experience involving communication with children.</w:t>
            </w:r>
          </w:p>
        </w:tc>
      </w:tr>
    </w:tbl>
    <w:p>
      <w:pPr>
        <w:jc w:val="center"/>
      </w:pPr>
      <w:r>
        <w:rPr>
          <w:i/>
          <w:color w:val="6E6E6E"/>
          <w:sz w:val="18"/>
        </w:rPr>
        <w:t>Modern HR &amp; Education Layout • Editable Premium Word Template</w:t>
      </w:r>
    </w:p>
    <w:sectPr w:rsidR="00FC693F" w:rsidRPr="0006063C" w:rsidSect="00034616">
      <w:pgSz w:w="12240" w:h="15840"/>
      <w:pgMar w:top="794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