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color w:val="0F3460"/>
          <w:sz w:val="52"/>
        </w:rPr>
        <w:t>Professional Recommendation Letter</w:t>
      </w:r>
    </w:p>
    <w:p>
      <w:pPr>
        <w:jc w:val="center"/>
      </w:pPr>
      <w:r>
        <w:rPr>
          <w:i/>
          <w:color w:val="5A5A5A"/>
          <w:sz w:val="24"/>
        </w:rPr>
        <w:t>Elegant Corporate Reference Template</w:t>
      </w:r>
    </w:p>
    <w:p>
      <w:pPr>
        <w:jc w:val="center"/>
      </w:pPr>
      <w:r>
        <w:rPr>
          <w:color w:val="0F3460"/>
        </w:rPr>
        <w:t>━━━━━━━━━━━━━━━━━━━━━━━━━━━━━━━━━━━━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5100"/>
        <w:gridCol w:w="5100"/>
      </w:tblGrid>
      <w:tr>
        <w:tc>
          <w:tcPr>
            <w:tcW w:type="dxa" w:w="5100"/>
          </w:tcPr>
          <w:p/>
        </w:tc>
        <w:tc>
          <w:tcPr>
            <w:tcW w:type="dxa" w:w="5100"/>
          </w:tcPr>
          <w:p/>
        </w:tc>
      </w:tr>
      <w:tr>
        <w:tc>
          <w:tcPr>
            <w:tcW w:type="dxa" w:w="5100"/>
          </w:tcPr>
          <w:p/>
        </w:tc>
        <w:tc>
          <w:tcPr>
            <w:tcW w:type="dxa" w:w="5100"/>
          </w:tcPr>
          <w:p/>
        </w:tc>
      </w:tr>
    </w:tbl>
    <w:p/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5100"/>
        <w:gridCol w:w="5100"/>
      </w:tblGrid>
      <w:tr>
        <w:tc>
          <w:tcPr>
            <w:tcW w:type="dxa" w:w="5100"/>
          </w:tcPr>
          <w:p>
            <w:r>
              <w:rPr>
                <w:sz w:val="20"/>
              </w:rPr>
              <w:t>Recommended Candidate</w:t>
            </w:r>
          </w:p>
        </w:tc>
        <w:tc>
          <w:tcPr>
            <w:tcW w:type="dxa" w:w="5100"/>
          </w:tcPr>
          <w:p>
            <w:r>
              <w:rPr>
                <w:sz w:val="20"/>
              </w:rPr>
              <w:t>[Full Name]</w:t>
            </w:r>
          </w:p>
        </w:tc>
      </w:tr>
      <w:tr>
        <w:tc>
          <w:tcPr>
            <w:tcW w:type="dxa" w:w="5100"/>
          </w:tcPr>
          <w:p>
            <w:r>
              <w:rPr>
                <w:sz w:val="20"/>
              </w:rPr>
              <w:t>Position / Program</w:t>
            </w:r>
          </w:p>
        </w:tc>
        <w:tc>
          <w:tcPr>
            <w:tcW w:type="dxa" w:w="5100"/>
          </w:tcPr>
          <w:p>
            <w:r>
              <w:rPr>
                <w:sz w:val="20"/>
              </w:rPr>
              <w:t>[Position Title]</w:t>
            </w:r>
          </w:p>
        </w:tc>
      </w:tr>
      <w:tr>
        <w:tc>
          <w:tcPr>
            <w:tcW w:type="dxa" w:w="5100"/>
          </w:tcPr>
          <w:p>
            <w:r>
              <w:rPr>
                <w:sz w:val="20"/>
              </w:rPr>
              <w:t>Organisation</w:t>
            </w:r>
          </w:p>
        </w:tc>
        <w:tc>
          <w:tcPr>
            <w:tcW w:type="dxa" w:w="5100"/>
          </w:tcPr>
          <w:p>
            <w:r>
              <w:rPr>
                <w:sz w:val="20"/>
              </w:rPr>
              <w:t>[Company / University]</w:t>
            </w:r>
          </w:p>
        </w:tc>
      </w:tr>
      <w:tr>
        <w:tc>
          <w:tcPr>
            <w:tcW w:type="dxa" w:w="5100"/>
          </w:tcPr>
          <w:p>
            <w:r>
              <w:rPr>
                <w:sz w:val="20"/>
              </w:rPr>
              <w:t>Reference Date</w:t>
            </w:r>
          </w:p>
        </w:tc>
        <w:tc>
          <w:tcPr>
            <w:tcW w:type="dxa" w:w="5100"/>
          </w:tcPr>
          <w:p>
            <w:r>
              <w:rPr>
                <w:sz w:val="20"/>
              </w:rPr>
              <w:t>[DD / MM / YYYY]</w:t>
            </w:r>
          </w:p>
        </w:tc>
      </w:tr>
    </w:tbl>
    <w:p/>
    <w:p>
      <w:r>
        <w:rPr>
          <w:b/>
          <w:color w:val="006699"/>
          <w:sz w:val="36"/>
        </w:rPr>
        <w:t>Letter Content</w:t>
      </w:r>
    </w:p>
    <w:p>
      <w:r>
        <w:rPr>
          <w:sz w:val="22"/>
        </w:rPr>
        <w:br/>
        <w:t>To Whom It May Concern,</w:t>
        <w:br/>
        <w:br/>
        <w:t>I am pleased to write this recommendation letter in support of [Candidate Name]. During our professional collaboration at [Organisation Name], I had the opportunity to observe remarkable qualities that consistently distinguished this individual through dedication, professionalism, and reliability.</w:t>
        <w:br/>
        <w:br/>
        <w:t>[Candidate Name] demonstrated strong communication skills, excellent adaptability, and an impressive capacity to work efficiently under pressure. Throughout multiple assignments and collaborative projects, this individual maintained a structured approach, contributed positively to team dynamics, and displayed genuine commitment toward achieving high standards of performance.</w:t>
        <w:br/>
        <w:br/>
        <w:t>Beyond technical competencies, I particularly appreciated the ability to build constructive relationships with colleagues and clients alike. This professional attitude created a productive and respectful working environment that reflected maturity and integrity.</w:t>
        <w:br/>
        <w:br/>
        <w:t>I strongly believe that [Candidate Name] would represent a valuable asset for any organisation, academic institution, or professional initiative seeking motivated and capable individuals.</w:t>
        <w:br/>
        <w:br/>
        <w:t>Please feel free to contact me should you require additional information regarding this recommendation.</w:t>
        <w:br/>
        <w:br/>
        <w:t>Sincerely,</w:t>
        <w:br/>
      </w:r>
    </w:p>
    <w:tbl>
      <w:tblPr>
        <w:tblStyle w:val="LightList-Accent1"/>
        <w:tblW w:type="auto" w:w="0"/>
        <w:jc w:val="center"/>
        <w:tblLook w:firstColumn="1" w:firstRow="1" w:lastColumn="0" w:lastRow="0" w:noHBand="0" w:noVBand="1" w:val="04A0"/>
      </w:tblPr>
      <w:tblGrid>
        <w:gridCol w:w="5100"/>
        <w:gridCol w:w="5100"/>
      </w:tblGrid>
      <w:tr>
        <w:tc>
          <w:tcPr>
            <w:tcW w:type="dxa" w:w="5100"/>
          </w:tcPr>
          <w:p>
            <w:r>
              <w:t>Recommender Name</w:t>
            </w:r>
          </w:p>
        </w:tc>
        <w:tc>
          <w:tcPr>
            <w:tcW w:type="dxa" w:w="5100"/>
          </w:tcPr>
          <w:p>
            <w:r>
              <w:t>[Full Name]</w:t>
            </w:r>
          </w:p>
        </w:tc>
      </w:tr>
      <w:tr>
        <w:tc>
          <w:tcPr>
            <w:tcW w:type="dxa" w:w="5100"/>
          </w:tcPr>
          <w:p>
            <w:r>
              <w:t>Position &amp; Contact</w:t>
            </w:r>
          </w:p>
        </w:tc>
        <w:tc>
          <w:tcPr>
            <w:tcW w:type="dxa" w:w="5100"/>
          </w:tcPr>
          <w:p>
            <w:r>
              <w:t>[Title / Email / Phone]</w:t>
            </w:r>
          </w:p>
        </w:tc>
      </w:tr>
    </w:tbl>
    <w:p/>
    <w:p>
      <w:r>
        <w:rPr>
          <w:b/>
          <w:color w:val="0F3460"/>
          <w:sz w:val="32"/>
        </w:rPr>
        <w:t>Recommended Usage</w:t>
      </w:r>
    </w:p>
    <w:p>
      <w:pPr>
        <w:pStyle w:val="ListBullet"/>
      </w:pPr>
      <w:r>
        <w:rPr>
          <w:sz w:val="21"/>
        </w:rPr>
        <w:t>Use official company or university letterhead whenever possible.</w:t>
      </w:r>
    </w:p>
    <w:p>
      <w:pPr>
        <w:pStyle w:val="ListBullet"/>
      </w:pPr>
      <w:r>
        <w:rPr>
          <w:sz w:val="21"/>
        </w:rPr>
        <w:t>Personalise the letter with specific achievements and measurable contributions.</w:t>
      </w:r>
    </w:p>
    <w:p>
      <w:pPr>
        <w:pStyle w:val="ListBullet"/>
      </w:pPr>
      <w:r>
        <w:rPr>
          <w:sz w:val="21"/>
        </w:rPr>
        <w:t>Keep the tone professional, confident, and authentic.</w:t>
      </w:r>
    </w:p>
    <w:p>
      <w:pPr>
        <w:pStyle w:val="ListBullet"/>
      </w:pPr>
      <w:r>
        <w:rPr>
          <w:sz w:val="21"/>
        </w:rPr>
        <w:t>Export the final version as PDF before sending.</w:t>
      </w:r>
    </w:p>
    <w:sectPr w:rsidR="00FC693F" w:rsidRPr="0006063C" w:rsidSect="00034616">
      <w:footerReference w:type="default" r:id="rId9"/>
      <w:pgSz w:w="12240" w:h="15840"/>
      <w:pgMar w:top="850" w:right="1020" w:bottom="850" w:left="10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color w:val="646464"/>
        <w:sz w:val="18"/>
      </w:rPr>
      <w:t>Premium Recommendation Letter Template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