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tblLayout w:type="fixed"/>
        <w:tblLook w:firstColumn="1" w:firstRow="1" w:lastColumn="0" w:lastRow="0" w:noHBand="0" w:noVBand="1" w:val="04A0"/>
      </w:tblPr>
      <w:tblGrid>
        <w:gridCol w:w="7087"/>
        <w:gridCol w:w="2268"/>
      </w:tblGrid>
      <w:tr>
        <w:tc>
          <w:tcPr>
            <w:tcW w:type="dxa" w:w="5100"/>
            <w:shd w:fill="1F4E5F"/>
          </w:tcPr>
          <w:p>
            <w:r>
              <w:rPr>
                <w:b/>
                <w:color w:val="FFFFFF"/>
                <w:sz w:val="50"/>
              </w:rPr>
              <w:t>NURSERY TEACHER</w:t>
              <w:br/>
              <w:t>COVER LETTER</w:t>
            </w:r>
          </w:p>
          <w:p>
            <w:r>
              <w:rPr>
                <w:color w:val="FFFFFF"/>
                <w:sz w:val="22"/>
              </w:rPr>
              <w:t>Recruiter-Reviewed Premium Template</w:t>
            </w:r>
          </w:p>
        </w:tc>
        <w:tc>
          <w:tcPr>
            <w:tcW w:type="dxa" w:w="5100"/>
            <w:shd w:fill="A8C3B0"/>
          </w:tcPr>
          <w:p>
            <w:pPr>
              <w:jc w:val="center"/>
            </w:pPr>
            <w:r>
              <w:rPr>
                <w:b/>
                <w:color w:val="FFFFFF"/>
                <w:sz w:val="32"/>
              </w:rPr>
              <w:t>📷 PHOTO</w:t>
              <w:br/>
              <w:br/>
              <w:t>🔗 QR</w:t>
            </w:r>
          </w:p>
        </w:tc>
      </w:tr>
    </w:tbl>
    <w:p/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5100"/>
        <w:gridCol w:w="5100"/>
      </w:tblGrid>
      <w:tr>
        <w:tc>
          <w:tcPr>
            <w:tcW w:type="dxa" w:w="5100"/>
          </w:tcPr>
          <w:p>
            <w:r>
              <w:rPr>
                <w:b/>
                <w:sz w:val="20"/>
              </w:rPr>
              <w:t>Full Name</w:t>
            </w:r>
          </w:p>
        </w:tc>
        <w:tc>
          <w:tcPr>
            <w:tcW w:type="dxa" w:w="5100"/>
          </w:tcPr>
          <w:p>
            <w:r>
              <w:rPr>
                <w:b/>
                <w:sz w:val="20"/>
              </w:rPr>
              <w:t>Phone Number</w:t>
            </w:r>
          </w:p>
        </w:tc>
      </w:tr>
      <w:tr>
        <w:tc>
          <w:tcPr>
            <w:tcW w:type="dxa" w:w="5100"/>
          </w:tcPr>
          <w:p>
            <w:r>
              <w:rPr>
                <w:b/>
                <w:sz w:val="20"/>
              </w:rPr>
              <w:t>Email Address</w:t>
            </w:r>
          </w:p>
        </w:tc>
        <w:tc>
          <w:tcPr>
            <w:tcW w:type="dxa" w:w="5100"/>
          </w:tcPr>
          <w:p>
            <w:r>
              <w:rPr>
                <w:b/>
                <w:sz w:val="20"/>
              </w:rPr>
              <w:t>City / Postcode</w:t>
            </w:r>
          </w:p>
        </w:tc>
      </w:tr>
    </w:tbl>
    <w:p/>
    <w:p>
      <w:r>
        <w:rPr>
          <w:b/>
          <w:color w:val="194A5C"/>
          <w:sz w:val="30"/>
        </w:rPr>
        <w:t>Subject: Application for Nursery Teacher Position</w:t>
      </w:r>
    </w:p>
    <w:p>
      <w:r>
        <w:rPr>
          <w:sz w:val="22"/>
        </w:rPr>
        <w:br/>
        <w:t>Dear Hiring Manager,</w:t>
        <w:br/>
        <w:br/>
        <w:t>I am writing to express my interest in the Nursery Teacher position within your establishment. I am particularly attracted to environments that value child wellbeing, creativity, emotional development, and supportive learning experiences.</w:t>
        <w:br/>
        <w:br/>
        <w:t>Throughout my experience, I have developed strong interpersonal and organisational skills that allow me to communicate naturally with children, parents, and educational teams. I appreciate creating calm, structured, and positive classroom environments where children feel encouraged to explore and grow confidently.</w:t>
        <w:br/>
        <w:br/>
        <w:t>I am highly motivated, patient, and eager to contribute positively to your nursery environment. I would value the opportunity to support your educational team while continuing to develop professionally within the early years sector.</w:t>
        <w:br/>
        <w:br/>
        <w:t>Thank you for considering my application. I would be pleased to discuss my motivation and availability further during an interview.</w:t>
        <w:br/>
        <w:br/>
        <w:t>Yours faithfully,</w:t>
        <w:br/>
        <w:br/>
        <w:t>[Your Name]</w:t>
        <w:br/>
      </w:r>
    </w:p>
    <w:p/>
    <w:p>
      <w:r>
        <w:rPr>
          <w:b/>
          <w:color w:val="194A5C"/>
          <w:sz w:val="28"/>
        </w:rPr>
        <w:t>Professional Strengths</w:t>
      </w:r>
    </w:p>
    <w:p>
      <w:pPr>
        <w:pStyle w:val="ListBullet"/>
      </w:pPr>
      <w:r>
        <w:t>✔ Classroom organisation and child supervision</w:t>
      </w:r>
    </w:p>
    <w:p>
      <w:pPr>
        <w:pStyle w:val="ListBullet"/>
      </w:pPr>
      <w:r>
        <w:t>✔ Positive communication with families</w:t>
      </w:r>
    </w:p>
    <w:p>
      <w:pPr>
        <w:pStyle w:val="ListBullet"/>
      </w:pPr>
      <w:r>
        <w:t>✔ Creativity and learning activities</w:t>
      </w:r>
    </w:p>
    <w:p>
      <w:pPr>
        <w:pStyle w:val="ListBullet"/>
      </w:pPr>
      <w:r>
        <w:t>✔ Patience and emotional intelligence</w:t>
      </w:r>
    </w:p>
    <w:p>
      <w:pPr>
        <w:pStyle w:val="ListBullet"/>
      </w:pPr>
      <w:r>
        <w:t>✔ Team collaboration and adaptability</w:t>
      </w:r>
    </w:p>
    <w:p/>
    <w:tbl>
      <w:tblPr>
        <w:tblW w:type="auto" w:w="0"/>
        <w:tblLook w:firstColumn="1" w:firstRow="1" w:lastColumn="0" w:lastRow="0" w:noHBand="0" w:noVBand="1" w:val="04A0"/>
      </w:tblPr>
      <w:tblGrid>
        <w:gridCol w:w="10200"/>
      </w:tblGrid>
      <w:tr>
        <w:tc>
          <w:tcPr>
            <w:tcW w:type="dxa" w:w="10200"/>
            <w:shd w:fill="F6E7DA"/>
          </w:tcPr>
          <w:p>
            <w:r>
              <w:rPr>
                <w:b/>
                <w:sz w:val="20"/>
              </w:rPr>
              <w:t>Recruiter Tip: Personalise the letter by mentioning the nursery name, educational values, and your childcare motivation.</w:t>
            </w:r>
          </w:p>
        </w:tc>
      </w:tr>
    </w:tbl>
    <w:p/>
    <w:p>
      <w:pPr>
        <w:jc w:val="center"/>
      </w:pPr>
      <w:r>
        <w:rPr>
          <w:i/>
          <w:color w:val="646464"/>
          <w:sz w:val="18"/>
        </w:rPr>
        <w:t>Modern HR &amp; Education Style • Premium Editable Word Template</w:t>
      </w:r>
    </w:p>
    <w:sectPr w:rsidR="00FC693F" w:rsidRPr="0006063C" w:rsidSect="00034616">
      <w:pgSz w:w="12240" w:h="15840"/>
      <w:pgMar w:top="737" w:right="1020" w:bottom="737" w:left="10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