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33"/>
          <w:sz w:val="36"/>
        </w:rPr>
        <w:t>FICHE PREMIUM DE TRAÇABILITÉ ALIMENTAIRE</w:t>
      </w:r>
    </w:p>
    <w:p>
      <w:pPr>
        <w:jc w:val="center"/>
      </w:pPr>
      <w:r>
        <w:t>Suivi complet des matières premières, fabrication, contrôle qualité, stockage et expédition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20"/>
        <w:gridCol w:w="2720"/>
        <w:gridCol w:w="2720"/>
        <w:gridCol w:w="2720"/>
      </w:tblGrid>
      <w:tr>
        <w:tc>
          <w:tcPr>
            <w:tcW w:type="dxa" w:w="2720"/>
          </w:tcPr>
          <w:p>
            <w:r>
              <w:t>Produit</w:t>
            </w:r>
          </w:p>
        </w:tc>
        <w:tc>
          <w:tcPr>
            <w:tcW w:type="dxa" w:w="2720"/>
          </w:tcPr>
          <w:p>
            <w:r/>
          </w:p>
        </w:tc>
        <w:tc>
          <w:tcPr>
            <w:tcW w:type="dxa" w:w="2720"/>
          </w:tcPr>
          <w:p>
            <w:r>
              <w:t>Code Produit</w:t>
            </w:r>
          </w:p>
        </w:tc>
        <w:tc>
          <w:tcPr>
            <w:tcW w:type="dxa" w:w="2720"/>
          </w:tcPr>
          <w:p>
            <w:r/>
          </w:p>
        </w:tc>
      </w:tr>
      <w:tr>
        <w:tc>
          <w:tcPr>
            <w:tcW w:type="dxa" w:w="2720"/>
          </w:tcPr>
          <w:p>
            <w:r>
              <w:t>Date Fabrication</w:t>
            </w:r>
          </w:p>
        </w:tc>
        <w:tc>
          <w:tcPr>
            <w:tcW w:type="dxa" w:w="2720"/>
          </w:tcPr>
          <w:p>
            <w:r/>
          </w:p>
        </w:tc>
        <w:tc>
          <w:tcPr>
            <w:tcW w:type="dxa" w:w="2720"/>
          </w:tcPr>
          <w:p>
            <w:r>
              <w:t>N° Lot PF</w:t>
            </w:r>
          </w:p>
        </w:tc>
        <w:tc>
          <w:tcPr>
            <w:tcW w:type="dxa" w:w="2720"/>
          </w:tcPr>
          <w:p>
            <w:r/>
          </w:p>
        </w:tc>
      </w:tr>
      <w:tr>
        <w:tc>
          <w:tcPr>
            <w:tcW w:type="dxa" w:w="2720"/>
          </w:tcPr>
          <w:p>
            <w:r>
              <w:t>Responsable</w:t>
            </w:r>
          </w:p>
        </w:tc>
        <w:tc>
          <w:tcPr>
            <w:tcW w:type="dxa" w:w="2720"/>
          </w:tcPr>
          <w:p>
            <w:r/>
          </w:p>
        </w:tc>
        <w:tc>
          <w:tcPr>
            <w:tcW w:type="dxa" w:w="2720"/>
          </w:tcPr>
          <w:p>
            <w:r>
              <w:t>Atelier</w:t>
            </w:r>
          </w:p>
        </w:tc>
        <w:tc>
          <w:tcPr>
            <w:tcW w:type="dxa" w:w="2720"/>
          </w:tcPr>
          <w:p>
            <w:r/>
          </w:p>
        </w:tc>
      </w:tr>
      <w:tr>
        <w:tc>
          <w:tcPr>
            <w:tcW w:type="dxa" w:w="2720"/>
          </w:tcPr>
          <w:p>
            <w:r>
              <w:t>DLC / DDM</w:t>
            </w:r>
          </w:p>
        </w:tc>
        <w:tc>
          <w:tcPr>
            <w:tcW w:type="dxa" w:w="2720"/>
          </w:tcPr>
          <w:p>
            <w:r/>
          </w:p>
        </w:tc>
        <w:tc>
          <w:tcPr>
            <w:tcW w:type="dxa" w:w="2720"/>
          </w:tcPr>
          <w:p>
            <w:r>
              <w:t>Quantité Produite</w:t>
            </w:r>
          </w:p>
        </w:tc>
        <w:tc>
          <w:tcPr>
            <w:tcW w:type="dxa" w:w="2720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8"/>
        <w:gridCol w:w="1088"/>
        <w:gridCol w:w="1088"/>
        <w:gridCol w:w="1088"/>
        <w:gridCol w:w="1088"/>
        <w:gridCol w:w="1088"/>
        <w:gridCol w:w="1088"/>
        <w:gridCol w:w="1088"/>
        <w:gridCol w:w="1088"/>
        <w:gridCol w:w="1088"/>
      </w:tblGrid>
      <w:tr>
        <w:tc>
          <w:tcPr>
            <w:tcW w:type="dxa" w:w="1088"/>
          </w:tcPr>
          <w:p>
            <w:r>
              <w:t>Code MP</w:t>
            </w:r>
          </w:p>
        </w:tc>
        <w:tc>
          <w:tcPr>
            <w:tcW w:type="dxa" w:w="1088"/>
          </w:tcPr>
          <w:p>
            <w:r>
              <w:t>Matière Première</w:t>
            </w:r>
          </w:p>
        </w:tc>
        <w:tc>
          <w:tcPr>
            <w:tcW w:type="dxa" w:w="1088"/>
          </w:tcPr>
          <w:p>
            <w:r>
              <w:t>Lot MP</w:t>
            </w:r>
          </w:p>
        </w:tc>
        <w:tc>
          <w:tcPr>
            <w:tcW w:type="dxa" w:w="1088"/>
          </w:tcPr>
          <w:p>
            <w:r>
              <w:t>Fournisseur</w:t>
            </w:r>
          </w:p>
        </w:tc>
        <w:tc>
          <w:tcPr>
            <w:tcW w:type="dxa" w:w="1088"/>
          </w:tcPr>
          <w:p>
            <w:r>
              <w:t>Qté</w:t>
            </w:r>
          </w:p>
        </w:tc>
        <w:tc>
          <w:tcPr>
            <w:tcW w:type="dxa" w:w="1088"/>
          </w:tcPr>
          <w:p>
            <w:r>
              <w:t>Unité</w:t>
            </w:r>
          </w:p>
        </w:tc>
        <w:tc>
          <w:tcPr>
            <w:tcW w:type="dxa" w:w="1088"/>
          </w:tcPr>
          <w:p>
            <w:r>
              <w:t>Date Réception</w:t>
            </w:r>
          </w:p>
        </w:tc>
        <w:tc>
          <w:tcPr>
            <w:tcW w:type="dxa" w:w="1088"/>
          </w:tcPr>
          <w:p>
            <w:r>
              <w:t>Date Utilisation</w:t>
            </w:r>
          </w:p>
        </w:tc>
        <w:tc>
          <w:tcPr>
            <w:tcW w:type="dxa" w:w="1088"/>
          </w:tcPr>
          <w:p>
            <w:r>
              <w:t>Conforme</w:t>
            </w:r>
          </w:p>
        </w:tc>
        <w:tc>
          <w:tcPr>
            <w:tcW w:type="dxa" w:w="1088"/>
          </w:tcPr>
          <w:p>
            <w:r>
              <w:t>Obs.</w:t>
            </w:r>
          </w:p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  <w:tr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  <w:tc>
          <w:tcPr>
            <w:tcW w:type="dxa" w:w="1088"/>
          </w:tcPr>
          <w:p/>
        </w:tc>
      </w:tr>
    </w:tbl>
    <w:p/>
    <w:p>
      <w:r>
        <w:rPr>
          <w:b/>
          <w:color w:val="006633"/>
        </w:rPr>
        <w:t>CONTRÔLES HACCP ET QUALITÉ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76"/>
        <w:gridCol w:w="2176"/>
        <w:gridCol w:w="2176"/>
        <w:gridCol w:w="2176"/>
        <w:gridCol w:w="2176"/>
      </w:tblGrid>
      <w:tr>
        <w:tc>
          <w:tcPr>
            <w:tcW w:type="dxa" w:w="2176"/>
          </w:tcPr>
          <w:p>
            <w:r>
              <w:t>Point de contrôle</w:t>
            </w:r>
          </w:p>
        </w:tc>
        <w:tc>
          <w:tcPr>
            <w:tcW w:type="dxa" w:w="2176"/>
          </w:tcPr>
          <w:p>
            <w:r>
              <w:t>Valeur</w:t>
            </w:r>
          </w:p>
        </w:tc>
        <w:tc>
          <w:tcPr>
            <w:tcW w:type="dxa" w:w="2176"/>
          </w:tcPr>
          <w:p>
            <w:r>
              <w:t>Conforme</w:t>
            </w:r>
          </w:p>
        </w:tc>
        <w:tc>
          <w:tcPr>
            <w:tcW w:type="dxa" w:w="2176"/>
          </w:tcPr>
          <w:p>
            <w:r>
              <w:t>Non conforme</w:t>
            </w:r>
          </w:p>
        </w:tc>
        <w:tc>
          <w:tcPr>
            <w:tcW w:type="dxa" w:w="2176"/>
          </w:tcPr>
          <w:p>
            <w:r>
              <w:t>Commentaires</w:t>
            </w:r>
          </w:p>
        </w:tc>
      </w:tr>
      <w:tr>
        <w:tc>
          <w:tcPr>
            <w:tcW w:type="dxa" w:w="2176"/>
          </w:tcPr>
          <w:p>
            <w:r>
              <w:t>Température</w:t>
            </w:r>
          </w:p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</w:tr>
      <w:tr>
        <w:tc>
          <w:tcPr>
            <w:tcW w:type="dxa" w:w="2176"/>
          </w:tcPr>
          <w:p>
            <w:r>
              <w:t>PH</w:t>
            </w:r>
          </w:p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</w:tr>
      <w:tr>
        <w:tc>
          <w:tcPr>
            <w:tcW w:type="dxa" w:w="2176"/>
          </w:tcPr>
          <w:p>
            <w:r>
              <w:t>Aspect</w:t>
            </w:r>
          </w:p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</w:tr>
      <w:tr>
        <w:tc>
          <w:tcPr>
            <w:tcW w:type="dxa" w:w="2176"/>
          </w:tcPr>
          <w:p>
            <w:r>
              <w:t>Odeur</w:t>
            </w:r>
          </w:p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</w:tr>
      <w:tr>
        <w:tc>
          <w:tcPr>
            <w:tcW w:type="dxa" w:w="2176"/>
          </w:tcPr>
          <w:p>
            <w:r>
              <w:t>Conditionnement</w:t>
            </w:r>
          </w:p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</w:tr>
      <w:tr>
        <w:tc>
          <w:tcPr>
            <w:tcW w:type="dxa" w:w="2176"/>
          </w:tcPr>
          <w:p>
            <w:r>
              <w:t>Étiquetage</w:t>
            </w:r>
          </w:p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</w:tr>
      <w:tr>
        <w:tc>
          <w:tcPr>
            <w:tcW w:type="dxa" w:w="2176"/>
          </w:tcPr>
          <w:p>
            <w:r>
              <w:t>Nettoyage</w:t>
            </w:r>
          </w:p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  <w:tc>
          <w:tcPr>
            <w:tcW w:type="dxa" w:w="2176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360"/>
        <w:gridCol w:w="1360"/>
        <w:gridCol w:w="1360"/>
        <w:gridCol w:w="1360"/>
        <w:gridCol w:w="1360"/>
        <w:gridCol w:w="1360"/>
        <w:gridCol w:w="1360"/>
        <w:gridCol w:w="1360"/>
      </w:tblGrid>
      <w:tr>
        <w:tc>
          <w:tcPr>
            <w:tcW w:type="dxa" w:w="1360"/>
          </w:tcPr>
          <w:p>
            <w:r>
              <w:t>Client</w:t>
            </w:r>
          </w:p>
        </w:tc>
        <w:tc>
          <w:tcPr>
            <w:tcW w:type="dxa" w:w="1360"/>
          </w:tcPr>
          <w:p>
            <w:r>
              <w:t>Lot Expédié</w:t>
            </w:r>
          </w:p>
        </w:tc>
        <w:tc>
          <w:tcPr>
            <w:tcW w:type="dxa" w:w="1360"/>
          </w:tcPr>
          <w:p>
            <w:r>
              <w:t>Date</w:t>
            </w:r>
          </w:p>
        </w:tc>
        <w:tc>
          <w:tcPr>
            <w:tcW w:type="dxa" w:w="1360"/>
          </w:tcPr>
          <w:p>
            <w:r>
              <w:t>Qté</w:t>
            </w:r>
          </w:p>
        </w:tc>
        <w:tc>
          <w:tcPr>
            <w:tcW w:type="dxa" w:w="1360"/>
          </w:tcPr>
          <w:p>
            <w:r>
              <w:t>Transport</w:t>
            </w:r>
          </w:p>
        </w:tc>
        <w:tc>
          <w:tcPr>
            <w:tcW w:type="dxa" w:w="1360"/>
          </w:tcPr>
          <w:p>
            <w:r>
              <w:t>Température</w:t>
            </w:r>
          </w:p>
        </w:tc>
        <w:tc>
          <w:tcPr>
            <w:tcW w:type="dxa" w:w="1360"/>
          </w:tcPr>
          <w:p>
            <w:r>
              <w:t>Destination</w:t>
            </w:r>
          </w:p>
        </w:tc>
        <w:tc>
          <w:tcPr>
            <w:tcW w:type="dxa" w:w="1360"/>
          </w:tcPr>
          <w:p>
            <w:r>
              <w:t>Signature</w:t>
            </w:r>
          </w:p>
        </w:tc>
      </w:tr>
      <w:tr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</w:tr>
      <w:tr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</w:tr>
      <w:tr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</w:tr>
      <w:tr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</w:tr>
      <w:tr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</w:tr>
      <w:tr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</w:tr>
      <w:tr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</w:tr>
      <w:tr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  <w:tc>
          <w:tcPr>
            <w:tcW w:type="dxa" w:w="1360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627"/>
        <w:gridCol w:w="3627"/>
        <w:gridCol w:w="3627"/>
      </w:tblGrid>
      <w:tr>
        <w:tc>
          <w:tcPr>
            <w:tcW w:type="dxa" w:w="3627"/>
          </w:tcPr>
          <w:p>
            <w:r>
              <w:t>Visa Production</w:t>
            </w:r>
          </w:p>
        </w:tc>
        <w:tc>
          <w:tcPr>
            <w:tcW w:type="dxa" w:w="3627"/>
          </w:tcPr>
          <w:p>
            <w:r>
              <w:t>Visa Qualité</w:t>
            </w:r>
          </w:p>
        </w:tc>
        <w:tc>
          <w:tcPr>
            <w:tcW w:type="dxa" w:w="3627"/>
          </w:tcPr>
          <w:p>
            <w:r>
              <w:t>Visa Responsable</w:t>
            </w:r>
          </w:p>
        </w:tc>
      </w:tr>
      <w:tr>
        <w:tc>
          <w:tcPr>
            <w:tcW w:type="dxa" w:w="3627"/>
          </w:tcPr>
          <w:p/>
        </w:tc>
        <w:tc>
          <w:tcPr>
            <w:tcW w:type="dxa" w:w="3627"/>
          </w:tcPr>
          <w:p/>
        </w:tc>
        <w:tc>
          <w:tcPr>
            <w:tcW w:type="dxa" w:w="3627"/>
          </w:tcPr>
          <w:p/>
        </w:tc>
      </w:tr>
    </w:tbl>
    <w:sectPr w:rsidR="00FC693F" w:rsidRPr="0006063C" w:rsidSect="00034616">
      <w:pgSz w:w="12240" w:h="15840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