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6699"/>
          <w:sz w:val="44"/>
        </w:rPr>
        <w:t>Candidature à une Promotion Interne</w:t>
      </w:r>
    </w:p>
    <w:p/>
    <w:p>
      <w:r>
        <w:rPr>
          <w:b/>
        </w:rPr>
        <w:t>Profil du collaborateur</w:t>
        <w:br/>
      </w:r>
      <w:r>
        <w:t>Nom : [Votre nom]</w:t>
        <w:br/>
        <w:t>Poste actuel : [Poste]</w:t>
        <w:br/>
        <w:t>Ancienneté : [X années]</w:t>
        <w:br/>
        <w:t>Service : [Service]</w:t>
      </w:r>
    </w:p>
    <w:p/>
    <w:p>
      <w:r>
        <w:rPr>
          <w:b/>
          <w:color w:val="C00000"/>
        </w:rPr>
        <w:t>Objet : Demande d’évolution interne vers le poste de [Intitulé]</w:t>
      </w:r>
    </w:p>
    <w:p/>
    <w:p>
      <w:r>
        <w:t>Madame, Monsieur,</w:t>
      </w:r>
    </w:p>
    <w:p>
      <w:r>
        <w:t>Engagé au sein de l’entreprise depuis [X années], j’ai progressivement consolidé mes compétences opérationnelles et ma compréhension des enjeux internes.</w:t>
      </w:r>
    </w:p>
    <w:p>
      <w:r>
        <w:t>Les missions qui m’ont été confiées m’ont permis de démontrer ma capacité à gérer des responsabilités croissantes, à collaborer efficacement et à contribuer à l’atteinte des objectifs.</w:t>
      </w:r>
    </w:p>
    <w:p>
      <w:r>
        <w:t>Aujourd’hui, je souhaite m’inscrire dans une dynamique d’évolution en accédant au poste de [poste visé], dans lequel je pourrais mobiliser pleinement mon expérience et développer une contribution à plus forte valeur ajoutée.</w:t>
      </w:r>
    </w:p>
    <w:p>
      <w:r>
        <w:t>Cette démarche s’inscrit dans une volonté de continuité, de performance et d’engagement durable au sein de l’entreprise.</w:t>
      </w:r>
    </w:p>
    <w:p>
      <w:r>
        <w:t>Je reste à votre disposition pour échanger sur cette opportunité et vous exposer plus concrètement mon projet professionnel.</w:t>
      </w:r>
    </w:p>
    <w:p>
      <w:r>
        <w:t>Veuillez agréer, Madame, Monsieur, l’expression de mes salutations distinguées.</w:t>
      </w:r>
    </w:p>
    <w:p/>
    <w:p>
      <w:r>
        <w:t>Signature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