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Lettre de motivation – Mobilité interne</w:t>
      </w:r>
    </w:p>
    <w:p/>
    <w:p>
      <w:pPr>
        <w:jc w:val="center"/>
      </w:pPr>
      <w:r>
        <w:t>────────────────────────────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5112"/>
          </w:tcPr>
          <w:p>
            <w:r>
              <w:t>Nom Prénom</w:t>
              <w:br/>
              <w:t>Poste actuel</w:t>
              <w:br/>
              <w:t>Service</w:t>
              <w:br/>
              <w:t>Email | Téléphone</w:t>
            </w:r>
          </w:p>
        </w:tc>
        <w:tc>
          <w:tcPr>
            <w:tcW w:type="dxa" w:w="5112"/>
          </w:tcPr>
          <w:p>
            <w:r>
              <w:t>Entreprise</w:t>
              <w:br/>
              <w:t>Service RH</w:t>
              <w:br/>
              <w:t>Ville</w:t>
            </w:r>
          </w:p>
        </w:tc>
      </w:tr>
    </w:tbl>
    <w:p/>
    <w:p>
      <w:pPr>
        <w:jc w:val="center"/>
      </w:pPr>
      <w:r>
        <w:rPr>
          <w:i/>
        </w:rPr>
        <w:t>Candidature interne – évolution professionnelle</w:t>
      </w:r>
    </w:p>
    <w:p/>
    <w:p>
      <w:r>
        <w:t>Madame, Monsieur,</w:t>
      </w:r>
    </w:p>
    <w:p>
      <w:r>
        <w:t>Engagé au sein de [service] depuis [X années], j’ai progressivement consolidé une expertise opérationnelle et une compréhension fine des enjeux internes.</w:t>
      </w:r>
    </w:p>
    <w:p>
      <w:r>
        <w:t>Les missions confiées m’ont permis de développer rigueur, autonomie et capacité d’adaptation, tout en contribuant à l’efficacité des activités.</w:t>
      </w:r>
    </w:p>
    <w:p>
      <w:r>
        <w:t>Dans cette continuité, je souhaite aujourd’hui évoluer dans le cadre d’une mobilité interne vers [poste visé], afin d’élargir mon champ d’action et participer davantage aux objectifs de l’entreprise.</w:t>
      </w:r>
    </w:p>
    <w:p>
      <w:r>
        <w:t>Cette démarche s’inscrit dans une logique de progression cohérente, alignée avec les besoins du service et mon projet professionnel.</w:t>
      </w:r>
    </w:p>
    <w:p>
      <w:r>
        <w:t>Je reste à votre disposition pour échanger sur cette opportunité.</w:t>
      </w:r>
    </w:p>
    <w:p/>
    <w:p>
      <w:r>
        <w:t>Cordialement,</w:t>
      </w:r>
    </w:p>
    <w:p>
      <w:r>
        <w:t>Nom Prénom</w:t>
      </w:r>
    </w:p>
    <w:sectPr w:rsidR="00FC693F" w:rsidRPr="0006063C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