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10512"/>
      </w:tblGrid>
      <w:tr>
        <w:tc>
          <w:tcPr>
            <w:tcW w:type="dxa" w:w="10512"/>
            <w:shd w:fill="0F172A"/>
          </w:tcPr>
          <w:p>
            <w:pPr>
              <w:jc w:val="center"/>
            </w:pPr>
            <w:r>
              <w:rPr>
                <w:b/>
                <w:color w:val="FFFFFF"/>
                <w:sz w:val="44"/>
              </w:rPr>
              <w:t>LETTRE DE MOTIVATION</w:t>
              <w:br/>
              <w:t>MUTATION INTERNE</w:t>
            </w:r>
          </w:p>
        </w:tc>
      </w:tr>
    </w:tbl>
    <w:p/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3504"/>
          </w:tcPr>
          <w:p>
            <w:r>
              <w:rPr>
                <w:b/>
              </w:rPr>
              <w:t>Nom Prénom</w:t>
            </w:r>
          </w:p>
        </w:tc>
        <w:tc>
          <w:tcPr>
            <w:tcW w:type="dxa" w:w="3504"/>
          </w:tcPr>
          <w:p>
            <w:r>
              <w:rPr>
                <w:b/>
              </w:rPr>
              <w:t>Poste actuel</w:t>
            </w:r>
          </w:p>
        </w:tc>
        <w:tc>
          <w:tcPr>
            <w:tcW w:type="dxa" w:w="3504"/>
          </w:tcPr>
          <w:p>
            <w:r>
              <w:rPr>
                <w:b/>
              </w:rPr>
              <w:t>Service</w:t>
            </w:r>
          </w:p>
        </w:tc>
      </w:tr>
    </w:tbl>
    <w:p/>
    <w:p>
      <w:pPr>
        <w:jc w:val="center"/>
      </w:pPr>
      <w:r>
        <w:rPr>
          <w:i/>
        </w:rPr>
        <w:t>Demande de mobilité interne – changement de poste / service</w:t>
      </w:r>
    </w:p>
    <w:p/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3312"/>
        <w:gridCol w:w="5328"/>
      </w:tblGrid>
      <w:tr>
        <w:tc>
          <w:tcPr>
            <w:tcW w:type="dxa" w:w="5256"/>
            <w:shd w:fill="F1F5F9"/>
          </w:tcPr>
          <w:p>
            <w:r>
              <w:rPr>
                <w:b/>
              </w:rPr>
              <w:t>PROFIL</w:t>
              <w:br/>
            </w:r>
          </w:p>
          <w:p>
            <w:r>
              <w:t>Ancienneté : [X ans]</w:t>
            </w:r>
          </w:p>
          <w:p>
            <w:r>
              <w:t>Localisation : [Ville]</w:t>
            </w:r>
          </w:p>
          <w:p>
            <w:r>
              <w:rPr>
                <w:b/>
              </w:rPr>
              <w:br/>
              <w:t>COMPÉTENCES</w:t>
              <w:br/>
            </w:r>
          </w:p>
          <w:p>
            <w:r>
              <w:t>• Gestion des priorités</w:t>
            </w:r>
          </w:p>
          <w:p>
            <w:r>
              <w:t>• Coordination interne</w:t>
            </w:r>
          </w:p>
          <w:p>
            <w:r>
              <w:t>• Analyse des प्रक्रédures</w:t>
            </w:r>
          </w:p>
          <w:p>
            <w:r>
              <w:rPr>
                <w:b/>
              </w:rPr>
              <w:br/>
              <w:t>RÉALISATIONS</w:t>
              <w:br/>
            </w:r>
          </w:p>
          <w:p>
            <w:r>
              <w:t>• Amélioration délais</w:t>
            </w:r>
          </w:p>
          <w:p>
            <w:r>
              <w:t>• Optimisation organisation</w:t>
            </w:r>
          </w:p>
          <w:p>
            <w:r>
              <w:t>• Support équipes</w:t>
            </w:r>
          </w:p>
          <w:p>
            <w:r>
              <w:rPr>
                <w:b/>
              </w:rPr>
              <w:br/>
              <w:t>OBJECTIF</w:t>
              <w:br/>
            </w:r>
          </w:p>
          <w:p>
            <w:r>
              <w:t>Évoluer vers [poste/service]</w:t>
            </w:r>
          </w:p>
        </w:tc>
        <w:tc>
          <w:tcPr>
            <w:tcW w:type="dxa" w:w="5256"/>
          </w:tcPr>
          <w:p>
            <w:r>
              <w:rPr>
                <w:b/>
              </w:rPr>
              <w:t>Madame, Monsieur,</w:t>
              <w:br/>
            </w:r>
          </w:p>
          <w:p>
            <w:r>
              <w:t>Actuellement en poste au sein de [service], j’ai développé au fil de mon parcours une compréhension approfondie de l’organisation, de ses प्रक्रédures et de ses enjeux opérationnels.</w:t>
            </w:r>
          </w:p>
          <w:p>
            <w:r>
              <w:t>Les responsabilités exercées m’ont permis de renforcer mes compétences, d’améliorer l’efficacité des activités et de contribuer à la continuité du service.</w:t>
            </w:r>
          </w:p>
          <w:p>
            <w:r>
              <w:t>Dans cette dynamique, je souhaite aujourd’hui m’inscrire dans une évolution interne en rejoignant [poste/service visé], afin de mobiliser pleinement mon expérience dans un périmètre élargi.</w:t>
            </w:r>
          </w:p>
          <w:p>
            <w:r>
              <w:t>Cette demande de mutation interne s’inscrit dans une logique de progression cohérente, orientée vers la performance collective et l’adaptation aux besoins de l’organisation.</w:t>
            </w:r>
          </w:p>
          <w:p>
            <w:r>
              <w:t>Je reste disponible pour échanger sur cette opportunité et détailler les contributions que je pourrais apporter.</w:t>
              <w:br/>
              <w:br/>
              <w:t>Cordialement,</w:t>
              <w:br/>
              <w:t>Nom Prénom</w:t>
            </w:r>
          </w:p>
        </w:tc>
      </w:tr>
    </w:tbl>
    <w:sectPr w:rsidR="00FC693F" w:rsidRPr="0006063C" w:rsidSect="00034616">
      <w:pgSz w:w="12240" w:h="15840"/>
      <w:pgMar w:top="720" w:right="864" w:bottom="720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