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  <w:shd w:fill="2C5282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LETTRE DE MOTIVATION</w:t>
              <w:br/>
              <w:t>MUTATION INTERNE</w:t>
              <w:br/>
              <w:t>AGENT ADMINISTRATIF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5112"/>
          </w:tcPr>
          <w:p>
            <w:r>
              <w:t>Nom Prénom</w:t>
              <w:br/>
              <w:t>Agent administratif</w:t>
              <w:br/>
              <w:t>Service actuel</w:t>
              <w:br/>
              <w:t>Email</w:t>
            </w:r>
          </w:p>
        </w:tc>
        <w:tc>
          <w:tcPr>
            <w:tcW w:type="dxa" w:w="5112"/>
          </w:tcPr>
          <w:p>
            <w:r>
              <w:t>Administration</w:t>
              <w:br/>
              <w:t>Service RH</w:t>
              <w:br/>
              <w:t>Ville</w:t>
              <w:br/>
              <w:t>Date</w:t>
            </w:r>
          </w:p>
        </w:tc>
      </w:tr>
    </w:tbl>
    <w:p/>
    <w:p>
      <w:pPr>
        <w:jc w:val="center"/>
      </w:pPr>
      <w:r>
        <w:rPr>
          <w:i/>
        </w:rPr>
        <w:t>Demande de mutation interne – changement d’affectation</w:t>
      </w:r>
    </w:p>
    <w:p/>
    <w:p>
      <w:r>
        <w:t>Madame, Monsieur,</w:t>
      </w:r>
    </w:p>
    <w:p>
      <w:r>
        <w:t>Actuellement agent administratif au sein du service [nom], j’exerce mes fonctions depuis [X années], durant lesquelles j’ai acquis une maîtrise rigoureuse des प्रक्रédures administratives et des outils de gestion.</w:t>
      </w:r>
    </w:p>
    <w:p>
      <w:r>
        <w:t>Dans le cadre de mes missions, j’ai assuré le traitement de dossiers, le suivi des opérations administratives ainsi que la coordination avec différents interlocuteurs, contribuant ainsi à la continuité et à la qualité du service public.</w:t>
      </w:r>
    </w:p>
    <w:p>
      <w:r>
        <w:t>Souhaitant aujourd’hui poursuivre mon évolution professionnelle, je présente ma demande de mutation interne vers le service [nom du service visé], afin de mettre à profit mon expérience dans un environnement différent et d’élargir mes compétences.</w:t>
      </w:r>
    </w:p>
    <w:p>
      <w:r>
        <w:t>Cette démarche s’inscrit dans une volonté de progression cohérente et d’engagement durable au sein de l’administration, en adéquation avec les besoins du service.</w:t>
      </w:r>
    </w:p>
    <w:p>
      <w:r>
        <w:t>Je reste à votre disposition pour tout échange concernant cette demande.</w:t>
        <w:br/>
        <w:br/>
        <w:t>Veuillez agréer, Madame, Monsieur, l’expression de mes salutations distinguées.</w:t>
        <w:br/>
        <w:br/>
        <w:t>Nom Prénom</w:t>
      </w:r>
    </w:p>
    <w:sectPr w:rsidR="00FC693F" w:rsidRPr="0006063C" w:rsidSect="00034616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