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8640"/>
      </w:tblGrid>
      <w:tr>
        <w:tc>
          <w:tcPr>
            <w:tcW w:type="dxa" w:w="8640"/>
            <w:shd w:fill="1F4E79"/>
          </w:tcPr>
          <w:p>
            <w:r>
              <w:rPr>
                <w:b/>
                <w:color w:val="FFFFFF"/>
                <w:sz w:val="32"/>
              </w:rPr>
              <w:t xml:space="preserve"> LETTRE DE MOTIVATION – INFIRMIER(E) EHPAD </w:t>
            </w:r>
          </w:p>
        </w:tc>
      </w:tr>
    </w:tbl>
    <w:p/>
    <w:tbl>
      <w:tblPr>
        <w:tblW w:type="auto" w:w="0"/>
        <w:tblLook w:firstColumn="1" w:firstRow="1" w:lastColumn="0" w:lastRow="0" w:noHBand="0" w:noVBand="1" w:val="04A0"/>
      </w:tblPr>
      <w:tblGrid>
        <w:gridCol w:w="864"/>
        <w:gridCol w:w="8640"/>
      </w:tblGrid>
      <w:tr>
        <w:tc>
          <w:tcPr>
            <w:tcW w:type="dxa" w:w="4320"/>
            <w:shd w:fill="D6E6F2"/>
          </w:tcPr>
          <w:p/>
        </w:tc>
        <w:tc>
          <w:tcPr>
            <w:tcW w:type="dxa" w:w="4320"/>
          </w:tcPr>
          <w:p>
            <w:r>
              <w:rPr>
                <w:b/>
              </w:rPr>
              <w:t>PRÉNOM NOM</w:t>
              <w:br/>
              <w:t>Adresse</w:t>
              <w:br/>
              <w:t>Téléphone | Email</w:t>
            </w:r>
          </w:p>
          <w:p>
            <w:r>
              <w:br/>
              <w:t>Ville, Date</w:t>
            </w:r>
          </w:p>
          <w:p>
            <w:r>
              <w:t>À l’attention de la direction</w:t>
              <w:br/>
              <w:t>Nom de l’EHPAD</w:t>
              <w:br/>
              <w:t>Adresse</w:t>
            </w:r>
          </w:p>
          <w:p>
            <w:r>
              <w:rPr>
                <w:b/>
              </w:rPr>
              <w:br/>
              <w:t>Objet : Candidature – Infirmier(ère) en EHPAD</w:t>
            </w:r>
          </w:p>
          <w:p>
            <w:r>
              <w:br/>
              <w:t>Madame, Monsieur,</w:t>
              <w:br/>
              <w:br/>
              <w:t>Exercer en tant qu’infirmier(ère) en EHPAD implique une organisation rigoureuse, une attention constante aux résidents et une coordination étroite avec les équipes soignantes. Je souhaite aujourd’hui mettre mes compétences au service de votre établissement.</w:t>
              <w:br/>
              <w:br/>
              <w:t>Au cours de mon parcours, j’ai développé des compétences solides dans la réalisation des soins infirmiers, le suivi des traitements, la surveillance de l’état de santé et la gestion des transmissions. Je veille au respect des protocoles d’hygiène et de sécurité afin de garantir la qualité des soins.</w:t>
              <w:br/>
              <w:br/>
              <w:t>Au-delà des aspects techniques, j’accorde une importance particulière à la relation avec les résidents et leurs proches. Une écoute attentive et une présence rassurante participent directement à leur bien-être.</w:t>
              <w:br/>
              <w:br/>
              <w:t>Habitué(e) à travailler en équipe, je collabore efficacement avec les aides-soignants, médecins et personnel encadrant.</w:t>
              <w:br/>
              <w:br/>
              <w:t>Disponible rapidement, je souhaite m’investir pleinement dans les missions confiées.</w:t>
              <w:br/>
              <w:br/>
              <w:t>Je me tiens à votre disposition pour un entretien.</w:t>
              <w:br/>
              <w:br/>
              <w:t>Veuillez agréer, Madame, Monsieur, l’expression de mes salutations distinguées.</w:t>
            </w:r>
          </w:p>
          <w:p>
            <w:r>
              <w:br/>
              <w:t>Signature</w:t>
              <w:br/>
              <w:t>PRÉNOM NOM</w:t>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