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type="auto" w:w="0"/>
        <w:tblLook w:firstColumn="1" w:firstRow="1" w:lastColumn="0" w:lastRow="0" w:noHBand="0" w:noVBand="1" w:val="04A0"/>
      </w:tblPr>
      <w:tblGrid>
        <w:gridCol w:w="8640"/>
      </w:tblGrid>
      <w:tr>
        <w:tc>
          <w:tcPr>
            <w:tcW w:type="dxa" w:w="8640"/>
            <w:shd w:fill="3A7D44"/>
          </w:tcPr>
          <w:p>
            <w:r>
              <w:rPr>
                <w:b/>
                <w:color w:val="FFFFFF"/>
                <w:sz w:val="32"/>
              </w:rPr>
              <w:t xml:space="preserve"> LETTRE DE MOTIVATION – PROFIL DÉBUTANT EHPAD </w:t>
            </w:r>
          </w:p>
        </w:tc>
      </w:tr>
    </w:tbl>
    <w:p/>
    <w:tbl>
      <w:tblPr>
        <w:tblW w:type="auto" w:w="0"/>
        <w:tblLook w:firstColumn="1" w:firstRow="1" w:lastColumn="0" w:lastRow="0" w:noHBand="0" w:noVBand="1" w:val="04A0"/>
      </w:tblPr>
      <w:tblGrid>
        <w:gridCol w:w="720"/>
        <w:gridCol w:w="8640"/>
      </w:tblGrid>
      <w:tr>
        <w:tc>
          <w:tcPr>
            <w:tcW w:type="dxa" w:w="4320"/>
            <w:shd w:fill="A8D5BA"/>
          </w:tcPr>
          <w:p/>
        </w:tc>
        <w:tc>
          <w:tcPr>
            <w:tcW w:type="dxa" w:w="4320"/>
          </w:tcPr>
          <w:p>
            <w:r>
              <w:rPr>
                <w:b/>
              </w:rPr>
              <w:t>PRÉNOM NOM</w:t>
              <w:br/>
              <w:t>Adresse</w:t>
              <w:br/>
              <w:t>Téléphone | Email</w:t>
            </w:r>
          </w:p>
          <w:p>
            <w:r>
              <w:br/>
              <w:t>Ville, Date</w:t>
            </w:r>
          </w:p>
          <w:p>
            <w:r>
              <w:t>À l’attention de la direction</w:t>
              <w:br/>
              <w:t>Nom de l’EHPAD</w:t>
              <w:br/>
              <w:t>Adresse</w:t>
            </w:r>
          </w:p>
          <w:p>
            <w:r>
              <w:rPr>
                <w:b/>
              </w:rPr>
              <w:br/>
              <w:t>Objet : Candidature en EHPAD – Profil débutant</w:t>
            </w:r>
          </w:p>
          <w:p>
            <w:r>
              <w:br/>
              <w:t>Madame, Monsieur,</w:t>
              <w:br/>
              <w:br/>
              <w:t>Souhaitant m’orienter vers le secteur médico-social, je vous adresse ma candidature afin d’intégrer votre établissement. Attiré par le travail auprès des personnes âgées, je souhaite m’investir dans un environnement où la rigueur, l’écoute et le respect sont essentiels.</w:t>
              <w:br/>
              <w:br/>
              <w:t>Bien que débutant, je possède une forte motivation, un sens du service développé et une réelle capacité d’adaptation. Je suis prêt à apprendre les protocoles d’hygiène, à respecter les consignes et à m’intégrer dans une équipe professionnelle.</w:t>
              <w:br/>
              <w:br/>
              <w:t>Je porte une attention particulière au bien-être des résidents, en adoptant une attitude respectueuse, patiente et attentive à leurs besoins.</w:t>
              <w:br/>
              <w:br/>
              <w:t>Disponible immédiatement, je suis déterminé à m’impliquer pleinement dans les missions qui me seront confiées.</w:t>
              <w:br/>
              <w:br/>
              <w:t>Je me tiens à votre disposition pour un entretien.</w:t>
              <w:br/>
              <w:br/>
              <w:t>Veuillez agréer, Madame, Monsieur, l’expression de mes salutations distinguées.</w:t>
            </w:r>
          </w:p>
          <w:p>
            <w:r>
              <w:br/>
              <w:t>Signature</w:t>
              <w:br/>
              <w:t>PRÉNOM NOM</w:t>
            </w:r>
          </w:p>
        </w:tc>
      </w:tr>
    </w:tbl>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