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shd w:fill="0B3D91"/>
          </w:tcPr>
          <w:p>
            <w:pPr>
              <w:jc w:val="center"/>
            </w:pPr>
            <w:r>
              <w:rPr>
                <w:b/>
                <w:color w:val="FFFFFF"/>
                <w:sz w:val="48"/>
              </w:rPr>
              <w:t>Lettre de motivation</w:t>
              <w:br/>
              <w:t>Changement de poste interne</w:t>
            </w:r>
          </w:p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5256"/>
            <w:shd w:fill="EEF3FB"/>
          </w:tcPr>
          <w:p>
            <w:r>
              <w:t>Nom Prénom</w:t>
              <w:br/>
              <w:t>Poste actuel</w:t>
              <w:br/>
              <w:t>Service</w:t>
              <w:br/>
              <w:t>Email</w:t>
            </w:r>
          </w:p>
        </w:tc>
        <w:tc>
          <w:tcPr>
            <w:tcW w:type="dxa" w:w="5256"/>
            <w:shd w:fill="EEF3FB"/>
          </w:tcPr>
          <w:p>
            <w:r>
              <w:t>Entreprise</w:t>
              <w:br/>
              <w:t>Service RH</w:t>
              <w:br/>
              <w:t>Ville</w:t>
              <w:br/>
              <w:t>Date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shd w:fill="FACC15"/>
          </w:tcPr>
          <w:p>
            <w:r>
              <w:rPr>
                <w:b/>
              </w:rPr>
              <w:t>Candidature interne – évolution vers un nouveau poste</w:t>
            </w:r>
          </w:p>
        </w:tc>
      </w:tr>
    </w:tbl>
    <w:p/>
    <w:p>
      <w:r>
        <w:t>Madame, Monsieur,</w:t>
      </w:r>
    </w:p>
    <w:p>
      <w:r>
        <w:t>Actuellement en poste en tant que [poste actuel], j’ai acquis au sein de [service] une expérience solide me permettant de comprendre les enjeux opérationnels et organisationnels.</w:t>
      </w:r>
    </w:p>
    <w:p>
      <w:r>
        <w:t>Les missions qui m’ont été confiées m’ont permis de développer rigueur, autonomie et capacité d’adaptation, tout en contribuant à la performance du service.</w:t>
      </w:r>
    </w:p>
    <w:p>
      <w:r>
        <w:t>Dans cette dynamique, je souhaite évoluer vers le poste de [poste visé], afin de mobiliser pleinement mes compétences dans un cadre élargi et participer activement aux objectifs de l’entreprise.</w:t>
      </w:r>
    </w:p>
    <w:p>
      <w:r>
        <w:t>Cette évolution s’inscrit dans une logique de continuité, en cohérence avec mon parcours et les besoins internes.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shd w:fill="0F172A"/>
          </w:tcPr>
          <w:p>
            <w:pPr>
              <w:jc w:val="center"/>
            </w:pPr>
            <w:r>
              <w:rPr>
                <w:b/>
                <w:color w:val="FFFFFF"/>
              </w:rPr>
              <w:t>Nom Prénom</w:t>
            </w:r>
          </w:p>
        </w:tc>
      </w:tr>
    </w:tbl>
    <w:sectPr w:rsidR="00FC693F" w:rsidRPr="0006063C" w:rsidSect="00034616">
      <w:pgSz w:w="12240" w:h="15840"/>
      <w:pgMar w:top="720" w:right="864" w:bottom="72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