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2F5D62"/>
          </w:tcPr>
          <w:p>
            <w:r>
              <w:rPr>
                <w:b/>
                <w:color w:val="FFFFFF"/>
                <w:sz w:val="32"/>
              </w:rPr>
              <w:t xml:space="preserve"> LETTRE DE MOTIVATION – AGENT DE SERVICE HOSPITALIER (ASH)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720"/>
        <w:gridCol w:w="8640"/>
      </w:tblGrid>
      <w:tr>
        <w:tc>
          <w:tcPr>
            <w:tcW w:type="dxa" w:w="4320"/>
            <w:shd w:fill="F4C7AB"/>
          </w:tcPr>
          <w:p/>
        </w:tc>
        <w:tc>
          <w:tcPr>
            <w:tcW w:type="dxa" w:w="4320"/>
          </w:tcPr>
          <w:p>
            <w:r>
              <w:rPr>
                <w:b/>
              </w:rPr>
              <w:t>PRÉNOM NOM</w:t>
              <w:br/>
              <w:t>Adresse</w:t>
              <w:br/>
              <w:t>Téléphone | Email</w:t>
            </w:r>
          </w:p>
          <w:p>
            <w:r>
              <w:br/>
              <w:t>Ville, Date</w:t>
            </w:r>
          </w:p>
          <w:p>
            <w:r>
              <w:t>À l’attention de la direction</w:t>
              <w:br/>
              <w:t>Nom de l’EHPAD</w:t>
              <w:br/>
              <w:t>Adresse</w:t>
            </w:r>
          </w:p>
          <w:p>
            <w:r>
              <w:rPr>
                <w:b/>
              </w:rPr>
              <w:br/>
              <w:t>Objet : Candidature Agent de Service Hospitalier</w:t>
            </w:r>
          </w:p>
          <w:p>
            <w:r>
              <w:br/>
              <w:t>Madame, Monsieur,</w:t>
              <w:br/>
              <w:br/>
              <w:t>Travailler au sein d’un EHPAD implique rigueur, organisation et respect des protocoles d’hygiène et de sécurité. Je souhaite aujourd’hui mettre ces compétences au service de votre établissement.</w:t>
              <w:br/>
              <w:br/>
              <w:t>Habitué à l’entretien des locaux et à la désinfection, je veille à maintenir un environnement propre, sécurisé et adapté aux résidents.</w:t>
              <w:br/>
              <w:br/>
              <w:t>Mon sens du travail en équipe et ma discrétion me permettent de m’intégrer efficacement dans un cadre professionnel exigeant.</w:t>
              <w:br/>
              <w:br/>
              <w:t>Disponible immédiatement, je suis prêt à m’investir pleinement dans les missions confiées.</w:t>
              <w:br/>
              <w:br/>
              <w:t>Veuillez agréer, Madame, Monsieur, l’expression de mes salutations distinguées.</w:t>
            </w:r>
          </w:p>
          <w:p>
            <w:r>
              <w:br/>
              <w:t>Signature</w:t>
              <w:br/>
              <w:t>PRÉNOM NOM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