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HOME CARE ASSISTANT COVER LETTER</w:t>
        <w:br/>
        <w:br/>
        <w:t>Your Name</w:t>
        <w:br/>
        <w:t>Your Address</w:t>
        <w:br/>
        <w:t>Phone | Email</w:t>
        <w:br/>
        <w:br/>
        <w:t>Date</w:t>
        <w:br/>
        <w:br/>
        <w:t>Hiring Manager</w:t>
        <w:br/>
        <w:t>Organisation Name</w:t>
        <w:br/>
        <w:br/>
        <w:t>Subject: Home Care Assistant role</w:t>
        <w:br/>
        <w:br/>
        <w:t>Dear Hiring Manager,</w:t>
        <w:br/>
        <w:br/>
        <w:t>I’m applying for the Home Care Assistant role you’ve advertised.</w:t>
        <w:br/>
        <w:br/>
        <w:t>To be honest, what draws me to this kind of work is quite simple. I like being useful, and I like knowing that what I do actually helps someone get through their day a bit more easily.</w:t>
        <w:br/>
        <w:br/>
        <w:t>I understand that this job isn’t just about tasks. It’s about being someone people can rely on — turning up when you say you will, doing things properly, and not cutting corners. I take that seriously.</w:t>
        <w:br/>
        <w:br/>
        <w:t>I’m comfortable helping with personal care and everyday routines. I don’t mind the hands-on side of the job, and I’m used to keeping things clean and organised. But more than that, I try to pay attention to the person themselves — how they’re feeling, what they prefer, how they like things done.</w:t>
        <w:br/>
        <w:br/>
        <w:t>Sometimes it’s just about being calm and not rushing things. Other times it’s noticing when something feels a bit different and making sure it’s passed on. Those small things matter.</w:t>
        <w:br/>
        <w:br/>
        <w:t>I’m used to working on my own, but I know this kind of work still depends on good communication with the team. Everyone needs to be in sync so the person being supported gets consistent care.</w:t>
        <w:br/>
        <w:br/>
        <w:t>I’m not looking for something temporary. I’d like to be part of a place where the work is taken seriously and done properly. That’s why I’m applying to you.</w:t>
        <w:br/>
        <w:br/>
        <w:t>If you think I could be a good fit, I’d be happy to come in and have a chat.</w:t>
        <w:br/>
        <w:br/>
        <w:t>Thank you for reading.</w:t>
        <w:br/>
        <w:br/>
        <w:t>Yours sincerely,</w:t>
        <w:br/>
        <w:br/>
        <w:t>Your Name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