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005EB8"/>
          </w:tcPr>
          <w:p>
            <w:r>
              <w:rPr>
                <w:b/>
                <w:color w:val="FFFFFF"/>
                <w:sz w:val="32"/>
              </w:rPr>
              <w:t xml:space="preserve"> HOME CARE ASSISTANT – COVER LETTER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720"/>
        <w:gridCol w:w="8640"/>
      </w:tblGrid>
      <w:tr>
        <w:tc>
          <w:tcPr>
            <w:tcW w:type="dxa" w:w="4320"/>
            <w:shd w:fill="E6F0FA"/>
          </w:tcPr>
          <w:p/>
        </w:tc>
        <w:tc>
          <w:tcPr>
            <w:tcW w:type="dxa" w:w="4320"/>
          </w:tcPr>
          <w:p>
            <w:r>
              <w:rPr>
                <w:b/>
              </w:rPr>
              <w:t>YOUR NAME</w:t>
              <w:br/>
              <w:t>Your Address</w:t>
              <w:br/>
              <w:t>Phone | Email</w:t>
            </w:r>
          </w:p>
          <w:p>
            <w:r>
              <w:br/>
              <w:t>Date</w:t>
            </w:r>
          </w:p>
          <w:p>
            <w:r>
              <w:t>Hiring Manager</w:t>
              <w:br/>
              <w:t>Organisation Name</w:t>
              <w:br/>
              <w:t>Address</w:t>
            </w:r>
          </w:p>
          <w:p>
            <w:r>
              <w:rPr>
                <w:b/>
              </w:rPr>
              <w:br/>
              <w:t>Subject: Application for Home Care Assistant Position</w:t>
            </w:r>
          </w:p>
          <w:p>
            <w:r>
              <w:br/>
              <w:t>Dear Hiring Manager,</w:t>
              <w:br/>
              <w:br/>
              <w:t>Providing reliable, compassionate support in a client’s home requires patience, attention to detail, and a strong sense of responsibility. I am writing to apply for the Home Care Assistant position within your organisation.</w:t>
              <w:br/>
              <w:br/>
              <w:t>I am committed to supporting individuals with personal care, daily living activities, and mobility, while maintaining dignity and independence. I understand the importance of following care plans, maintaining a safe environment, and communicating effectively with clients, families, and healthcare professionals.</w:t>
              <w:br/>
              <w:br/>
              <w:t>My approach combines practical support with a respectful, person-centred attitude. I am attentive, organised, and able to adapt to each individual’s needs. I am comfortable working independently while remaining aligned with the wider care team.</w:t>
              <w:br/>
              <w:br/>
              <w:t>I would welcome the opportunity to contribute to your service and support your clients in maintaining their quality of life.</w:t>
              <w:br/>
              <w:br/>
              <w:t>Thank you for your time and consideration. I look forward to hearing from you.</w:t>
              <w:br/>
              <w:br/>
              <w:t>Yours sincerely,</w:t>
              <w:br/>
              <w:br/>
              <w:t>YOUR NAME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