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8"/>
        </w:rPr>
        <w:t>NHS Cover Letter</w:t>
      </w:r>
    </w:p>
    <w:p>
      <w:pPr>
        <w:jc w:val="center"/>
      </w:pPr>
      <w:r>
        <w:rPr>
          <w:i/>
          <w:sz w:val="22"/>
        </w:rPr>
        <w:t>Humanised Healthcare Cover Letter Example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  <w:shd w:fill="003366"/>
          </w:tcPr>
          <w:p>
            <w:r>
              <w:rPr>
                <w:b/>
                <w:color w:val="FFFFFF"/>
              </w:rPr>
              <w:t>Full Name</w:t>
            </w:r>
          </w:p>
        </w:tc>
        <w:tc>
          <w:tcPr>
            <w:tcW w:type="dxa" w:w="5112"/>
          </w:tcPr>
          <w:p>
            <w:r>
              <w:rPr>
                <w:sz w:val="20"/>
              </w:rPr>
              <w:t>[Your Name]</w:t>
            </w:r>
          </w:p>
        </w:tc>
      </w:tr>
      <w:tr>
        <w:tc>
          <w:tcPr>
            <w:tcW w:type="dxa" w:w="5112"/>
            <w:shd w:fill="003366"/>
          </w:tcPr>
          <w:p>
            <w:r>
              <w:rPr>
                <w:b/>
                <w:color w:val="FFFFFF"/>
              </w:rPr>
              <w:t>Phone</w:t>
            </w:r>
          </w:p>
        </w:tc>
        <w:tc>
          <w:tcPr>
            <w:tcW w:type="dxa" w:w="5112"/>
          </w:tcPr>
          <w:p>
            <w:r>
              <w:rPr>
                <w:sz w:val="20"/>
              </w:rPr>
              <w:t>[Your Phone Number]</w:t>
            </w:r>
          </w:p>
        </w:tc>
      </w:tr>
      <w:tr>
        <w:tc>
          <w:tcPr>
            <w:tcW w:type="dxa" w:w="5112"/>
            <w:shd w:fill="003366"/>
          </w:tcPr>
          <w:p>
            <w:r>
              <w:rPr>
                <w:b/>
                <w:color w:val="FFFFFF"/>
              </w:rPr>
              <w:t>Email</w:t>
            </w:r>
          </w:p>
        </w:tc>
        <w:tc>
          <w:tcPr>
            <w:tcW w:type="dxa" w:w="5112"/>
          </w:tcPr>
          <w:p>
            <w:r>
              <w:rPr>
                <w:sz w:val="20"/>
              </w:rPr>
              <w:t>[Your Email Address]</w:t>
            </w:r>
          </w:p>
        </w:tc>
      </w:tr>
      <w:tr>
        <w:tc>
          <w:tcPr>
            <w:tcW w:type="dxa" w:w="5112"/>
            <w:shd w:fill="003366"/>
          </w:tcPr>
          <w:p>
            <w:r>
              <w:rPr>
                <w:b/>
                <w:color w:val="FFFFFF"/>
              </w:rPr>
              <w:t>Position</w:t>
            </w:r>
          </w:p>
        </w:tc>
        <w:tc>
          <w:tcPr>
            <w:tcW w:type="dxa" w:w="5112"/>
          </w:tcPr>
          <w:p>
            <w:r>
              <w:rPr>
                <w:sz w:val="20"/>
              </w:rPr>
              <w:t>[Healthcare Assistant / NHS Role]</w:t>
            </w:r>
          </w:p>
        </w:tc>
      </w:tr>
    </w:tbl>
    <w:p/>
    <w:p>
      <w:r>
        <w:rPr>
          <w:b/>
          <w:color w:val="006699"/>
          <w:sz w:val="32"/>
        </w:rPr>
        <w:t>Cover Letter</w:t>
      </w:r>
    </w:p>
    <w:p>
      <w:r>
        <w:rPr>
          <w:sz w:val="22"/>
        </w:rPr>
        <w:br/>
        <w:t>Dear Hiring Manager,</w:t>
        <w:br/>
        <w:br/>
        <w:t>I would like to apply for this position within your organisation.</w:t>
        <w:br/>
        <w:br/>
        <w:t>I have worked in care environments where I helped patients with everyday support and assistance. Over time, I realised that healthcare is not only about doing tasks correctly. People also need patience, respect, and sometimes simply someone who speaks to them calmly when they feel worried or uncomfortable.</w:t>
        <w:br/>
        <w:br/>
        <w:t>One thing I appreciated in previous roles was the contact with patients. Every person reacts differently, so I learned to adapt depending on the situation. Some patients wanted reassurance, others simply needed someone willing to listen for a moment. These small interactions taught me a lot about responsibility and human connection in healthcare work.</w:t>
        <w:br/>
        <w:br/>
        <w:t>I am also comfortable working as part of a team. In busy environments, everybody depends on each other, especially during difficult shifts. I always try to stay reliable, polite, and helpful with both colleagues and patients.</w:t>
        <w:br/>
        <w:br/>
        <w:t>What interests me about your organisation is the importance placed on quality care and respect for patients. I would be happy to continue learning and gaining experience in that kind of environment.</w:t>
        <w:br/>
        <w:br/>
        <w:t>Thank you for taking the time to read my application. I would welcome the opportunity to discuss my application further.</w:t>
        <w:br/>
        <w:br/>
        <w:t>Yours faithfully,</w:t>
        <w:br/>
        <w:br/>
        <w:t>[Your Name]</w:t>
        <w:br/>
      </w:r>
    </w:p>
    <w:p/>
    <w:p>
      <w:r>
        <w:rPr>
          <w:b/>
          <w:color w:val="006699"/>
          <w:sz w:val="28"/>
        </w:rPr>
        <w:t>Quick Tips</w:t>
      </w:r>
    </w:p>
    <w:p>
      <w:pPr>
        <w:pStyle w:val="ListBullet"/>
      </w:pPr>
      <w:r>
        <w:rPr>
          <w:sz w:val="21"/>
        </w:rPr>
        <w:t>Keep the tone natural and professional.</w:t>
      </w:r>
    </w:p>
    <w:p>
      <w:pPr>
        <w:pStyle w:val="ListBullet"/>
      </w:pPr>
      <w:r>
        <w:rPr>
          <w:sz w:val="21"/>
        </w:rPr>
        <w:t>Avoid complicated vocabulary.</w:t>
      </w:r>
    </w:p>
    <w:p>
      <w:pPr>
        <w:pStyle w:val="ListBullet"/>
      </w:pPr>
      <w:r>
        <w:rPr>
          <w:sz w:val="21"/>
        </w:rPr>
        <w:t>Mention real patient interaction when possible.</w:t>
      </w:r>
    </w:p>
    <w:p>
      <w:pPr>
        <w:pStyle w:val="ListBullet"/>
      </w:pPr>
      <w:r>
        <w:rPr>
          <w:sz w:val="21"/>
        </w:rPr>
        <w:t>Use short and clear sentences.</w:t>
      </w:r>
    </w:p>
    <w:p>
      <w:pPr>
        <w:pStyle w:val="ListBullet"/>
      </w:pPr>
      <w:r>
        <w:rPr>
          <w:sz w:val="21"/>
        </w:rPr>
        <w:t>Adapt the letter to the NHS role.</w:t>
      </w:r>
    </w:p>
    <w:p>
      <w:pPr>
        <w:jc w:val="center"/>
      </w:pPr>
      <w:r>
        <w:rPr>
          <w:i/>
          <w:color w:val="646464"/>
          <w:sz w:val="18"/>
        </w:rPr>
        <w:t>Editable NHS Healthcare Cover Letter Template</w:t>
      </w:r>
    </w:p>
    <w:sectPr w:rsidR="00FC693F" w:rsidRPr="0006063C" w:rsidSect="00034616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