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C3868"/>
          <w:sz w:val="48"/>
        </w:rPr>
        <w:t>Healthcare Assistant Cover Letter</w:t>
      </w:r>
    </w:p>
    <w:p>
      <w:pPr>
        <w:jc w:val="center"/>
      </w:pPr>
      <w:r>
        <w:rPr>
          <w:i/>
          <w:color w:val="5A5A5A"/>
          <w:sz w:val="22"/>
        </w:rPr>
        <w:t>Professional Word Template</w:t>
      </w:r>
    </w:p>
    <w:p>
      <w:pPr>
        <w:jc w:val="center"/>
      </w:pPr>
      <w:r>
        <w:rPr>
          <w:color w:val="B48C3C"/>
        </w:rPr>
        <w:t>━━━━━━━━━━━━━━━━━━━━━━━━━━━━━━━━━━━━</w:t>
      </w:r>
    </w:p>
    <w:tbl>
      <w:tblPr>
        <w:tblStyle w:val="TableGrid"/>
        <w:tblW w:type="auto" w:w="0"/>
        <w:tblLook w:firstColumn="1" w:firstRow="1" w:lastColumn="0" w:lastRow="0" w:noHBand="0" w:noVBand="1" w:val="04A0"/>
      </w:tblPr>
      <w:tblGrid>
        <w:gridCol w:w="4968"/>
        <w:gridCol w:w="4968"/>
      </w:tblGrid>
      <w:tr>
        <w:tc>
          <w:tcPr>
            <w:tcW w:type="dxa" w:w="4968"/>
            <w:shd w:fill="0C3868"/>
          </w:tcPr>
          <w:p>
            <w:r>
              <w:rPr>
                <w:b/>
                <w:color w:val="FFFFFF"/>
              </w:rPr>
              <w:t>Full Name</w:t>
            </w:r>
          </w:p>
        </w:tc>
        <w:tc>
          <w:tcPr>
            <w:tcW w:type="dxa" w:w="4968"/>
          </w:tcPr>
          <w:p>
            <w:r>
              <w:t>[Your Name]</w:t>
            </w:r>
          </w:p>
        </w:tc>
      </w:tr>
      <w:tr>
        <w:tc>
          <w:tcPr>
            <w:tcW w:type="dxa" w:w="4968"/>
            <w:shd w:fill="0C3868"/>
          </w:tcPr>
          <w:p>
            <w:r>
              <w:rPr>
                <w:b/>
                <w:color w:val="FFFFFF"/>
              </w:rPr>
              <w:t>Contact Information</w:t>
            </w:r>
          </w:p>
        </w:tc>
        <w:tc>
          <w:tcPr>
            <w:tcW w:type="dxa" w:w="4968"/>
          </w:tcPr>
          <w:p>
            <w:r>
              <w:t>[Phone] | [Email] | [City]</w:t>
            </w:r>
          </w:p>
        </w:tc>
      </w:tr>
    </w:tbl>
    <w:p/>
    <w:p>
      <w:r>
        <w:rPr>
          <w:rFonts w:ascii="Calibri" w:hAnsi="Calibri"/>
          <w:sz w:val="22"/>
        </w:rPr>
        <w:br/>
        <w:t>Dear Hiring Manager,</w:t>
        <w:br/>
        <w:br/>
        <w:t>I am writing to express my interest in the Healthcare Assistant position within your organisation. With a genuine interest in patient wellbeing and previous experience supporting individuals in care environments, I would welcome the opportunity to contribute positively to your team.</w:t>
        <w:br/>
        <w:br/>
        <w:t>Working in healthcare has shown me how important patience, teamwork, and communication can become in everyday situations. Some shifts are calm, while others may become physically or emotionally demanding very quickly. In those moments, I always try to remain supportive, attentive, and dependable both for patients and colleagues.</w:t>
        <w:br/>
        <w:br/>
        <w:t>During my previous experience, I assisted patients with daily activities, mobility support, hygiene care, meal assistance, and maintaining a clean and safe environment. I also learned how meaningful small gestures can be in healthcare settings. Sometimes patients simply need somebody willing to listen, offer reassurance, or help them feel more comfortable during difficult moments.</w:t>
        <w:br/>
        <w:br/>
        <w:t>I particularly appreciate healthcare environments where staff members work together naturally and where patients are treated with kindness, dignity, and respect. I would genuinely value the opportunity to continue learning and developing my experience within such an organisation.</w:t>
        <w:br/>
        <w:br/>
        <w:t>Thank you for taking the time to consider my application. I would be pleased to discuss my experience and motivation further during an interview.</w:t>
        <w:br/>
        <w:br/>
        <w:t>Yours faithfully,</w:t>
        <w:br/>
        <w:br/>
        <w:t>[Your Name]</w:t>
        <w:br/>
      </w:r>
    </w:p>
    <w:tbl>
      <w:tblPr>
        <w:tblW w:type="auto" w:w="0"/>
        <w:tblLook w:firstColumn="1" w:firstRow="1" w:lastColumn="0" w:lastRow="0" w:noHBand="0" w:noVBand="1" w:val="04A0"/>
      </w:tblPr>
      <w:tblGrid>
        <w:gridCol w:w="9936"/>
      </w:tblGrid>
      <w:tr>
        <w:tc>
          <w:tcPr>
            <w:tcW w:type="dxa" w:w="9936"/>
            <w:shd w:fill="F4E8D2"/>
          </w:tcPr>
          <w:p>
            <w:r>
              <w:rPr>
                <w:b/>
                <w:color w:val="5A3C14"/>
                <w:sz w:val="20"/>
              </w:rPr>
              <w:t>Tip: Personalise the letter with real experiences, small details, and natural language to make the application feel authentic.</w:t>
            </w:r>
          </w:p>
        </w:tc>
      </w:tr>
    </w:tbl>
    <w:sectPr w:rsidR="00FC693F" w:rsidRPr="0006063C" w:rsidSect="00034616">
      <w:footerReference w:type="default" r:id="rId9"/>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Healthcare Assistant Cover Letter Template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