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tblLook w:firstColumn="1" w:firstRow="1" w:lastColumn="0" w:lastRow="0" w:noHBand="0" w:noVBand="1" w:val="04A0"/>
      </w:tblPr>
      <w:tblGrid>
        <w:gridCol w:w="10224"/>
      </w:tblGrid>
      <w:tr>
        <w:tc>
          <w:tcPr>
            <w:tcW w:type="dxa" w:w="10224"/>
            <w:shd w:fill="163A5F"/>
          </w:tcPr>
          <w:p>
            <w:pPr>
              <w:jc w:val="center"/>
            </w:pPr>
            <w:r>
              <w:rPr>
                <w:b/>
                <w:color w:val="FFFFFF"/>
                <w:sz w:val="56"/>
              </w:rPr>
              <w:t>HEALTHCARE ASSISTANT</w:t>
              <w:br/>
            </w:r>
            <w:r>
              <w:rPr>
                <w:i/>
                <w:color w:val="E6E6E6"/>
                <w:sz w:val="24"/>
              </w:rPr>
              <w:t>Professional Cover Letter Template</w:t>
            </w:r>
          </w:p>
        </w:tc>
      </w:tr>
    </w:tbl>
    <w:p/>
    <w:tbl>
      <w:tblPr>
        <w:tblStyle w:val="TableGrid"/>
        <w:tblW w:type="auto" w:w="0"/>
        <w:tblLook w:firstColumn="1" w:firstRow="1" w:lastColumn="0" w:lastRow="0" w:noHBand="0" w:noVBand="1" w:val="04A0"/>
      </w:tblPr>
      <w:tblGrid>
        <w:gridCol w:w="5112"/>
        <w:gridCol w:w="5112"/>
      </w:tblGrid>
      <w:tr>
        <w:tc>
          <w:tcPr>
            <w:tcW w:type="dxa" w:w="5112"/>
            <w:shd w:fill="D9EAF7"/>
          </w:tcPr>
          <w:p>
            <w:r>
              <w:rPr>
                <w:b/>
                <w:color w:val="142846"/>
              </w:rPr>
              <w:t>Candidate Name</w:t>
            </w:r>
          </w:p>
        </w:tc>
        <w:tc>
          <w:tcPr>
            <w:tcW w:type="dxa" w:w="5112"/>
          </w:tcPr>
          <w:p>
            <w:r>
              <w:t>[Your Full Name]</w:t>
            </w:r>
          </w:p>
        </w:tc>
      </w:tr>
      <w:tr>
        <w:tc>
          <w:tcPr>
            <w:tcW w:type="dxa" w:w="5112"/>
            <w:shd w:fill="D9EAF7"/>
          </w:tcPr>
          <w:p>
            <w:r>
              <w:rPr>
                <w:b/>
                <w:color w:val="142846"/>
              </w:rPr>
              <w:t>Contact Details</w:t>
            </w:r>
          </w:p>
        </w:tc>
        <w:tc>
          <w:tcPr>
            <w:tcW w:type="dxa" w:w="5112"/>
          </w:tcPr>
          <w:p>
            <w:r>
              <w:t>[Phone] • [Email] • [Location]</w:t>
            </w:r>
          </w:p>
        </w:tc>
      </w:tr>
    </w:tbl>
    <w:p/>
    <w:p>
      <w:pPr>
        <w:jc w:val="center"/>
      </w:pPr>
      <w:r>
        <w:rPr>
          <w:i/>
          <w:color w:val="785A28"/>
          <w:sz w:val="26"/>
        </w:rPr>
        <w:t>“Compassion in healthcare often begins with the smallest gestures.”</w:t>
      </w:r>
    </w:p>
    <w:p/>
    <w:p>
      <w:r>
        <w:rPr>
          <w:rFonts w:ascii="Calibri" w:hAnsi="Calibri"/>
          <w:sz w:val="22"/>
        </w:rPr>
        <w:br/>
        <w:t>Dear Hiring Manager,</w:t>
        <w:br/>
        <w:br/>
        <w:t>I would like to apply for the Healthcare Assistant position within your organisation. With previous experience supporting individuals in healthcare environments and a genuine interest in patient wellbeing, I would welcome the opportunity to contribute positively to your team.</w:t>
        <w:br/>
        <w:br/>
        <w:t>What I appreciate most about healthcare work is the human side of the profession. Every patient experiences situations differently, and I have learned that patience, kindness, and reassurance can sometimes matter just as much as practical assistance. I always try to approach people respectfully and help create an environment where patients feel comfortable and supported.</w:t>
        <w:br/>
        <w:br/>
        <w:t>During my previous experience, I assisted patients with mobility support, hygiene care, meal assistance, preparing safe care environments, and helping staff with routine daily responsibilities. Working in these settings also strengthened my ability to remain calm and organised during busy shifts while continuing to provide attentive support to patients.</w:t>
        <w:br/>
        <w:br/>
        <w:t>I particularly value healthcare environments where teamwork and communication come naturally between staff members. Being able to rely on colleagues and support one another plays an important role in maintaining quality patient care, especially during demanding situations.</w:t>
        <w:br/>
        <w:br/>
        <w:t>Your organisation especially interests me because of the importance placed on dignity, compassion, and professional care standards. I would genuinely appreciate the opportunity to continue learning and developing my experience within such an environment.</w:t>
        <w:br/>
        <w:br/>
        <w:t>Thank you very much for considering my application. I would be pleased to discuss my experience and motivation further during an interview.</w:t>
        <w:br/>
        <w:br/>
        <w:t>Yours faithfully,</w:t>
        <w:br/>
        <w:br/>
        <w:t>[Your Name]</w:t>
        <w:br/>
      </w:r>
    </w:p>
    <w:p/>
    <w:p>
      <w:r>
        <w:rPr>
          <w:b/>
          <w:color w:val="163A5F"/>
          <w:sz w:val="28"/>
        </w:rPr>
        <w:t>Core Qualities</w:t>
      </w:r>
    </w:p>
    <w:p>
      <w:r>
        <w:rPr>
          <w:sz w:val="22"/>
        </w:rPr>
        <w:t>• Professional communication</w:t>
      </w:r>
    </w:p>
    <w:p>
      <w:r>
        <w:rPr>
          <w:sz w:val="22"/>
        </w:rPr>
        <w:t>• Patient support and empathy</w:t>
      </w:r>
    </w:p>
    <w:p>
      <w:r>
        <w:rPr>
          <w:sz w:val="22"/>
        </w:rPr>
        <w:t>• Team collaboration</w:t>
      </w:r>
    </w:p>
    <w:p>
      <w:r>
        <w:rPr>
          <w:sz w:val="22"/>
        </w:rPr>
        <w:t>• Adaptability during busy shifts</w:t>
      </w:r>
    </w:p>
    <w:p>
      <w:r>
        <w:rPr>
          <w:sz w:val="22"/>
        </w:rPr>
        <w:t>• Respect for patient dignity</w:t>
      </w:r>
    </w:p>
    <w:sectPr w:rsidR="00FC693F" w:rsidRPr="0006063C" w:rsidSect="00034616">
      <w:footerReference w:type="default" r:id="rId9"/>
      <w:pgSz w:w="12240" w:h="15840"/>
      <w:pgMar w:top="576"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787878"/>
        <w:sz w:val="18"/>
      </w:rPr>
      <w:t>Premium Healthcare Cover Letter Design</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