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f172a"/>
            <w:tcMar>
              <w:top w:w="240" w:type="dxa"/>
              <w:start w:w="240" w:type="dxa"/>
              <w:bottom w:w="240" w:type="dxa"/>
              <w:end w:w="240" w:type="dxa"/>
            </w:tcMar>
          </w:tcPr>
          <w:p>
            <w:r>
              <w:rPr>
                <w:b/>
                <w:color w:val="FFFFFF"/>
                <w:sz w:val="36"/>
              </w:rPr>
              <w:t>COMPANY NAME</w:t>
            </w:r>
          </w:p>
          <w:p>
            <w:r>
              <w:t>Company Profile</w:t>
            </w:r>
          </w:p>
        </w:tc>
        <w:tc>
          <w:tcPr>
            <w:tcW w:type="dxa" w:w="4320"/>
            <w:shd w:fill="0f172a"/>
            <w:tcMar>
              <w:top w:w="240" w:type="dxa"/>
              <w:start w:w="240" w:type="dxa"/>
              <w:bottom w:w="240" w:type="dxa"/>
              <w:end w:w="240" w:type="dxa"/>
            </w:tcMar>
          </w:tcPr>
          <w:p>
            <w:pPr>
              <w:jc w:val="right"/>
            </w:pPr>
            <w:r>
              <w:rPr>
                <w:color w:val="FFCC00"/>
                <w:sz w:val="20"/>
              </w:rPr>
              <w:t>Industry • Tagline • Location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111b2f"/>
          </w:tcPr>
          <w:p>
            <w:r>
              <w:rPr>
                <w:b/>
              </w:rPr>
              <w:t>Overview</w:t>
            </w:r>
          </w:p>
          <w:p>
            <w:r>
              <w:t>__________________________________________</w:t>
            </w:r>
          </w:p>
          <w:p>
            <w:r>
              <w:t>__________________________________________</w:t>
            </w:r>
          </w:p>
        </w:tc>
        <w:tc>
          <w:tcPr>
            <w:tcW w:type="dxa" w:w="4320"/>
            <w:shd w:fill="111b2f"/>
          </w:tcPr>
          <w:p>
            <w:r>
              <w:rPr>
                <w:b/>
              </w:rPr>
              <w:t>Value Proposition</w:t>
            </w:r>
          </w:p>
          <w:p>
            <w:r>
              <w:t>__________________________________________</w:t>
            </w:r>
          </w:p>
          <w:p>
            <w:r>
              <w:t>__________________________________________</w:t>
            </w:r>
          </w:p>
        </w:tc>
      </w:tr>
      <w:tr>
        <w:tc>
          <w:tcPr>
            <w:tcW w:type="dxa" w:w="4320"/>
            <w:shd w:fill="111b2f"/>
          </w:tcPr>
          <w:p>
            <w:r>
              <w:rPr>
                <w:b/>
              </w:rPr>
              <w:t>Services</w:t>
            </w:r>
          </w:p>
          <w:p>
            <w:r>
              <w:t>Service 1: __________________________</w:t>
            </w:r>
          </w:p>
          <w:p>
            <w:r>
              <w:t>Service 2: __________________________</w:t>
            </w:r>
          </w:p>
          <w:p>
            <w:r>
              <w:t>Service 3: __________________________</w:t>
            </w:r>
          </w:p>
          <w:p>
            <w:r>
              <w:t>Service 4: __________________________</w:t>
            </w:r>
          </w:p>
        </w:tc>
        <w:tc>
          <w:tcPr>
            <w:tcW w:type="dxa" w:w="4320"/>
            <w:shd w:fill="111b2f"/>
          </w:tcPr>
          <w:p>
            <w:r>
              <w:rPr>
                <w:b/>
              </w:rPr>
              <w:t>Key Metrics</w:t>
            </w:r>
          </w:p>
          <w:p>
            <w:r>
              <w:t>Revenue: __________________________</w:t>
            </w:r>
          </w:p>
          <w:p>
            <w:r>
              <w:t>Clients: __________________________</w:t>
            </w:r>
          </w:p>
          <w:p>
            <w:r>
              <w:t>Projects: 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0f172a"/>
          </w:tcPr>
          <w:p>
            <w:r>
              <w:rPr>
                <w:b/>
              </w:rPr>
              <w:t>Contact Information</w:t>
            </w:r>
          </w:p>
          <w:p>
            <w:r>
              <w:t>Address: __________________________</w:t>
            </w:r>
          </w:p>
          <w:p>
            <w:r>
              <w:t>Email: __________________________</w:t>
            </w:r>
          </w:p>
          <w:p>
            <w:r>
              <w:t>Phone: __________________________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