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rPr>
          <w:b/>
          <w:color w:val="022B4D"/>
          <w:sz w:val="68"/>
        </w:rPr>
        <w:t>ÉTAT DE L’ART</w:t>
      </w:r>
    </w:p>
    <w:p>
      <w:pPr>
        <w:jc w:val="center"/>
      </w:pPr>
      <w:r>
        <w:rPr>
          <w:sz w:val="28"/>
        </w:rPr>
        <w:t>Modèle académique stylisé pour mémoire ou projet de recherche (Master)</w:t>
      </w:r>
    </w:p>
    <w:p>
      <w:pPr>
        <w:jc w:val="center"/>
      </w:pPr>
      <w:r>
        <w:br/>
        <w:t>Nom de l’étudiant : __________________________</w:t>
        <w:br/>
        <w:t>Université / École : __________________________</w:t>
        <w:br/>
        <w:t>Formation / Master : __________________________</w:t>
        <w:br/>
        <w:t>Directeur de mémoire : _______________________</w:t>
        <w:br/>
        <w:t>Année universitaire : ________________________</w:t>
      </w:r>
    </w:p>
    <w:p>
      <w:r>
        <w:br w:type="page"/>
      </w:r>
    </w:p>
    <w:p>
      <w:pPr>
        <w:pStyle w:val="Heading1"/>
      </w:pPr>
      <w:r>
        <w:rPr>
          <w:b/>
          <w:color w:val="022B4D"/>
        </w:rPr>
        <w:t>1. Introduction du champ de recherche</w:t>
      </w:r>
    </w:p>
    <w:p>
      <w:r>
        <w:t>Présentez ici le contexte scientifique du sujet, les enjeux académiques et l’intérêt de la recherche.</w:t>
      </w:r>
    </w:p>
    <w:p>
      <w:pPr>
        <w:pStyle w:val="Heading1"/>
      </w:pPr>
      <w:r>
        <w:rPr>
          <w:b/>
          <w:color w:val="022B4D"/>
        </w:rPr>
        <w:t>2. Concepts et notions clés</w:t>
      </w:r>
    </w:p>
    <w:p>
      <w:r>
        <w:t>Définissez les concepts principaux utilisés dans votre recherche.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Concept</w:t>
            </w:r>
          </w:p>
        </w:tc>
        <w:tc>
          <w:tcPr>
            <w:tcW w:type="dxa" w:w="2880"/>
          </w:tcPr>
          <w:p>
            <w:r>
              <w:rPr>
                <w:b/>
              </w:rPr>
              <w:t>Définition académique</w:t>
            </w:r>
          </w:p>
        </w:tc>
        <w:tc>
          <w:tcPr>
            <w:tcW w:type="dxa" w:w="2880"/>
          </w:tcPr>
          <w:p>
            <w:r>
              <w:rPr>
                <w:b/>
              </w:rPr>
              <w:t>Auteur / Référence</w:t>
            </w:r>
          </w:p>
        </w:tc>
      </w:tr>
      <w:tr>
        <w:tc>
          <w:tcPr>
            <w:tcW w:type="dxa" w:w="2880"/>
          </w:tcPr>
          <w:p>
            <w:r>
              <w:t>[Concept]</w:t>
            </w:r>
          </w:p>
        </w:tc>
        <w:tc>
          <w:tcPr>
            <w:tcW w:type="dxa" w:w="2880"/>
          </w:tcPr>
          <w:p>
            <w:r>
              <w:t>[Définition]</w:t>
            </w:r>
          </w:p>
        </w:tc>
        <w:tc>
          <w:tcPr>
            <w:tcW w:type="dxa" w:w="2880"/>
          </w:tcPr>
          <w:p>
            <w:r>
              <w:t>[Auteur, année]</w:t>
            </w:r>
          </w:p>
        </w:tc>
      </w:tr>
      <w:tr>
        <w:tc>
          <w:tcPr>
            <w:tcW w:type="dxa" w:w="2880"/>
          </w:tcPr>
          <w:p>
            <w:r>
              <w:t>[Concept]</w:t>
            </w:r>
          </w:p>
        </w:tc>
        <w:tc>
          <w:tcPr>
            <w:tcW w:type="dxa" w:w="2880"/>
          </w:tcPr>
          <w:p>
            <w:r>
              <w:t>[Définition]</w:t>
            </w:r>
          </w:p>
        </w:tc>
        <w:tc>
          <w:tcPr>
            <w:tcW w:type="dxa" w:w="2880"/>
          </w:tcPr>
          <w:p>
            <w:r>
              <w:t>[Auteur, année]</w:t>
            </w:r>
          </w:p>
        </w:tc>
      </w:tr>
      <w:tr>
        <w:tc>
          <w:tcPr>
            <w:tcW w:type="dxa" w:w="2880"/>
          </w:tcPr>
          <w:p>
            <w:r>
              <w:t>[Concept]</w:t>
            </w:r>
          </w:p>
        </w:tc>
        <w:tc>
          <w:tcPr>
            <w:tcW w:type="dxa" w:w="2880"/>
          </w:tcPr>
          <w:p>
            <w:r>
              <w:t>[Définition]</w:t>
            </w:r>
          </w:p>
        </w:tc>
        <w:tc>
          <w:tcPr>
            <w:tcW w:type="dxa" w:w="2880"/>
          </w:tcPr>
          <w:p>
            <w:r>
              <w:t>[Auteur, année]</w:t>
            </w:r>
          </w:p>
        </w:tc>
      </w:tr>
      <w:tr>
        <w:tc>
          <w:tcPr>
            <w:tcW w:type="dxa" w:w="2880"/>
          </w:tcPr>
          <w:p>
            <w:r>
              <w:t>[Concept]</w:t>
            </w:r>
          </w:p>
        </w:tc>
        <w:tc>
          <w:tcPr>
            <w:tcW w:type="dxa" w:w="2880"/>
          </w:tcPr>
          <w:p>
            <w:r>
              <w:t>[Définition]</w:t>
            </w:r>
          </w:p>
        </w:tc>
        <w:tc>
          <w:tcPr>
            <w:tcW w:type="dxa" w:w="2880"/>
          </w:tcPr>
          <w:p>
            <w:r>
              <w:t>[Auteur, année]</w:t>
            </w:r>
          </w:p>
        </w:tc>
      </w:tr>
    </w:tbl>
    <w:p>
      <w:pPr>
        <w:pStyle w:val="Heading1"/>
      </w:pPr>
      <w:r>
        <w:rPr>
          <w:b/>
          <w:color w:val="022B4D"/>
        </w:rPr>
        <w:t>3. Revue des travaux scientifiques majeurs</w:t>
      </w:r>
    </w:p>
    <w:p>
      <w:r>
        <w:t>Analysez les principales études consacrées à votre sujet.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rPr>
                <w:b/>
              </w:rPr>
              <w:t>Auteur / Année</w:t>
            </w:r>
          </w:p>
        </w:tc>
        <w:tc>
          <w:tcPr>
            <w:tcW w:type="dxa" w:w="2160"/>
          </w:tcPr>
          <w:p>
            <w:r>
              <w:rPr>
                <w:b/>
              </w:rPr>
              <w:t>Objectif</w:t>
            </w:r>
          </w:p>
        </w:tc>
        <w:tc>
          <w:tcPr>
            <w:tcW w:type="dxa" w:w="2160"/>
          </w:tcPr>
          <w:p>
            <w:r>
              <w:rPr>
                <w:b/>
              </w:rPr>
              <w:t>Méthodologie</w:t>
            </w:r>
          </w:p>
        </w:tc>
        <w:tc>
          <w:tcPr>
            <w:tcW w:type="dxa" w:w="2160"/>
          </w:tcPr>
          <w:p>
            <w:r>
              <w:rPr>
                <w:b/>
              </w:rPr>
              <w:t>Résultats</w:t>
            </w:r>
          </w:p>
        </w:tc>
      </w:tr>
      <w:tr>
        <w:tc>
          <w:tcPr>
            <w:tcW w:type="dxa" w:w="2160"/>
          </w:tcPr>
          <w:p>
            <w:r>
              <w:t>[Auteur]</w:t>
            </w:r>
          </w:p>
        </w:tc>
        <w:tc>
          <w:tcPr>
            <w:tcW w:type="dxa" w:w="2160"/>
          </w:tcPr>
          <w:p>
            <w:r>
              <w:t>[Objectif]</w:t>
            </w:r>
          </w:p>
        </w:tc>
        <w:tc>
          <w:tcPr>
            <w:tcW w:type="dxa" w:w="2160"/>
          </w:tcPr>
          <w:p>
            <w:r>
              <w:t>[Méthode]</w:t>
            </w:r>
          </w:p>
        </w:tc>
        <w:tc>
          <w:tcPr>
            <w:tcW w:type="dxa" w:w="2160"/>
          </w:tcPr>
          <w:p>
            <w:r>
              <w:t>[Résultat]</w:t>
            </w:r>
          </w:p>
        </w:tc>
      </w:tr>
      <w:tr>
        <w:tc>
          <w:tcPr>
            <w:tcW w:type="dxa" w:w="2160"/>
          </w:tcPr>
          <w:p>
            <w:r>
              <w:t>[Auteur]</w:t>
            </w:r>
          </w:p>
        </w:tc>
        <w:tc>
          <w:tcPr>
            <w:tcW w:type="dxa" w:w="2160"/>
          </w:tcPr>
          <w:p>
            <w:r>
              <w:t>[Objectif]</w:t>
            </w:r>
          </w:p>
        </w:tc>
        <w:tc>
          <w:tcPr>
            <w:tcW w:type="dxa" w:w="2160"/>
          </w:tcPr>
          <w:p>
            <w:r>
              <w:t>[Méthode]</w:t>
            </w:r>
          </w:p>
        </w:tc>
        <w:tc>
          <w:tcPr>
            <w:tcW w:type="dxa" w:w="2160"/>
          </w:tcPr>
          <w:p>
            <w:r>
              <w:t>[Résultat]</w:t>
            </w:r>
          </w:p>
        </w:tc>
      </w:tr>
      <w:tr>
        <w:tc>
          <w:tcPr>
            <w:tcW w:type="dxa" w:w="2160"/>
          </w:tcPr>
          <w:p>
            <w:r>
              <w:t>[Auteur]</w:t>
            </w:r>
          </w:p>
        </w:tc>
        <w:tc>
          <w:tcPr>
            <w:tcW w:type="dxa" w:w="2160"/>
          </w:tcPr>
          <w:p>
            <w:r>
              <w:t>[Objectif]</w:t>
            </w:r>
          </w:p>
        </w:tc>
        <w:tc>
          <w:tcPr>
            <w:tcW w:type="dxa" w:w="2160"/>
          </w:tcPr>
          <w:p>
            <w:r>
              <w:t>[Méthode]</w:t>
            </w:r>
          </w:p>
        </w:tc>
        <w:tc>
          <w:tcPr>
            <w:tcW w:type="dxa" w:w="2160"/>
          </w:tcPr>
          <w:p>
            <w:r>
              <w:t>[Résultat]</w:t>
            </w:r>
          </w:p>
        </w:tc>
      </w:tr>
      <w:tr>
        <w:tc>
          <w:tcPr>
            <w:tcW w:type="dxa" w:w="2160"/>
          </w:tcPr>
          <w:p>
            <w:r>
              <w:t>[Auteur]</w:t>
            </w:r>
          </w:p>
        </w:tc>
        <w:tc>
          <w:tcPr>
            <w:tcW w:type="dxa" w:w="2160"/>
          </w:tcPr>
          <w:p>
            <w:r>
              <w:t>[Objectif]</w:t>
            </w:r>
          </w:p>
        </w:tc>
        <w:tc>
          <w:tcPr>
            <w:tcW w:type="dxa" w:w="2160"/>
          </w:tcPr>
          <w:p>
            <w:r>
              <w:t>[Méthode]</w:t>
            </w:r>
          </w:p>
        </w:tc>
        <w:tc>
          <w:tcPr>
            <w:tcW w:type="dxa" w:w="2160"/>
          </w:tcPr>
          <w:p>
            <w:r>
              <w:t>[Résultat]</w:t>
            </w:r>
          </w:p>
        </w:tc>
      </w:tr>
      <w:tr>
        <w:tc>
          <w:tcPr>
            <w:tcW w:type="dxa" w:w="2160"/>
          </w:tcPr>
          <w:p>
            <w:r>
              <w:t>[Auteur]</w:t>
            </w:r>
          </w:p>
        </w:tc>
        <w:tc>
          <w:tcPr>
            <w:tcW w:type="dxa" w:w="2160"/>
          </w:tcPr>
          <w:p>
            <w:r>
              <w:t>[Objectif]</w:t>
            </w:r>
          </w:p>
        </w:tc>
        <w:tc>
          <w:tcPr>
            <w:tcW w:type="dxa" w:w="2160"/>
          </w:tcPr>
          <w:p>
            <w:r>
              <w:t>[Méthode]</w:t>
            </w:r>
          </w:p>
        </w:tc>
        <w:tc>
          <w:tcPr>
            <w:tcW w:type="dxa" w:w="2160"/>
          </w:tcPr>
          <w:p>
            <w:r>
              <w:t>[Résultat]</w:t>
            </w:r>
          </w:p>
        </w:tc>
      </w:tr>
    </w:tbl>
    <w:p>
      <w:pPr>
        <w:pStyle w:val="Heading1"/>
      </w:pPr>
      <w:r>
        <w:rPr>
          <w:b/>
          <w:color w:val="022B4D"/>
        </w:rPr>
        <w:t>4. Analyse critique</w:t>
      </w:r>
    </w:p>
    <w:p>
      <w:r>
        <w:t>Comparer les approches scientifiques et identifier leurs limites.</w:t>
      </w:r>
    </w:p>
    <w:p>
      <w:pPr>
        <w:pStyle w:val="Heading1"/>
      </w:pPr>
      <w:r>
        <w:rPr>
          <w:b/>
          <w:color w:val="022B4D"/>
        </w:rPr>
        <w:t>5. Lacunes dans la littérature</w:t>
      </w:r>
    </w:p>
    <w:p>
      <w:r>
        <w:t>Identifier les aspects encore peu étudiés dans la recherche.</w:t>
      </w:r>
    </w:p>
    <w:p>
      <w:pPr>
        <w:pStyle w:val="Heading1"/>
      </w:pPr>
      <w:r>
        <w:rPr>
          <w:b/>
          <w:color w:val="022B4D"/>
        </w:rPr>
        <w:t>6. Positionnement de votre recherche</w:t>
      </w:r>
    </w:p>
    <w:p>
      <w:r>
        <w:t>Expliquer la contribution de votre étude.</w:t>
      </w:r>
    </w:p>
    <w:p>
      <w:pPr>
        <w:pStyle w:val="Heading1"/>
      </w:pPr>
      <w:r>
        <w:rPr>
          <w:b/>
          <w:color w:val="022B4D"/>
        </w:rPr>
        <w:t>7. Conclusion de l’état de l’art</w:t>
      </w:r>
    </w:p>
    <w:p>
      <w:r>
        <w:t>Synthétiser les travaux et introduire la problématique.</w:t>
      </w:r>
    </w:p>
    <w:p>
      <w:pPr>
        <w:pStyle w:val="Heading1"/>
      </w:pPr>
      <w:r>
        <w:rPr>
          <w:b/>
          <w:color w:val="022B4D"/>
        </w:rPr>
        <w:t>Bibliographie (exemple)</w:t>
      </w:r>
    </w:p>
    <w:p>
      <w:r>
        <w:t>Auteur, A. (Année). Titre. Revue ou éditeur.</w:t>
      </w:r>
    </w:p>
    <w:p>
      <w:pPr>
        <w:pStyle w:val="Heading1"/>
      </w:pPr>
      <w:r>
        <w:rPr>
          <w:b/>
          <w:color w:val="022B4D"/>
        </w:rPr>
        <w:t>Checklist de validation</w:t>
      </w:r>
    </w:p>
    <w:p>
      <w:pPr>
        <w:pStyle w:val="ListBullet"/>
      </w:pPr>
      <w:r>
        <w:t>Le champ scientifique est clairement présenté</w:t>
      </w:r>
    </w:p>
    <w:p>
      <w:pPr>
        <w:pStyle w:val="ListBullet"/>
      </w:pPr>
      <w:r>
        <w:t>Les concepts sont définis</w:t>
      </w:r>
    </w:p>
    <w:p>
      <w:pPr>
        <w:pStyle w:val="ListBullet"/>
      </w:pPr>
      <w:r>
        <w:t>Les études majeures sont analysées</w:t>
      </w:r>
    </w:p>
    <w:p>
      <w:pPr>
        <w:pStyle w:val="ListBullet"/>
      </w:pPr>
      <w:r>
        <w:t>Une analyse critique est présente</w:t>
      </w:r>
    </w:p>
    <w:p>
      <w:pPr>
        <w:pStyle w:val="ListBullet"/>
      </w:pPr>
      <w:r>
        <w:t>Les lacunes sont identifiées</w:t>
      </w:r>
    </w:p>
    <w:p>
      <w:pPr>
        <w:pStyle w:val="ListBullet"/>
      </w:pPr>
      <w:r>
        <w:t>La contribution de la recherche est expliquée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