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LETTRE DE RÉSILIATION ASSURANCE HABITATION</w:t>
      </w:r>
    </w:p>
    <w:p/>
    <w:p>
      <w:r>
        <w:t>Nom et prénom : ........................................................</w:t>
      </w:r>
    </w:p>
    <w:p>
      <w:r>
        <w:t>Adresse : ..............................................................................</w:t>
      </w:r>
    </w:p>
    <w:p>
      <w:r>
        <w:t>Téléphone / Email : .......................................................</w:t>
      </w:r>
    </w:p>
    <w:p/>
    <w:p>
      <w:r>
        <w:t>Nom de l’assureur : ........................................................</w:t>
      </w:r>
    </w:p>
    <w:p>
      <w:r>
        <w:t>Service Résiliation</w:t>
      </w:r>
    </w:p>
    <w:p>
      <w:r>
        <w:t>Adresse : ..............................................................................</w:t>
      </w:r>
    </w:p>
    <w:p/>
    <w:p>
      <w:r>
        <w:t>Lieu, le ../../....</w:t>
      </w:r>
    </w:p>
    <w:p/>
    <w:p>
      <w:r>
        <w:t>Objet : Résiliation de mon contrat d’assurance habitation</w:t>
      </w:r>
    </w:p>
    <w:p/>
    <w:p>
      <w:r>
        <w:t>Madame, Monsieur,</w:t>
        <w:br/>
        <w:br/>
        <w:t>Je vous informe par la présente de ma décision de résilier mon contrat d’assurance habitation n°..........................................., souscrit pour le logement situé ....................................................................................................</w:t>
        <w:br/>
        <w:br/>
        <w:t>Motif de la demande (à préciser si nécessaire) :</w:t>
        <w:br/>
        <w:t>- Résiliation à échéance annuelle</w:t>
        <w:br/>
        <w:t>- Déménagement</w:t>
        <w:br/>
        <w:t>- Modification du contrat / hausse tarifaire</w:t>
        <w:br/>
        <w:t>- Autre : ........................................................</w:t>
        <w:br/>
        <w:br/>
        <w:t>Je vous remercie de bien vouloir prendre en compte cette demande et de me confirmer par écrit la date effective de résiliation ainsi que l’arrêt de tout prélèvement à compter de cette date.</w:t>
        <w:br/>
        <w:br/>
        <w:t>Je vous prie d’agréer, Madame, Monsieur, l’expression de mes salutations distinguées.</w:t>
        <w:br/>
      </w:r>
    </w:p>
    <w:p/>
    <w:p>
      <w:r>
        <w:t>Signature :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