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C6D1"/>
          <w:left w:val="single" w:sz="8" w:space="0" w:color="BFC6D1"/>
          <w:bottom w:val="single" w:sz="8" w:space="0" w:color="BFC6D1"/>
          <w:right w:val="single" w:sz="8" w:space="0" w:color="BFC6D1"/>
          <w:insideH w:val="single" w:sz="8" w:space="0" w:color="BFC6D1"/>
          <w:insideV w:val="single" w:sz="8" w:space="0" w:color="BFC6D1"/>
        </w:tblBorders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  <w:sz w:val="20"/>
              </w:rPr>
              <w:t>MAÎTRE D’OUVRAGE (PARTICULIER)</w:t>
            </w:r>
          </w:p>
          <w:p>
            <w:r>
              <w:rPr>
                <w:sz w:val="20"/>
              </w:rPr>
              <w:t>Nom et prénom : ........................................................</w:t>
            </w:r>
          </w:p>
          <w:p>
            <w:r>
              <w:rPr>
                <w:sz w:val="20"/>
              </w:rPr>
              <w:t>Adresse : ................................................................</w:t>
            </w:r>
          </w:p>
          <w:p>
            <w:r>
              <w:rPr>
                <w:sz w:val="20"/>
              </w:rPr>
              <w:t>Téléphone : ..........................  Email : ..........................</w:t>
            </w:r>
          </w:p>
        </w:tc>
        <w:tc>
          <w:tcPr>
            <w:tcW w:type="dxa" w:w="4986"/>
          </w:tcPr>
          <w:p>
            <w:r>
              <w:rPr>
                <w:b/>
                <w:sz w:val="20"/>
              </w:rPr>
              <w:t>RÉFÉRENCES DU DOCUMENT</w:t>
            </w:r>
          </w:p>
          <w:p>
            <w:r>
              <w:rPr>
                <w:sz w:val="20"/>
              </w:rPr>
              <w:t>Objet : Attestation de fin de travaux + solde</w:t>
            </w:r>
          </w:p>
          <w:p>
            <w:r>
              <w:rPr>
                <w:sz w:val="20"/>
              </w:rPr>
              <w:t>N° dossier : ..................................</w:t>
            </w:r>
          </w:p>
          <w:p>
            <w:r>
              <w:rPr>
                <w:sz w:val="20"/>
              </w:rPr>
              <w:t>Date : ...... / ...... / ........</w:t>
            </w:r>
          </w:p>
        </w:tc>
      </w:tr>
      <w:tr>
        <w:tc>
          <w:tcPr>
            <w:tcW w:type="dxa" w:w="9972"/>
            <w:gridSpan w:val="2"/>
            <w:shd w:val="clear" w:color="auto" w:fill="EEF2FF"/>
          </w:tcPr>
          <w:p>
            <w:pPr>
              <w:jc w:val="center"/>
            </w:pPr>
            <w:r>
              <w:rPr>
                <w:b/>
                <w:sz w:val="30"/>
              </w:rPr>
              <w:t>ATTESTATION DE FIN DE TRAVAUX ET RÈGLEMENT DU SOLDE</w:t>
            </w:r>
          </w:p>
        </w:tc>
      </w:tr>
    </w:tbl>
    <w:p/>
    <w:p>
      <w:r>
        <w:rPr>
          <w:b/>
          <w:sz w:val="22"/>
        </w:rPr>
        <w:t>IDENTIFICATION DE L’ENTREPRISE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C6D1"/>
          <w:left w:val="single" w:sz="8" w:space="0" w:color="BFC6D1"/>
          <w:bottom w:val="single" w:sz="8" w:space="0" w:color="BFC6D1"/>
          <w:right w:val="single" w:sz="8" w:space="0" w:color="BFC6D1"/>
          <w:insideH w:val="single" w:sz="8" w:space="0" w:color="BFC6D1"/>
          <w:insideV w:val="single" w:sz="8" w:space="0" w:color="BFC6D1"/>
        </w:tblBorders>
      </w:tblPr>
      <w:tblGrid>
        <w:gridCol w:w="4986"/>
        <w:gridCol w:w="4986"/>
      </w:tblGrid>
      <w:tr>
        <w:tc>
          <w:tcPr>
            <w:tcW w:type="dxa" w:w="4986"/>
            <w:vAlign w:val="center"/>
            <w:shd w:val="clear" w:color="auto" w:fill="F8FAFC"/>
          </w:tcPr>
          <w:p>
            <w:r>
              <w:rPr>
                <w:b/>
                <w:sz w:val="20"/>
              </w:rPr>
              <w:t>Raison sociale</w:t>
            </w:r>
          </w:p>
        </w:tc>
        <w:tc>
          <w:tcPr>
            <w:tcW w:type="dxa" w:w="4986"/>
            <w:vAlign w:val="center"/>
          </w:tcPr>
          <w:p>
            <w:r>
              <w:rPr>
                <w:sz w:val="20"/>
              </w:rPr>
              <w:t>........................................................................................................</w:t>
            </w:r>
          </w:p>
        </w:tc>
      </w:tr>
      <w:tr>
        <w:tc>
          <w:tcPr>
            <w:tcW w:type="dxa" w:w="4986"/>
            <w:vAlign w:val="center"/>
            <w:shd w:val="clear" w:color="auto" w:fill="F8FAFC"/>
          </w:tcPr>
          <w:p>
            <w:r>
              <w:rPr>
                <w:b/>
                <w:sz w:val="20"/>
              </w:rPr>
              <w:t>Adresse</w:t>
            </w:r>
          </w:p>
        </w:tc>
        <w:tc>
          <w:tcPr>
            <w:tcW w:type="dxa" w:w="4986"/>
            <w:vAlign w:val="center"/>
          </w:tcPr>
          <w:p>
            <w:r>
              <w:rPr>
                <w:sz w:val="20"/>
              </w:rPr>
              <w:t>........................................................................................................</w:t>
            </w:r>
          </w:p>
        </w:tc>
      </w:tr>
      <w:tr>
        <w:tc>
          <w:tcPr>
            <w:tcW w:type="dxa" w:w="4986"/>
            <w:vAlign w:val="center"/>
            <w:shd w:val="clear" w:color="auto" w:fill="F8FAFC"/>
          </w:tcPr>
          <w:p>
            <w:r>
              <w:rPr>
                <w:b/>
                <w:sz w:val="20"/>
              </w:rPr>
              <w:t>Téléphone / Email</w:t>
            </w:r>
          </w:p>
        </w:tc>
        <w:tc>
          <w:tcPr>
            <w:tcW w:type="dxa" w:w="4986"/>
            <w:vAlign w:val="center"/>
          </w:tcPr>
          <w:p>
            <w:r>
              <w:rPr>
                <w:sz w:val="20"/>
              </w:rPr>
              <w:t>........................................................................................................</w:t>
            </w:r>
          </w:p>
        </w:tc>
      </w:tr>
      <w:tr>
        <w:tc>
          <w:tcPr>
            <w:tcW w:type="dxa" w:w="4986"/>
            <w:vAlign w:val="center"/>
            <w:shd w:val="clear" w:color="auto" w:fill="F8FAFC"/>
          </w:tcPr>
          <w:p>
            <w:r>
              <w:rPr>
                <w:b/>
                <w:sz w:val="20"/>
              </w:rPr>
              <w:t>SIRET / RC Pro / Décennale (si applicable)</w:t>
            </w:r>
          </w:p>
        </w:tc>
        <w:tc>
          <w:tcPr>
            <w:tcW w:type="dxa" w:w="4986"/>
            <w:vAlign w:val="center"/>
          </w:tcPr>
          <w:p>
            <w:r>
              <w:rPr>
                <w:sz w:val="20"/>
              </w:rPr>
              <w:t>........................................................................................................</w:t>
            </w:r>
          </w:p>
        </w:tc>
      </w:tr>
    </w:tbl>
    <w:p/>
    <w:p>
      <w:r>
        <w:rPr>
          <w:b/>
          <w:sz w:val="22"/>
        </w:rPr>
        <w:t>INFORMATIONS SUR LE CHANTIER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C6D1"/>
          <w:left w:val="single" w:sz="8" w:space="0" w:color="BFC6D1"/>
          <w:bottom w:val="single" w:sz="8" w:space="0" w:color="BFC6D1"/>
          <w:right w:val="single" w:sz="8" w:space="0" w:color="BFC6D1"/>
          <w:insideH w:val="single" w:sz="8" w:space="0" w:color="BFC6D1"/>
          <w:insideV w:val="single" w:sz="8" w:space="0" w:color="BFC6D1"/>
        </w:tblBorders>
      </w:tblPr>
      <w:tblGrid>
        <w:gridCol w:w="4986"/>
        <w:gridCol w:w="4986"/>
      </w:tblGrid>
      <w:tr>
        <w:tc>
          <w:tcPr>
            <w:tcW w:type="dxa" w:w="4986"/>
            <w:shd w:val="clear" w:color="auto" w:fill="F8FAFC"/>
          </w:tcPr>
          <w:p>
            <w:r>
              <w:rPr>
                <w:b/>
                <w:sz w:val="20"/>
              </w:rPr>
              <w:t>Adresse du chantier</w:t>
            </w:r>
          </w:p>
        </w:tc>
        <w:tc>
          <w:tcPr>
            <w:tcW w:type="dxa" w:w="4986"/>
          </w:tcPr>
          <w:p>
            <w:r>
              <w:rPr>
                <w:sz w:val="20"/>
              </w:rPr>
              <w:t>........................................................................................................</w:t>
            </w:r>
          </w:p>
        </w:tc>
      </w:tr>
      <w:tr>
        <w:tc>
          <w:tcPr>
            <w:tcW w:type="dxa" w:w="4986"/>
            <w:shd w:val="clear" w:color="auto" w:fill="F8FAFC"/>
          </w:tcPr>
          <w:p>
            <w:r>
              <w:rPr>
                <w:b/>
                <w:sz w:val="20"/>
              </w:rPr>
              <w:t>Référence devis / contrat</w:t>
            </w:r>
          </w:p>
        </w:tc>
        <w:tc>
          <w:tcPr>
            <w:tcW w:type="dxa" w:w="4986"/>
          </w:tcPr>
          <w:p>
            <w:r>
              <w:rPr>
                <w:sz w:val="20"/>
              </w:rPr>
              <w:t>...............................................................</w:t>
            </w:r>
          </w:p>
        </w:tc>
      </w:tr>
      <w:tr>
        <w:tc>
          <w:tcPr>
            <w:tcW w:type="dxa" w:w="4986"/>
            <w:shd w:val="clear" w:color="auto" w:fill="F8FAFC"/>
          </w:tcPr>
          <w:p>
            <w:r>
              <w:rPr>
                <w:b/>
                <w:sz w:val="20"/>
              </w:rPr>
              <w:t>Date de démarrage</w:t>
            </w:r>
          </w:p>
        </w:tc>
        <w:tc>
          <w:tcPr>
            <w:tcW w:type="dxa" w:w="4986"/>
          </w:tcPr>
          <w:p>
            <w:r>
              <w:rPr>
                <w:sz w:val="20"/>
              </w:rPr>
              <w:t>...... / ...... / ........</w:t>
            </w:r>
          </w:p>
        </w:tc>
      </w:tr>
      <w:tr>
        <w:tc>
          <w:tcPr>
            <w:tcW w:type="dxa" w:w="4986"/>
            <w:shd w:val="clear" w:color="auto" w:fill="F8FAFC"/>
          </w:tcPr>
          <w:p>
            <w:r>
              <w:rPr>
                <w:b/>
                <w:sz w:val="20"/>
              </w:rPr>
              <w:t>Date d’achèvement</w:t>
            </w:r>
          </w:p>
        </w:tc>
        <w:tc>
          <w:tcPr>
            <w:tcW w:type="dxa" w:w="4986"/>
          </w:tcPr>
          <w:p>
            <w:r>
              <w:rPr>
                <w:sz w:val="20"/>
              </w:rPr>
              <w:t>...... / ...... / ........</w:t>
            </w:r>
          </w:p>
        </w:tc>
      </w:tr>
    </w:tbl>
    <w:p/>
    <w:p>
      <w:r>
        <w:rPr>
          <w:b/>
          <w:sz w:val="22"/>
        </w:rPr>
        <w:t>TABLEAU RÉCAPITULATIF DES TRAVAUX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C6D1"/>
          <w:left w:val="single" w:sz="8" w:space="0" w:color="BFC6D1"/>
          <w:bottom w:val="single" w:sz="8" w:space="0" w:color="BFC6D1"/>
          <w:right w:val="single" w:sz="8" w:space="0" w:color="BFC6D1"/>
          <w:insideH w:val="single" w:sz="8" w:space="0" w:color="BFC6D1"/>
          <w:insideV w:val="single" w:sz="8" w:space="0" w:color="BFC6D1"/>
        </w:tblBorders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EEF2FF"/>
            <w:vAlign w:val="center"/>
          </w:tcPr>
          <w:p>
            <w:r>
              <w:rPr>
                <w:b/>
                <w:sz w:val="20"/>
              </w:rPr>
              <w:t>Lot / Poste</w:t>
            </w:r>
          </w:p>
        </w:tc>
        <w:tc>
          <w:tcPr>
            <w:tcW w:type="dxa" w:w="1994"/>
            <w:shd w:val="clear" w:color="auto" w:fill="EEF2FF"/>
            <w:vAlign w:val="center"/>
          </w:tcPr>
          <w:p>
            <w:r>
              <w:rPr>
                <w:b/>
                <w:sz w:val="20"/>
              </w:rPr>
              <w:t>Description</w:t>
            </w:r>
          </w:p>
        </w:tc>
        <w:tc>
          <w:tcPr>
            <w:tcW w:type="dxa" w:w="1994"/>
            <w:shd w:val="clear" w:color="auto" w:fill="EEF2FF"/>
            <w:vAlign w:val="center"/>
          </w:tcPr>
          <w:p>
            <w:r>
              <w:rPr>
                <w:b/>
                <w:sz w:val="20"/>
              </w:rPr>
              <w:t>Référence devis</w:t>
            </w:r>
          </w:p>
        </w:tc>
        <w:tc>
          <w:tcPr>
            <w:tcW w:type="dxa" w:w="1994"/>
            <w:shd w:val="clear" w:color="auto" w:fill="EEF2FF"/>
            <w:vAlign w:val="center"/>
          </w:tcPr>
          <w:p>
            <w:r>
              <w:rPr>
                <w:b/>
                <w:sz w:val="20"/>
              </w:rPr>
              <w:t>Date fin</w:t>
            </w:r>
          </w:p>
        </w:tc>
        <w:tc>
          <w:tcPr>
            <w:tcW w:type="dxa" w:w="1994"/>
            <w:shd w:val="clear" w:color="auto" w:fill="EEF2FF"/>
            <w:vAlign w:val="center"/>
          </w:tcPr>
          <w:p>
            <w:r>
              <w:rPr>
                <w:b/>
                <w:sz w:val="20"/>
              </w:rPr>
              <w:t>Observations</w:t>
            </w:r>
          </w:p>
        </w:tc>
      </w:tr>
      <w:tr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1994"/>
          </w:tcPr>
          <w:p>
            <w:r>
              <w:rPr>
                <w:sz w:val="20"/>
              </w:rPr>
              <w:t xml:space="preserve"> </w:t>
            </w:r>
          </w:p>
        </w:tc>
      </w:tr>
    </w:tbl>
    <w:p/>
    <w:p>
      <w:r>
        <w:rPr>
          <w:b/>
          <w:sz w:val="22"/>
        </w:rPr>
        <w:t>DÉCLARATION DE CONFORMITÉ ET ASSURANCE</w:t>
      </w:r>
    </w:p>
    <w:p>
      <w:pPr>
        <w:spacing w:after="120"/>
      </w:pPr>
      <w:r>
        <w:t>Le(la) maître d’ouvrage atteste l’achèvement des travaux indiqués ci-dessus. Une vérification visuelle et fonctionnelle a été réalisée. Les prestations sont déclarées conformes au devis et aux règles de l’art, sous réserve des éléments consignés dans la section Réserves éventuelles.</w:t>
      </w:r>
    </w:p>
    <w:p>
      <w:pPr>
        <w:spacing w:after="120"/>
      </w:pPr>
      <w:r>
        <w:t>L’entreprise déclare disposer des assurances professionnelles requises, incluant la responsabilité civile professionnelle et, lorsque applicable, la garantie décennale couvrant les travaux soumis à ce régime.</w:t>
      </w:r>
    </w:p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C6D1"/>
          <w:left w:val="single" w:sz="8" w:space="0" w:color="BFC6D1"/>
          <w:bottom w:val="single" w:sz="8" w:space="0" w:color="BFC6D1"/>
          <w:right w:val="single" w:sz="8" w:space="0" w:color="BFC6D1"/>
          <w:insideH w:val="single" w:sz="8" w:space="0" w:color="BFC6D1"/>
          <w:insideV w:val="single" w:sz="8" w:space="0" w:color="BFC6D1"/>
        </w:tblBorders>
      </w:tblPr>
      <w:tblGrid>
        <w:gridCol w:w="9972"/>
      </w:tblGrid>
      <w:tr>
        <w:tc>
          <w:tcPr>
            <w:tcW w:type="dxa" w:w="9972"/>
            <w:shd w:val="clear" w:color="auto" w:fill="FFF7ED"/>
          </w:tcPr>
          <w:p>
            <w:r>
              <w:rPr>
                <w:b/>
                <w:sz w:val="20"/>
              </w:rPr>
              <w:t>RÉSERVES ÉVENTUELLES</w:t>
            </w:r>
          </w:p>
        </w:tc>
      </w:tr>
      <w:tr>
        <w:tc>
          <w:tcPr>
            <w:tcW w:type="dxa" w:w="9972"/>
          </w:tcPr>
          <w:p>
            <w:r>
              <w:rPr>
                <w:sz w:val="20"/>
              </w:rPr>
              <w:br/>
              <w:br/>
              <w:br/>
              <w:br/>
            </w:r>
          </w:p>
        </w:tc>
      </w:tr>
    </w:tbl>
    <w:p/>
    <w:p>
      <w:r>
        <w:rPr>
          <w:b/>
          <w:sz w:val="22"/>
        </w:rPr>
        <w:t>RÈGLEMENT DU SOLDE</w:t>
      </w:r>
    </w:p>
    <w:p>
      <w:pPr>
        <w:spacing w:after="120"/>
      </w:pPr>
      <w:r>
        <w:t>La signature du présent document confirme la clôture administrative du chantier. Le solde est réglé selon les montants ci-dessous. En présence de réserves, une retenue peut être indiquée jusqu’à la levée des réserves, selon accord entre les parties.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C6D1"/>
          <w:left w:val="single" w:sz="8" w:space="0" w:color="BFC6D1"/>
          <w:bottom w:val="single" w:sz="8" w:space="0" w:color="BFC6D1"/>
          <w:right w:val="single" w:sz="8" w:space="0" w:color="BFC6D1"/>
          <w:insideH w:val="single" w:sz="8" w:space="0" w:color="BFC6D1"/>
          <w:insideV w:val="single" w:sz="8" w:space="0" w:color="BFC6D1"/>
        </w:tblBorders>
      </w:tblPr>
      <w:tblGrid>
        <w:gridCol w:w="4986"/>
        <w:gridCol w:w="4986"/>
      </w:tblGrid>
      <w:tr>
        <w:tc>
          <w:tcPr>
            <w:tcW w:type="dxa" w:w="4986"/>
            <w:shd w:val="clear" w:color="auto" w:fill="F8FAFC"/>
          </w:tcPr>
          <w:p>
            <w:r>
              <w:rPr>
                <w:b/>
                <w:sz w:val="20"/>
              </w:rPr>
              <w:t xml:space="preserve">Montant total TTC (devis) </w:t>
            </w:r>
          </w:p>
        </w:tc>
        <w:tc>
          <w:tcPr>
            <w:tcW w:type="dxa" w:w="4986"/>
          </w:tcPr>
          <w:p>
            <w:r>
              <w:rPr>
                <w:sz w:val="20"/>
              </w:rPr>
              <w:t>...............................................</w:t>
            </w:r>
          </w:p>
        </w:tc>
      </w:tr>
      <w:tr>
        <w:tc>
          <w:tcPr>
            <w:tcW w:type="dxa" w:w="4986"/>
            <w:shd w:val="clear" w:color="auto" w:fill="F8FAFC"/>
          </w:tcPr>
          <w:p>
            <w:r>
              <w:rPr>
                <w:b/>
                <w:sz w:val="20"/>
              </w:rPr>
              <w:t xml:space="preserve">Acomptes déjà versés TTC </w:t>
            </w:r>
          </w:p>
        </w:tc>
        <w:tc>
          <w:tcPr>
            <w:tcW w:type="dxa" w:w="4986"/>
          </w:tcPr>
          <w:p>
            <w:r>
              <w:rPr>
                <w:sz w:val="20"/>
              </w:rPr>
              <w:t>...............................................</w:t>
            </w:r>
          </w:p>
        </w:tc>
      </w:tr>
      <w:tr>
        <w:tc>
          <w:tcPr>
            <w:tcW w:type="dxa" w:w="4986"/>
            <w:shd w:val="clear" w:color="auto" w:fill="F8FAFC"/>
          </w:tcPr>
          <w:p>
            <w:r>
              <w:rPr>
                <w:b/>
                <w:sz w:val="20"/>
              </w:rPr>
              <w:t xml:space="preserve">Retenue liée aux réserves TTC (option) </w:t>
            </w:r>
          </w:p>
        </w:tc>
        <w:tc>
          <w:tcPr>
            <w:tcW w:type="dxa" w:w="4986"/>
          </w:tcPr>
          <w:p>
            <w:r>
              <w:rPr>
                <w:sz w:val="20"/>
              </w:rPr>
              <w:t>...............................................</w:t>
            </w:r>
          </w:p>
        </w:tc>
      </w:tr>
      <w:tr>
        <w:tc>
          <w:tcPr>
            <w:tcW w:type="dxa" w:w="4986"/>
            <w:shd w:val="clear" w:color="auto" w:fill="F8FAFC"/>
          </w:tcPr>
          <w:p>
            <w:r>
              <w:rPr>
                <w:b/>
                <w:sz w:val="20"/>
              </w:rPr>
              <w:t xml:space="preserve">Solde TTC à régler </w:t>
            </w:r>
          </w:p>
        </w:tc>
        <w:tc>
          <w:tcPr>
            <w:tcW w:type="dxa" w:w="4986"/>
          </w:tcPr>
          <w:p>
            <w:r>
              <w:rPr>
                <w:sz w:val="20"/>
              </w:rPr>
              <w:t>...............................................</w:t>
            </w:r>
          </w:p>
        </w:tc>
      </w:tr>
      <w:tr>
        <w:tc>
          <w:tcPr>
            <w:tcW w:type="dxa" w:w="4986"/>
            <w:shd w:val="clear" w:color="auto" w:fill="F8FAFC"/>
          </w:tcPr>
          <w:p>
            <w:r>
              <w:rPr>
                <w:b/>
                <w:sz w:val="20"/>
              </w:rPr>
              <w:t xml:space="preserve">Mode de paiement </w:t>
            </w:r>
          </w:p>
        </w:tc>
        <w:tc>
          <w:tcPr>
            <w:tcW w:type="dxa" w:w="4986"/>
          </w:tcPr>
          <w:p>
            <w:r>
              <w:rPr>
                <w:sz w:val="20"/>
              </w:rPr>
              <w:t>☐ Virement   ☐ Espèces   ☐ Chèque   ☐ Autre : ..................</w:t>
            </w:r>
          </w:p>
        </w:tc>
      </w:tr>
      <w:tr>
        <w:tc>
          <w:tcPr>
            <w:tcW w:type="dxa" w:w="4986"/>
            <w:shd w:val="clear" w:color="auto" w:fill="F8FAFC"/>
          </w:tcPr>
          <w:p>
            <w:r>
              <w:rPr>
                <w:b/>
                <w:sz w:val="20"/>
              </w:rPr>
              <w:t xml:space="preserve">Date de règlement / échéance </w:t>
            </w:r>
          </w:p>
        </w:tc>
        <w:tc>
          <w:tcPr>
            <w:tcW w:type="dxa" w:w="4986"/>
          </w:tcPr>
          <w:p>
            <w:r>
              <w:rPr>
                <w:sz w:val="20"/>
              </w:rPr>
              <w:t>...... / ...... / ........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C6D1"/>
          <w:left w:val="single" w:sz="8" w:space="0" w:color="BFC6D1"/>
          <w:bottom w:val="single" w:sz="8" w:space="0" w:color="BFC6D1"/>
          <w:right w:val="single" w:sz="8" w:space="0" w:color="BFC6D1"/>
          <w:insideH w:val="single" w:sz="8" w:space="0" w:color="BFC6D1"/>
          <w:insideV w:val="single" w:sz="8" w:space="0" w:color="BFC6D1"/>
        </w:tblBorders>
      </w:tblPr>
      <w:tblGrid>
        <w:gridCol w:w="9972"/>
      </w:tblGrid>
      <w:tr>
        <w:tc>
          <w:tcPr>
            <w:tcW w:type="dxa" w:w="9972"/>
            <w:shd w:val="clear" w:color="auto" w:fill="EEF2FF"/>
          </w:tcPr>
          <w:p>
            <w:r>
              <w:rPr>
                <w:b/>
                <w:sz w:val="20"/>
              </w:rPr>
              <w:t>ACCUSE DE RÈGLEMENT (à compléter)</w:t>
            </w:r>
          </w:p>
        </w:tc>
      </w:tr>
      <w:tr>
        <w:tc>
          <w:tcPr>
            <w:tcW w:type="dxa" w:w="9972"/>
          </w:tcPr>
          <w:p>
            <w:r>
              <w:rPr>
                <w:sz w:val="20"/>
              </w:rPr>
              <w:t>Je soussigné(e), représentant(e) de l’entreprise, reconnais avoir reçu du maître d’ouvrage la somme de : ............................................... (TTC), au titre du solde du chantier.</w:t>
              <w:br/>
              <w:br/>
              <w:t>Référence de paiement (option) : ...............................................</w:t>
            </w:r>
          </w:p>
        </w:tc>
      </w:tr>
    </w:tbl>
    <w:p/>
    <w:p>
      <w:r>
        <w:rPr>
          <w:b/>
          <w:sz w:val="22"/>
        </w:rPr>
        <w:t>SIGNATURES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BFC6D1"/>
          <w:left w:val="single" w:sz="8" w:space="0" w:color="BFC6D1"/>
          <w:bottom w:val="single" w:sz="8" w:space="0" w:color="BFC6D1"/>
          <w:right w:val="single" w:sz="8" w:space="0" w:color="BFC6D1"/>
          <w:insideH w:val="single" w:sz="8" w:space="0" w:color="BFC6D1"/>
          <w:insideV w:val="single" w:sz="8" w:space="0" w:color="BFC6D1"/>
        </w:tblBorders>
      </w:tblPr>
      <w:tblGrid>
        <w:gridCol w:w="4986"/>
        <w:gridCol w:w="4986"/>
      </w:tblGrid>
      <w:tr>
        <w:tc>
          <w:tcPr>
            <w:tcW w:type="dxa" w:w="4986"/>
            <w:shd w:val="clear" w:color="auto" w:fill="F8FAFC"/>
            <w:vAlign w:val="center"/>
          </w:tcPr>
          <w:p>
            <w:r>
              <w:rPr>
                <w:b/>
                <w:sz w:val="20"/>
              </w:rPr>
              <w:t>Maître d’ouvrage (Particulier)</w:t>
            </w:r>
          </w:p>
        </w:tc>
        <w:tc>
          <w:tcPr>
            <w:tcW w:type="dxa" w:w="4986"/>
            <w:shd w:val="clear" w:color="auto" w:fill="F8FAFC"/>
            <w:vAlign w:val="center"/>
          </w:tcPr>
          <w:p>
            <w:r>
              <w:rPr>
                <w:b/>
                <w:sz w:val="20"/>
              </w:rPr>
              <w:t>Entreprise</w:t>
            </w:r>
          </w:p>
        </w:tc>
      </w:tr>
      <w:tr>
        <w:tc>
          <w:tcPr>
            <w:tcW w:type="dxa" w:w="4986"/>
          </w:tcPr>
          <w:p>
            <w:r>
              <w:rPr>
                <w:sz w:val="20"/>
              </w:rPr>
              <w:t>Nom : ..................................................</w:t>
              <w:br/>
              <w:t>Fait à : ............................  Le : ...... / ...... / ........</w:t>
              <w:br/>
              <w:t>Signature :</w:t>
              <w:br/>
              <w:br/>
              <w:br/>
            </w:r>
          </w:p>
        </w:tc>
        <w:tc>
          <w:tcPr>
            <w:tcW w:type="dxa" w:w="4986"/>
          </w:tcPr>
          <w:p>
            <w:r>
              <w:rPr>
                <w:sz w:val="20"/>
              </w:rPr>
              <w:t>Nom / Qualité : ........................................</w:t>
              <w:br/>
              <w:t>Fait à : ............................  Le : ...... / ...... / ........</w:t>
              <w:br/>
              <w:t>Signature :</w:t>
              <w:br/>
              <w:br/>
              <w:br/>
              <w:br/>
              <w:t>Zone cachet entreprise :</w:t>
              <w:br/>
              <w:br/>
              <w:br/>
            </w:r>
          </w:p>
        </w:tc>
      </w:tr>
    </w:tbl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