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0B57D0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DOSSIER DE CANDIDATURE DOCTORALE</w:t>
            </w:r>
          </w:p>
        </w:tc>
      </w:tr>
    </w:tbl>
    <w:p/>
    <w:p>
      <w:pPr>
        <w:spacing w:after="40"/>
      </w:pPr>
      <w:r>
        <w:t xml:space="preserve">Université / Établissement : </w:t>
      </w:r>
      <w:r>
        <w:rPr>
          <w:b/>
        </w:rPr>
        <w:t>[Nom de l’université]</w:t>
      </w:r>
    </w:p>
    <w:p>
      <w:pPr>
        <w:spacing w:after="40"/>
      </w:pPr>
      <w:r>
        <w:t xml:space="preserve">École doctorale : </w:t>
      </w:r>
      <w:r>
        <w:rPr>
          <w:b/>
        </w:rPr>
        <w:t>[Nom / Code de l’école doctorale]</w:t>
      </w:r>
    </w:p>
    <w:p>
      <w:pPr>
        <w:spacing w:after="200"/>
      </w:pPr>
      <w:r>
        <w:t xml:space="preserve">Laboratoire / Unité de recherche : </w:t>
      </w:r>
      <w:r>
        <w:rPr>
          <w:b/>
        </w:rPr>
        <w:t>[Nom du laboratoire]</w:t>
      </w:r>
    </w:p>
    <w:p>
      <w:pPr>
        <w:jc w:val="center"/>
      </w:pPr>
      <w:r>
        <w:rPr>
          <w:b/>
          <w:color w:val="004078"/>
          <w:sz w:val="32"/>
        </w:rPr>
        <w:t>PROJET DE RECHERCHE DOCTORAL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E8F0FE"/>
          </w:tcPr>
          <w:p>
            <w:pPr>
              <w:jc w:val="left"/>
            </w:pPr>
            <w:r>
              <w:rPr>
                <w:b/>
              </w:rPr>
              <w:t>Titre provisoire de la thèse</w:t>
            </w:r>
          </w:p>
        </w:tc>
      </w:tr>
      <w:tr>
        <w:tc>
          <w:tcPr>
            <w:tcW w:type="dxa" w:w="9360"/>
          </w:tcPr>
          <w:p>
            <w:pPr>
              <w:jc w:val="left"/>
            </w:pPr>
            <w:r>
              <w:rPr>
                <w:i/>
              </w:rPr>
              <w:t>[Titre provisoire – précis, daté, contextualisé]</w:t>
            </w:r>
          </w:p>
        </w:tc>
      </w:tr>
    </w:tbl>
    <w:p/>
    <w:p>
      <w:r>
        <w:rPr>
          <w:b/>
          <w:color w:val="004078"/>
        </w:rPr>
        <w:t>Informations candidat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F2F2F2"/>
          </w:tcPr>
          <w:p>
            <w:r>
              <w:rPr>
                <w:b/>
              </w:rPr>
              <w:t>Nom et prénom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[Nom Prénom]</w:t>
            </w:r>
          </w:p>
        </w:tc>
      </w:tr>
      <w:tr>
        <w:tc>
          <w:tcPr>
            <w:tcW w:type="dxa" w:w="4680"/>
            <w:shd w:fill="F2F2F2"/>
          </w:tcPr>
          <w:p>
            <w:r>
              <w:rPr>
                <w:b/>
              </w:rPr>
              <w:t>Email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[email]</w:t>
            </w:r>
          </w:p>
        </w:tc>
      </w:tr>
      <w:tr>
        <w:tc>
          <w:tcPr>
            <w:tcW w:type="dxa" w:w="4680"/>
            <w:shd w:fill="F2F2F2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[téléphone]</w:t>
            </w:r>
          </w:p>
        </w:tc>
      </w:tr>
      <w:tr>
        <w:tc>
          <w:tcPr>
            <w:tcW w:type="dxa" w:w="4680"/>
            <w:shd w:fill="F2F2F2"/>
          </w:tcPr>
          <w:p>
            <w:r>
              <w:rPr>
                <w:b/>
              </w:rPr>
              <w:t>Diplôme / Parcours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[Master / Établissement / Année]</w:t>
            </w:r>
          </w:p>
        </w:tc>
      </w:tr>
      <w:tr>
        <w:tc>
          <w:tcPr>
            <w:tcW w:type="dxa" w:w="4680"/>
            <w:shd w:fill="F2F2F2"/>
          </w:tcPr>
          <w:p>
            <w:r>
              <w:rPr>
                <w:b/>
              </w:rPr>
              <w:t>Discipline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[Discipline]</w:t>
            </w:r>
          </w:p>
        </w:tc>
      </w:tr>
      <w:tr>
        <w:tc>
          <w:tcPr>
            <w:tcW w:type="dxa" w:w="4680"/>
            <w:shd w:fill="F2F2F2"/>
          </w:tcPr>
          <w:p>
            <w:r>
              <w:rPr>
                <w:b/>
              </w:rPr>
              <w:t>Date de candidature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[JJ/MM/AAAA]</w:t>
            </w:r>
          </w:p>
        </w:tc>
      </w:tr>
    </w:tbl>
    <w:p/>
    <w:p>
      <w:r>
        <w:rPr>
          <w:b/>
          <w:color w:val="004078"/>
        </w:rPr>
        <w:t>Encadrement pressenti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F2F2F2"/>
          </w:tcPr>
          <w:p>
            <w:r>
              <w:rPr>
                <w:b/>
              </w:rPr>
              <w:t>Directeur(trice) de thèse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[Nom, grade, labo]</w:t>
            </w:r>
          </w:p>
        </w:tc>
      </w:tr>
      <w:tr>
        <w:tc>
          <w:tcPr>
            <w:tcW w:type="dxa" w:w="4680"/>
            <w:shd w:fill="F2F2F2"/>
          </w:tcPr>
          <w:p>
            <w:r>
              <w:rPr>
                <w:b/>
              </w:rPr>
              <w:t>Co-encadrant(e) (si applicable)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[Nom, grade, labo]</w:t>
            </w:r>
          </w:p>
        </w:tc>
      </w:tr>
      <w:tr>
        <w:tc>
          <w:tcPr>
            <w:tcW w:type="dxa" w:w="4680"/>
            <w:shd w:fill="F2F2F2"/>
          </w:tcPr>
          <w:p>
            <w:r>
              <w:rPr>
                <w:b/>
              </w:rPr>
              <w:t>Équipe / Axe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[Axe de recherche]</w:t>
            </w:r>
          </w:p>
        </w:tc>
      </w:tr>
      <w:tr>
        <w:tc>
          <w:tcPr>
            <w:tcW w:type="dxa" w:w="4680"/>
            <w:shd w:fill="F2F2F2"/>
          </w:tcPr>
          <w:p>
            <w:r>
              <w:rPr>
                <w:b/>
              </w:rPr>
              <w:t>Financement (si applicable)</w:t>
            </w:r>
          </w:p>
        </w:tc>
        <w:tc>
          <w:tcPr>
            <w:tcW w:type="dxa" w:w="4680"/>
          </w:tcPr>
          <w:p>
            <w:r>
              <w:rPr>
                <w:i/>
              </w:rPr>
              <w:t>[Contrat doctoral / bourse / autre]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DDEBF7"/>
          </w:tcPr>
          <w:p>
            <w:r>
              <w:rPr>
                <w:b/>
              </w:rPr>
              <w:t>Mots-clés (5 à 8)</w:t>
            </w:r>
          </w:p>
        </w:tc>
      </w:tr>
      <w:tr>
        <w:tc>
          <w:tcPr>
            <w:tcW w:type="dxa" w:w="9360"/>
          </w:tcPr>
          <w:p>
            <w:r>
              <w:rPr>
                <w:i/>
              </w:rPr>
              <w:t>[mots-clés séparés par des virgules]</w:t>
            </w:r>
          </w:p>
        </w:tc>
      </w:tr>
    </w:tbl>
    <w:p/>
    <w:p>
      <w:r>
        <w:rPr>
          <w:b/>
          <w:color w:val="004078"/>
        </w:rPr>
        <w:t>Résumé du projet (150–250 mots)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</w:tcPr>
          <w:p>
            <w:r>
              <w:rPr>
                <w:i/>
              </w:rPr>
              <w:t>[Résumé clair : contexte → problématique → méthode → contribution]</w:t>
            </w:r>
          </w:p>
        </w:tc>
      </w:tr>
    </w:tbl>
    <w:p/>
    <w:p>
      <w:r>
        <w:rPr>
          <w:b/>
          <w:color w:val="004078"/>
        </w:rPr>
        <w:t>Abstract (150–250 words)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</w:tcPr>
          <w:p>
            <w:r>
              <w:rPr>
                <w:i/>
              </w:rPr>
              <w:t>[English abstract: context → research question → method → contribution]</w:t>
            </w:r>
          </w:p>
        </w:tc>
      </w:tr>
    </w:tbl>
    <w:p/>
    <w:p>
      <w:r>
        <w:rPr>
          <w:color w:val="5A5A5A"/>
          <w:sz w:val="20"/>
        </w:rPr>
        <w:t>Pièces jointes recommandées : CV académique • Relevés de notes • Mémoire / publications • Lettre de motivation • Lettres de recommandation.</w:t>
      </w:r>
    </w:p>
    <w:sectPr w:rsidR="00FC693F" w:rsidRPr="0006063C" w:rsidSect="00034616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