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Organigramme d’une association à but non lucratif</w:t>
      </w:r>
    </w:p>
    <w:p>
      <w:pPr>
        <w:jc w:val="center"/>
      </w:pPr>
      <w:r>
        <w:t>Modèle vierge à compléter — cases, flux et flèches de liaison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E7E6E6"/>
          </w:tcPr>
          <w:p>
            <w:r>
              <w:t>Assemblée Générale</w:t>
            </w:r>
          </w:p>
        </w:tc>
      </w:tr>
      <w:tr>
        <w:tc>
          <w:tcPr>
            <w:tcW w:type="dxa" w:w="8640"/>
          </w:tcPr>
          <w:p>
            <w:r>
              <w:t>Nom / Date de réunion :</w:t>
            </w:r>
          </w:p>
        </w:tc>
      </w:tr>
      <w:tr>
        <w:tc>
          <w:tcPr>
            <w:tcW w:type="dxa" w:w="8640"/>
          </w:tcPr>
          <w:p>
            <w:r>
              <w:t>........................................................</w:t>
            </w:r>
          </w:p>
        </w:tc>
      </w:tr>
    </w:tbl>
    <w:p/>
    <w:p>
      <w:pPr>
        <w:jc w:val="center"/>
      </w:pPr>
      <w:r>
        <w:rPr>
          <w:b/>
        </w:rPr>
        <w:t>↓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D9E2F3"/>
          </w:tcPr>
          <w:p>
            <w:r>
              <w:t>Conseil d’Administration</w:t>
            </w:r>
          </w:p>
        </w:tc>
      </w:tr>
      <w:tr>
        <w:tc>
          <w:tcPr>
            <w:tcW w:type="dxa" w:w="8640"/>
          </w:tcPr>
          <w:p>
            <w:r>
              <w:t>Membres / Mandat :</w:t>
            </w:r>
          </w:p>
        </w:tc>
      </w:tr>
      <w:tr>
        <w:tc>
          <w:tcPr>
            <w:tcW w:type="dxa" w:w="8640"/>
          </w:tcPr>
          <w:p>
            <w:r>
              <w:t>........................................................</w:t>
            </w:r>
          </w:p>
        </w:tc>
      </w:tr>
      <w:tr>
        <w:tc>
          <w:tcPr>
            <w:tcW w:type="dxa" w:w="8640"/>
          </w:tcPr>
          <w:p>
            <w:r>
              <w:t>........................................................</w:t>
            </w:r>
          </w:p>
        </w:tc>
      </w:tr>
    </w:tbl>
    <w:p/>
    <w:p>
      <w:pPr>
        <w:jc w:val="center"/>
      </w:pPr>
      <w:r>
        <w:rPr>
          <w:b/>
        </w:rPr>
        <w:t>↓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CE4D6"/>
          </w:tcPr>
          <w:p>
            <w:r>
              <w:t>Bureau (organe exécutif)</w:t>
            </w:r>
          </w:p>
        </w:tc>
      </w:tr>
      <w:tr>
        <w:tc>
          <w:tcPr>
            <w:tcW w:type="dxa" w:w="8640"/>
          </w:tcPr>
          <w:p>
            <w:r>
              <w:t>Période :</w:t>
            </w:r>
          </w:p>
        </w:tc>
      </w:tr>
      <w:tr>
        <w:tc>
          <w:tcPr>
            <w:tcW w:type="dxa" w:w="8640"/>
          </w:tcPr>
          <w:p>
            <w:r>
              <w:t>........................................................</w:t>
            </w:r>
          </w:p>
        </w:tc>
      </w:tr>
    </w:tbl>
    <w:p/>
    <w:p>
      <w:pPr>
        <w:jc w:val="center"/>
      </w:pPr>
      <w:r>
        <w:rPr>
          <w:b/>
        </w:rPr>
        <w:t>↓ Répartition des rôles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EFE6DC"/>
          </w:tcPr>
          <w:p>
            <w:r>
              <w:t>Président·e</w:t>
              <w:br/>
              <w:t>Nom :</w:t>
              <w:br/>
              <w:t>..............................</w:t>
            </w:r>
          </w:p>
        </w:tc>
        <w:tc>
          <w:tcPr>
            <w:tcW w:type="dxa" w:w="2160"/>
            <w:shd w:fill="EFE6DC"/>
          </w:tcPr>
          <w:p>
            <w:r>
              <w:t>Vice‑président·e</w:t>
              <w:br/>
              <w:t>Nom :</w:t>
              <w:br/>
              <w:t>..............................</w:t>
            </w:r>
          </w:p>
        </w:tc>
        <w:tc>
          <w:tcPr>
            <w:tcW w:type="dxa" w:w="2160"/>
            <w:shd w:fill="EFE6DC"/>
          </w:tcPr>
          <w:p>
            <w:r>
              <w:t>Secrétaire</w:t>
              <w:br/>
              <w:t>Nom :</w:t>
              <w:br/>
              <w:t>..............................</w:t>
            </w:r>
          </w:p>
        </w:tc>
        <w:tc>
          <w:tcPr>
            <w:tcW w:type="dxa" w:w="2160"/>
            <w:shd w:fill="EFE6DC"/>
          </w:tcPr>
          <w:p>
            <w:r>
              <w:t>Trésorier·ère</w:t>
              <w:br/>
              <w:t>Nom :</w:t>
              <w:br/>
              <w:t>..............................</w:t>
            </w:r>
          </w:p>
        </w:tc>
      </w:tr>
    </w:tbl>
    <w:p/>
    <w:p>
      <w:pPr>
        <w:jc w:val="center"/>
      </w:pPr>
      <w:r>
        <w:rPr>
          <w:b/>
        </w:rPr>
        <w:t>↕ Flux &amp; coordination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fill="D9EAD3"/>
          </w:tcPr>
          <w:p>
            <w:r>
              <w:t>Pôle Communication</w:t>
              <w:br/>
              <w:t>Responsable :</w:t>
              <w:br/>
              <w:t>................................</w:t>
            </w:r>
          </w:p>
        </w:tc>
        <w:tc>
          <w:tcPr>
            <w:tcW w:type="dxa" w:w="2880"/>
            <w:shd w:fill="D0E0E3"/>
          </w:tcPr>
          <w:p>
            <w:r>
              <w:t>Pôle Activités / Événements</w:t>
              <w:br/>
              <w:t>Responsable :</w:t>
              <w:br/>
              <w:t>................................</w:t>
            </w:r>
          </w:p>
        </w:tc>
        <w:tc>
          <w:tcPr>
            <w:tcW w:type="dxa" w:w="2880"/>
            <w:shd w:fill="E4DFEC"/>
          </w:tcPr>
          <w:p>
            <w:r>
              <w:t>Pôle Partenariats / Financement</w:t>
              <w:br/>
              <w:t>Responsable :</w:t>
              <w:br/>
              <w:t>................................</w:t>
            </w:r>
          </w:p>
        </w:tc>
      </w:tr>
    </w:tbl>
    <w:p/>
    <w:p>
      <w:r>
        <w:t>Notes : ............................................................................................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