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0B57D0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FICHE DE REVISION — BREVET</w:t>
            </w:r>
          </w:p>
          <w:p>
            <w:r>
              <w:rPr>
                <w:color w:val="FFFFFF"/>
                <w:sz w:val="21"/>
              </w:rPr>
              <w:t>Modele Word a remplir (1 chapitre = 1 fiche)</w:t>
            </w:r>
          </w:p>
        </w:tc>
        <w:tc>
          <w:tcPr>
            <w:tcW w:type="dxa" w:w="5156"/>
            <w:shd w:val="clear" w:color="auto" w:fill="0B57D0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</w:pPr>
            <w:r>
              <w:rPr>
                <w:b/>
                <w:color w:val="FFFFFF"/>
                <w:sz w:val="23"/>
              </w:rPr>
              <w:t>lecoursgratuit.com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78"/>
        <w:gridCol w:w="2578"/>
        <w:gridCol w:w="2578"/>
        <w:gridCol w:w="2578"/>
      </w:tblGrid>
      <w:tr>
        <w:tc>
          <w:tcPr>
            <w:tcW w:type="dxa" w:w="2578"/>
            <w:shd w:val="clear" w:color="auto" w:fill="F3F6FF"/>
          </w:tcPr>
          <w:p>
            <w:r>
              <w:rPr>
                <w:b/>
                <w:sz w:val="21"/>
              </w:rPr>
              <w:t>Nom et prenom</w:t>
            </w:r>
          </w:p>
        </w:tc>
        <w:tc>
          <w:tcPr>
            <w:tcW w:type="dxa" w:w="2578"/>
            <w:shd w:val="clear" w:color="auto" w:fill="F3F6FF"/>
          </w:tcPr>
          <w:p>
            <w:r>
              <w:rPr>
                <w:b/>
                <w:sz w:val="21"/>
              </w:rPr>
              <w:t>Classe</w:t>
            </w:r>
          </w:p>
        </w:tc>
        <w:tc>
          <w:tcPr>
            <w:tcW w:type="dxa" w:w="2578"/>
            <w:shd w:val="clear" w:color="auto" w:fill="F3F6FF"/>
          </w:tcPr>
          <w:p>
            <w:r>
              <w:rPr>
                <w:b/>
                <w:sz w:val="21"/>
              </w:rPr>
              <w:t>Matiere</w:t>
            </w:r>
          </w:p>
        </w:tc>
        <w:tc>
          <w:tcPr>
            <w:tcW w:type="dxa" w:w="2578"/>
            <w:shd w:val="clear" w:color="auto" w:fill="F3F6FF"/>
          </w:tcPr>
          <w:p>
            <w:r>
              <w:rPr>
                <w:b/>
                <w:sz w:val="21"/>
              </w:rPr>
              <w:t>Chapitre / Theme</w:t>
            </w:r>
          </w:p>
        </w:tc>
      </w:tr>
      <w:tr>
        <w:tc>
          <w:tcPr>
            <w:tcW w:type="dxa" w:w="2578"/>
          </w:tcPr>
          <w:p>
            <w:r>
              <w:rPr>
                <w:sz w:val="21"/>
              </w:rPr>
              <w:t>..........................................................</w:t>
            </w:r>
          </w:p>
        </w:tc>
        <w:tc>
          <w:tcPr>
            <w:tcW w:type="dxa" w:w="2578"/>
          </w:tcPr>
          <w:p>
            <w:r>
              <w:rPr>
                <w:sz w:val="21"/>
              </w:rPr>
              <w:t>..........................................................</w:t>
            </w:r>
          </w:p>
        </w:tc>
        <w:tc>
          <w:tcPr>
            <w:tcW w:type="dxa" w:w="2578"/>
          </w:tcPr>
          <w:p>
            <w:r>
              <w:rPr>
                <w:sz w:val="21"/>
              </w:rPr>
              <w:t>..........................................................</w:t>
            </w:r>
          </w:p>
        </w:tc>
        <w:tc>
          <w:tcPr>
            <w:tcW w:type="dxa" w:w="2578"/>
          </w:tcPr>
          <w:p>
            <w:r>
              <w:rPr>
                <w:sz w:val="21"/>
              </w:rPr>
              <w:t>..........................................................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</w:tcPr>
          <w:p>
            <w:r>
              <w:rPr>
                <w:sz w:val="21"/>
              </w:rPr>
              <w:t>Date : ........../........../..........</w:t>
            </w:r>
          </w:p>
        </w:tc>
        <w:tc>
          <w:tcPr>
            <w:tcW w:type="dxa" w:w="3437"/>
          </w:tcPr>
          <w:p>
            <w:r>
              <w:rPr>
                <w:sz w:val="21"/>
              </w:rPr>
              <w:t>Temps de revision : .......... min</w:t>
            </w:r>
          </w:p>
        </w:tc>
        <w:tc>
          <w:tcPr>
            <w:tcW w:type="dxa" w:w="3437"/>
          </w:tcPr>
          <w:p>
            <w:r>
              <w:rPr>
                <w:sz w:val="21"/>
              </w:rPr>
              <w:t>Objectif (note / competences) : 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1) L'essentiel en 5 points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2) Definitions a retenir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3) Methode / Etapes (ce que je dois refaire pareil au controle)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4) Exemples types (2 maximum)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F3F6FF"/>
          </w:tcPr>
          <w:p>
            <w:r>
              <w:t>Exemple 1 (enonce / idee)</w:t>
            </w:r>
          </w:p>
        </w:tc>
        <w:tc>
          <w:tcPr>
            <w:tcW w:type="dxa" w:w="5156"/>
            <w:shd w:val="clear" w:color="auto" w:fill="F3F6FF"/>
          </w:tcPr>
          <w:p>
            <w:r>
              <w:t>Correction courte / resultat</w:t>
            </w:r>
          </w:p>
        </w:tc>
      </w:tr>
      <w:tr>
        <w:tc>
          <w:tcPr>
            <w:tcW w:type="dxa" w:w="5156"/>
          </w:tcPr>
          <w:p>
            <w:r>
              <w:t xml:space="preserve"> </w:t>
            </w:r>
          </w:p>
        </w:tc>
        <w:tc>
          <w:tcPr>
            <w:tcW w:type="dxa" w:w="5156"/>
          </w:tcPr>
          <w:p>
            <w:r>
              <w:t xml:space="preserve"> </w:t>
            </w:r>
          </w:p>
        </w:tc>
      </w:tr>
      <w:tr>
        <w:tc>
          <w:tcPr>
            <w:tcW w:type="dxa" w:w="5156"/>
            <w:shd w:val="clear" w:color="auto" w:fill="F3F6FF"/>
          </w:tcPr>
          <w:p>
            <w:r>
              <w:t>Exemple 2 (enonce / idee)</w:t>
            </w:r>
          </w:p>
        </w:tc>
        <w:tc>
          <w:tcPr>
            <w:tcW w:type="dxa" w:w="5156"/>
            <w:shd w:val="clear" w:color="auto" w:fill="F3F6FF"/>
          </w:tcPr>
          <w:p>
            <w:r>
              <w:t>Correction courte / resultat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5) Formules / Dates / Repères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6) Erreurs frequentes (ce qui me fait perdre des points)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  <w:tr>
        <w:tc>
          <w:tcPr>
            <w:tcW w:type="dxa" w:w="10312"/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0B57D0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7) Mini-quiz (je me teste en 2 minutes)</w:t>
            </w:r>
          </w:p>
        </w:tc>
      </w:tr>
    </w:tbl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5156"/>
            <w:shd w:val="clear" w:color="auto" w:fill="F3F6FF"/>
          </w:tcPr>
          <w:p>
            <w:r>
              <w:t>Questions</w:t>
            </w:r>
          </w:p>
        </w:tc>
        <w:tc>
          <w:tcPr>
            <w:tcW w:type="dxa" w:w="5156"/>
            <w:shd w:val="clear" w:color="auto" w:fill="F3F6FF"/>
          </w:tcPr>
          <w:p>
            <w:r>
              <w:t>Reponses (a cacher)</w:t>
            </w:r>
          </w:p>
        </w:tc>
      </w:tr>
      <w:tr>
        <w:tc>
          <w:tcPr>
            <w:tcW w:type="dxa" w:w="5156"/>
          </w:tcPr>
          <w:p>
            <w:r>
              <w:t>1. ..........................................................</w:t>
            </w:r>
          </w:p>
        </w:tc>
        <w:tc>
          <w:tcPr>
            <w:tcW w:type="dxa" w:w="5156"/>
          </w:tcPr>
          <w:p>
            <w:r>
              <w:t>..........................................................</w:t>
            </w:r>
          </w:p>
        </w:tc>
      </w:tr>
      <w:tr>
        <w:tc>
          <w:tcPr>
            <w:tcW w:type="dxa" w:w="5156"/>
          </w:tcPr>
          <w:p>
            <w:r>
              <w:t>2. ..........................................................</w:t>
            </w:r>
          </w:p>
        </w:tc>
        <w:tc>
          <w:tcPr>
            <w:tcW w:type="dxa" w:w="5156"/>
          </w:tcPr>
          <w:p>
            <w:r>
              <w:t>..........................................................</w:t>
            </w:r>
          </w:p>
        </w:tc>
      </w:tr>
      <w:tr>
        <w:tc>
          <w:tcPr>
            <w:tcW w:type="dxa" w:w="5156"/>
          </w:tcPr>
          <w:p>
            <w:r>
              <w:t>3. ..........................................................</w:t>
            </w:r>
          </w:p>
        </w:tc>
        <w:tc>
          <w:tcPr>
            <w:tcW w:type="dxa" w:w="5156"/>
          </w:tcPr>
          <w:p>
            <w:r>
              <w:t>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10B981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4"/>
              </w:rPr>
              <w:t>Checklist avant le brevet</w:t>
            </w:r>
          </w:p>
        </w:tc>
      </w:tr>
    </w:tbl>
    <w:p>
      <w:r>
        <w:rPr>
          <w:sz w:val="22"/>
        </w:rPr>
        <w:t xml:space="preserve">☐ </w:t>
      </w:r>
      <w:r>
        <w:rPr>
          <w:sz w:val="22"/>
        </w:rPr>
        <w:t>Je connais les definitions (sans relire le cours).</w:t>
      </w:r>
    </w:p>
    <w:p>
      <w:r>
        <w:rPr>
          <w:sz w:val="22"/>
        </w:rPr>
        <w:t xml:space="preserve">☐ </w:t>
      </w:r>
      <w:r>
        <w:rPr>
          <w:sz w:val="22"/>
        </w:rPr>
        <w:t>Je sais refaire la methode sur un exercice type.</w:t>
      </w:r>
    </w:p>
    <w:p>
      <w:r>
        <w:rPr>
          <w:sz w:val="22"/>
        </w:rPr>
        <w:t xml:space="preserve">☐ </w:t>
      </w:r>
      <w:r>
        <w:rPr>
          <w:sz w:val="22"/>
        </w:rPr>
        <w:t>Je sais expliquer l'essentiel en 60 secondes.</w:t>
      </w:r>
    </w:p>
    <w:p>
      <w:r>
        <w:rPr>
          <w:sz w:val="22"/>
        </w:rPr>
        <w:t xml:space="preserve">☐ </w:t>
      </w:r>
      <w:r>
        <w:rPr>
          <w:sz w:val="22"/>
        </w:rPr>
        <w:t>J'ai fait le mini-quiz sans regarder la fiche.</w:t>
      </w:r>
    </w:p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