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tblLook w:firstColumn="1" w:firstRow="1" w:lastColumn="0" w:lastRow="0" w:noHBand="0" w:noVBand="1" w:val="04A0"/>
      </w:tblPr>
      <w:tblGrid>
        <w:gridCol w:w="10080"/>
      </w:tblGrid>
      <w:tr>
        <w:tc>
          <w:tcPr>
            <w:tcW w:type="dxa" w:w="10080"/>
            <w:shd w:val="clear" w:color="auto" w:fill="0B57D0"/>
            <w:tcBorders>
              <w:top w:val="single" w:sz="0" w:space="0" w:color="0B57D0"/>
              <w:left w:val="single" w:sz="0" w:space="0" w:color="0B57D0"/>
              <w:bottom w:val="single" w:sz="0" w:space="0" w:color="0B57D0"/>
              <w:right w:val="single" w:sz="0" w:space="0" w:color="0B57D0"/>
            </w:tcBorders>
          </w:tcPr>
          <w:p>
            <w:pPr>
              <w:jc w:val="center"/>
            </w:pPr>
            <w:r>
              <w:rPr>
                <w:rFonts w:ascii="Calibri" w:hAnsi="Calibri"/>
                <w:b/>
                <w:color w:val="FFFFFF"/>
                <w:sz w:val="40"/>
              </w:rPr>
              <w:t>PLAN DE MÉMOIRE DE MASTER</w:t>
            </w:r>
          </w:p>
          <w:p>
            <w:pPr>
              <w:jc w:val="center"/>
            </w:pPr>
            <w:r>
              <w:rPr>
                <w:rFonts w:ascii="Calibri" w:hAnsi="Calibri"/>
                <w:b w:val="0"/>
                <w:color w:val="E8F0FE"/>
                <w:sz w:val="24"/>
              </w:rPr>
              <w:t>Modèle premium avec tableaux guidés</w:t>
            </w:r>
          </w:p>
        </w:tc>
      </w:tr>
    </w:tbl>
    <w:p/>
    <w:p>
      <w:r>
        <w:rPr>
          <w:rFonts w:ascii="Calibri" w:hAnsi="Calibri"/>
          <w:b/>
          <w:color w:val="0B57D0"/>
          <w:sz w:val="28"/>
        </w:rPr>
        <w:t>Informations du mémoire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040"/>
        <w:gridCol w:w="5040"/>
      </w:tblGrid>
      <w:tr>
        <w:tc>
          <w:tcPr>
            <w:tcW w:type="dxa" w:w="5040"/>
            <w:shd w:val="clear" w:color="auto" w:fill="F3F6FC"/>
            <w:tcBorders>
              <w:top w:val="single" w:sz="8" w:space="0" w:color="D9DEE8"/>
              <w:left w:val="single" w:sz="8" w:space="0" w:color="D9DEE8"/>
              <w:bottom w:val="single" w:sz="8" w:space="0" w:color="D9DEE8"/>
              <w:right w:val="single" w:sz="8" w:space="0" w:color="D9DEE8"/>
            </w:tcBorders>
          </w:tcPr>
          <w:p>
            <w:r>
              <w:rPr>
                <w:rFonts w:ascii="Calibri" w:hAnsi="Calibri"/>
                <w:b/>
                <w:color w:val="111111"/>
                <w:sz w:val="22"/>
              </w:rPr>
              <w:t>Titre du mémoire</w:t>
            </w:r>
          </w:p>
        </w:tc>
        <w:tc>
          <w:tcPr>
            <w:tcW w:type="dxa" w:w="5040"/>
            <w:tcBorders>
              <w:top w:val="single" w:sz="8" w:space="0" w:color="D9DEE8"/>
              <w:left w:val="single" w:sz="8" w:space="0" w:color="D9DEE8"/>
              <w:bottom w:val="single" w:sz="8" w:space="0" w:color="D9DEE8"/>
              <w:right w:val="single" w:sz="8" w:space="0" w:color="D9DEE8"/>
            </w:tcBorders>
          </w:tcPr>
          <w:p>
            <w:r>
              <w:rPr>
                <w:rFonts w:ascii="Calibri" w:hAnsi="Calibri"/>
                <w:b w:val="0"/>
                <w:color w:val="4B5563"/>
                <w:sz w:val="22"/>
              </w:rPr>
              <w:t>....................................................................................................</w:t>
            </w:r>
          </w:p>
        </w:tc>
      </w:tr>
      <w:tr>
        <w:tc>
          <w:tcPr>
            <w:tcW w:type="dxa" w:w="5040"/>
            <w:shd w:val="clear" w:color="auto" w:fill="F3F6FC"/>
            <w:tcBorders>
              <w:top w:val="single" w:sz="8" w:space="0" w:color="D9DEE8"/>
              <w:left w:val="single" w:sz="8" w:space="0" w:color="D9DEE8"/>
              <w:bottom w:val="single" w:sz="8" w:space="0" w:color="D9DEE8"/>
              <w:right w:val="single" w:sz="8" w:space="0" w:color="D9DEE8"/>
            </w:tcBorders>
          </w:tcPr>
          <w:p>
            <w:r>
              <w:rPr>
                <w:rFonts w:ascii="Calibri" w:hAnsi="Calibri"/>
                <w:b/>
                <w:color w:val="111111"/>
                <w:sz w:val="22"/>
              </w:rPr>
              <w:t>Sous-titre</w:t>
            </w:r>
          </w:p>
        </w:tc>
        <w:tc>
          <w:tcPr>
            <w:tcW w:type="dxa" w:w="5040"/>
            <w:tcBorders>
              <w:top w:val="single" w:sz="8" w:space="0" w:color="D9DEE8"/>
              <w:left w:val="single" w:sz="8" w:space="0" w:color="D9DEE8"/>
              <w:bottom w:val="single" w:sz="8" w:space="0" w:color="D9DEE8"/>
              <w:right w:val="single" w:sz="8" w:space="0" w:color="D9DEE8"/>
            </w:tcBorders>
          </w:tcPr>
          <w:p>
            <w:r>
              <w:rPr>
                <w:rFonts w:ascii="Calibri" w:hAnsi="Calibri"/>
                <w:b w:val="0"/>
                <w:color w:val="4B5563"/>
                <w:sz w:val="22"/>
              </w:rPr>
              <w:t>....................................................................................................</w:t>
            </w:r>
          </w:p>
        </w:tc>
      </w:tr>
      <w:tr>
        <w:tc>
          <w:tcPr>
            <w:tcW w:type="dxa" w:w="5040"/>
            <w:shd w:val="clear" w:color="auto" w:fill="F3F6FC"/>
            <w:tcBorders>
              <w:top w:val="single" w:sz="8" w:space="0" w:color="D9DEE8"/>
              <w:left w:val="single" w:sz="8" w:space="0" w:color="D9DEE8"/>
              <w:bottom w:val="single" w:sz="8" w:space="0" w:color="D9DEE8"/>
              <w:right w:val="single" w:sz="8" w:space="0" w:color="D9DEE8"/>
            </w:tcBorders>
          </w:tcPr>
          <w:p>
            <w:r>
              <w:rPr>
                <w:rFonts w:ascii="Calibri" w:hAnsi="Calibri"/>
                <w:b/>
                <w:color w:val="111111"/>
                <w:sz w:val="22"/>
              </w:rPr>
              <w:t>Étudiant</w:t>
            </w:r>
          </w:p>
        </w:tc>
        <w:tc>
          <w:tcPr>
            <w:tcW w:type="dxa" w:w="5040"/>
            <w:tcBorders>
              <w:top w:val="single" w:sz="8" w:space="0" w:color="D9DEE8"/>
              <w:left w:val="single" w:sz="8" w:space="0" w:color="D9DEE8"/>
              <w:bottom w:val="single" w:sz="8" w:space="0" w:color="D9DEE8"/>
              <w:right w:val="single" w:sz="8" w:space="0" w:color="D9DEE8"/>
            </w:tcBorders>
          </w:tcPr>
          <w:p>
            <w:r>
              <w:rPr>
                <w:rFonts w:ascii="Calibri" w:hAnsi="Calibri"/>
                <w:b w:val="0"/>
                <w:color w:val="4B5563"/>
                <w:sz w:val="22"/>
              </w:rPr>
              <w:t>....................................................................................................</w:t>
            </w:r>
          </w:p>
        </w:tc>
      </w:tr>
      <w:tr>
        <w:tc>
          <w:tcPr>
            <w:tcW w:type="dxa" w:w="5040"/>
            <w:shd w:val="clear" w:color="auto" w:fill="F3F6FC"/>
            <w:tcBorders>
              <w:top w:val="single" w:sz="8" w:space="0" w:color="D9DEE8"/>
              <w:left w:val="single" w:sz="8" w:space="0" w:color="D9DEE8"/>
              <w:bottom w:val="single" w:sz="8" w:space="0" w:color="D9DEE8"/>
              <w:right w:val="single" w:sz="8" w:space="0" w:color="D9DEE8"/>
            </w:tcBorders>
          </w:tcPr>
          <w:p>
            <w:r>
              <w:rPr>
                <w:rFonts w:ascii="Calibri" w:hAnsi="Calibri"/>
                <w:b/>
                <w:color w:val="111111"/>
                <w:sz w:val="22"/>
              </w:rPr>
              <w:t>Master / Spécialité</w:t>
            </w:r>
          </w:p>
        </w:tc>
        <w:tc>
          <w:tcPr>
            <w:tcW w:type="dxa" w:w="5040"/>
            <w:tcBorders>
              <w:top w:val="single" w:sz="8" w:space="0" w:color="D9DEE8"/>
              <w:left w:val="single" w:sz="8" w:space="0" w:color="D9DEE8"/>
              <w:bottom w:val="single" w:sz="8" w:space="0" w:color="D9DEE8"/>
              <w:right w:val="single" w:sz="8" w:space="0" w:color="D9DEE8"/>
            </w:tcBorders>
          </w:tcPr>
          <w:p>
            <w:r>
              <w:rPr>
                <w:rFonts w:ascii="Calibri" w:hAnsi="Calibri"/>
                <w:b w:val="0"/>
                <w:color w:val="4B5563"/>
                <w:sz w:val="22"/>
              </w:rPr>
              <w:t>....................................................................................................</w:t>
            </w:r>
          </w:p>
        </w:tc>
      </w:tr>
      <w:tr>
        <w:tc>
          <w:tcPr>
            <w:tcW w:type="dxa" w:w="5040"/>
            <w:shd w:val="clear" w:color="auto" w:fill="F3F6FC"/>
            <w:tcBorders>
              <w:top w:val="single" w:sz="8" w:space="0" w:color="D9DEE8"/>
              <w:left w:val="single" w:sz="8" w:space="0" w:color="D9DEE8"/>
              <w:bottom w:val="single" w:sz="8" w:space="0" w:color="D9DEE8"/>
              <w:right w:val="single" w:sz="8" w:space="0" w:color="D9DEE8"/>
            </w:tcBorders>
          </w:tcPr>
          <w:p>
            <w:r>
              <w:rPr>
                <w:rFonts w:ascii="Calibri" w:hAnsi="Calibri"/>
                <w:b/>
                <w:color w:val="111111"/>
                <w:sz w:val="22"/>
              </w:rPr>
              <w:t>Établissement</w:t>
            </w:r>
          </w:p>
        </w:tc>
        <w:tc>
          <w:tcPr>
            <w:tcW w:type="dxa" w:w="5040"/>
            <w:tcBorders>
              <w:top w:val="single" w:sz="8" w:space="0" w:color="D9DEE8"/>
              <w:left w:val="single" w:sz="8" w:space="0" w:color="D9DEE8"/>
              <w:bottom w:val="single" w:sz="8" w:space="0" w:color="D9DEE8"/>
              <w:right w:val="single" w:sz="8" w:space="0" w:color="D9DEE8"/>
            </w:tcBorders>
          </w:tcPr>
          <w:p>
            <w:r>
              <w:rPr>
                <w:rFonts w:ascii="Calibri" w:hAnsi="Calibri"/>
                <w:b w:val="0"/>
                <w:color w:val="4B5563"/>
                <w:sz w:val="22"/>
              </w:rPr>
              <w:t>....................................................................................................</w:t>
            </w:r>
          </w:p>
        </w:tc>
      </w:tr>
      <w:tr>
        <w:tc>
          <w:tcPr>
            <w:tcW w:type="dxa" w:w="5040"/>
            <w:shd w:val="clear" w:color="auto" w:fill="F3F6FC"/>
            <w:tcBorders>
              <w:top w:val="single" w:sz="8" w:space="0" w:color="D9DEE8"/>
              <w:left w:val="single" w:sz="8" w:space="0" w:color="D9DEE8"/>
              <w:bottom w:val="single" w:sz="8" w:space="0" w:color="D9DEE8"/>
              <w:right w:val="single" w:sz="8" w:space="0" w:color="D9DEE8"/>
            </w:tcBorders>
          </w:tcPr>
          <w:p>
            <w:r>
              <w:rPr>
                <w:rFonts w:ascii="Calibri" w:hAnsi="Calibri"/>
                <w:b/>
                <w:color w:val="111111"/>
                <w:sz w:val="22"/>
              </w:rPr>
              <w:t>Encadrant</w:t>
            </w:r>
          </w:p>
        </w:tc>
        <w:tc>
          <w:tcPr>
            <w:tcW w:type="dxa" w:w="5040"/>
            <w:tcBorders>
              <w:top w:val="single" w:sz="8" w:space="0" w:color="D9DEE8"/>
              <w:left w:val="single" w:sz="8" w:space="0" w:color="D9DEE8"/>
              <w:bottom w:val="single" w:sz="8" w:space="0" w:color="D9DEE8"/>
              <w:right w:val="single" w:sz="8" w:space="0" w:color="D9DEE8"/>
            </w:tcBorders>
          </w:tcPr>
          <w:p>
            <w:r>
              <w:rPr>
                <w:rFonts w:ascii="Calibri" w:hAnsi="Calibri"/>
                <w:b w:val="0"/>
                <w:color w:val="4B5563"/>
                <w:sz w:val="22"/>
              </w:rPr>
              <w:t>....................................................................................................</w:t>
            </w:r>
          </w:p>
        </w:tc>
      </w:tr>
      <w:tr>
        <w:tc>
          <w:tcPr>
            <w:tcW w:type="dxa" w:w="5040"/>
            <w:shd w:val="clear" w:color="auto" w:fill="F3F6FC"/>
            <w:tcBorders>
              <w:top w:val="single" w:sz="8" w:space="0" w:color="D9DEE8"/>
              <w:left w:val="single" w:sz="8" w:space="0" w:color="D9DEE8"/>
              <w:bottom w:val="single" w:sz="8" w:space="0" w:color="D9DEE8"/>
              <w:right w:val="single" w:sz="8" w:space="0" w:color="D9DEE8"/>
            </w:tcBorders>
          </w:tcPr>
          <w:p>
            <w:r>
              <w:rPr>
                <w:rFonts w:ascii="Calibri" w:hAnsi="Calibri"/>
                <w:b/>
                <w:color w:val="111111"/>
                <w:sz w:val="22"/>
              </w:rPr>
              <w:t>Année universitaire</w:t>
            </w:r>
          </w:p>
        </w:tc>
        <w:tc>
          <w:tcPr>
            <w:tcW w:type="dxa" w:w="5040"/>
            <w:tcBorders>
              <w:top w:val="single" w:sz="8" w:space="0" w:color="D9DEE8"/>
              <w:left w:val="single" w:sz="8" w:space="0" w:color="D9DEE8"/>
              <w:bottom w:val="single" w:sz="8" w:space="0" w:color="D9DEE8"/>
              <w:right w:val="single" w:sz="8" w:space="0" w:color="D9DEE8"/>
            </w:tcBorders>
          </w:tcPr>
          <w:p>
            <w:r>
              <w:rPr>
                <w:rFonts w:ascii="Calibri" w:hAnsi="Calibri"/>
                <w:b w:val="0"/>
                <w:color w:val="4B5563"/>
                <w:sz w:val="22"/>
              </w:rPr>
              <w:t>....................................................................................................</w:t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080"/>
      </w:tblGrid>
      <w:tr>
        <w:tc>
          <w:tcPr>
            <w:tcW w:type="dxa" w:w="10080"/>
            <w:shd w:val="clear" w:color="auto" w:fill="E8F0FE"/>
            <w:tcBorders>
              <w:top w:val="single" w:sz="8" w:space="0" w:color="D9DEE8"/>
              <w:left w:val="single" w:sz="8" w:space="0" w:color="D9DEE8"/>
              <w:bottom w:val="single" w:sz="8" w:space="0" w:color="D9DEE8"/>
              <w:right w:val="single" w:sz="8" w:space="0" w:color="D9DEE8"/>
            </w:tcBorders>
          </w:tcPr>
          <w:p>
            <w:r>
              <w:rPr>
                <w:rFonts w:ascii="Calibri" w:hAnsi="Calibri"/>
                <w:b/>
                <w:color w:val="0B57D0"/>
                <w:sz w:val="24"/>
              </w:rPr>
              <w:t>Carte du mémoire</w:t>
            </w:r>
          </w:p>
        </w:tc>
      </w:tr>
      <w:tr>
        <w:tc>
          <w:tcPr>
            <w:tcW w:type="dxa" w:w="10080"/>
            <w:tcBorders>
              <w:top w:val="single" w:sz="8" w:space="0" w:color="D9DEE8"/>
              <w:left w:val="single" w:sz="8" w:space="0" w:color="D9DEE8"/>
              <w:bottom w:val="single" w:sz="8" w:space="0" w:color="D9DEE8"/>
              <w:right w:val="single" w:sz="8" w:space="0" w:color="D9DEE8"/>
            </w:tcBorders>
          </w:tcPr>
          <w:p>
            <w:r>
              <w:rPr>
                <w:rFonts w:ascii="Calibri" w:hAnsi="Calibri"/>
                <w:b/>
                <w:sz w:val="22"/>
              </w:rPr>
              <w:t xml:space="preserve">Question centrale : </w:t>
            </w:r>
            <w:r>
              <w:rPr>
                <w:rFonts w:ascii="Calibri" w:hAnsi="Calibri"/>
                <w:sz w:val="22"/>
              </w:rPr>
              <w:t>[Formulez ici la question de recherche en une phrase]</w:t>
            </w:r>
          </w:p>
          <w:p>
            <w:r>
              <w:rPr>
                <w:rFonts w:ascii="Calibri" w:hAnsi="Calibri"/>
                <w:b/>
                <w:sz w:val="22"/>
              </w:rPr>
              <w:t xml:space="preserve">Objectif principal : </w:t>
            </w:r>
            <w:r>
              <w:rPr>
                <w:rFonts w:ascii="Calibri" w:hAnsi="Calibri"/>
                <w:sz w:val="22"/>
              </w:rPr>
              <w:t>[Ce que le mémoire cherche à démontrer ou à comprendre]</w:t>
            </w:r>
          </w:p>
          <w:p>
            <w:r>
              <w:rPr>
                <w:rFonts w:ascii="Calibri" w:hAnsi="Calibri"/>
                <w:b/>
                <w:sz w:val="22"/>
              </w:rPr>
              <w:t xml:space="preserve">Méthode : </w:t>
            </w:r>
            <w:r>
              <w:rPr>
                <w:rFonts w:ascii="Calibri" w:hAnsi="Calibri"/>
                <w:sz w:val="22"/>
              </w:rPr>
              <w:t>[Qualitative / Quantitative / Mixte]</w:t>
            </w:r>
          </w:p>
          <w:p>
            <w:r>
              <w:rPr>
                <w:rFonts w:ascii="Calibri" w:hAnsi="Calibri"/>
                <w:b/>
                <w:sz w:val="22"/>
              </w:rPr>
              <w:t xml:space="preserve">Terrain / Corpus : </w:t>
            </w:r>
            <w:r>
              <w:rPr>
                <w:rFonts w:ascii="Calibri" w:hAnsi="Calibri"/>
                <w:sz w:val="22"/>
              </w:rPr>
              <w:t>[Organisation, population, base de données, corpus documentaire]</w:t>
            </w:r>
          </w:p>
        </w:tc>
      </w:tr>
    </w:tbl>
    <w:p/>
    <w:p>
      <w:r>
        <w:rPr>
          <w:rFonts w:ascii="Calibri" w:hAnsi="Calibri"/>
          <w:b/>
          <w:color w:val="0B57D0"/>
          <w:sz w:val="24"/>
        </w:rPr>
        <w:t>Checklist de validation du plan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040"/>
        <w:gridCol w:w="5040"/>
      </w:tblGrid>
      <w:tr>
        <w:tc>
          <w:tcPr>
            <w:tcW w:type="dxa" w:w="5040"/>
            <w:shd w:val="clear" w:color="auto" w:fill="F3F6FC"/>
            <w:tcBorders>
              <w:top w:val="single" w:sz="8" w:space="0" w:color="D9DEE8"/>
              <w:left w:val="single" w:sz="8" w:space="0" w:color="D9DEE8"/>
              <w:bottom w:val="single" w:sz="8" w:space="0" w:color="D9DEE8"/>
              <w:right w:val="single" w:sz="8" w:space="0" w:color="D9DEE8"/>
            </w:tcBorders>
          </w:tcPr>
          <w:p>
            <w:r>
              <w:rPr>
                <w:rFonts w:ascii="Calibri" w:hAnsi="Calibri"/>
                <w:b/>
                <w:color w:val="111111"/>
                <w:sz w:val="22"/>
              </w:rPr>
              <w:t>Cohérence globale</w:t>
            </w:r>
          </w:p>
        </w:tc>
        <w:tc>
          <w:tcPr>
            <w:tcW w:type="dxa" w:w="5040"/>
            <w:tcBorders>
              <w:top w:val="single" w:sz="8" w:space="0" w:color="D9DEE8"/>
              <w:left w:val="single" w:sz="8" w:space="0" w:color="D9DEE8"/>
              <w:bottom w:val="single" w:sz="8" w:space="0" w:color="D9DEE8"/>
              <w:right w:val="single" w:sz="8" w:space="0" w:color="D9DEE8"/>
            </w:tcBorders>
          </w:tcPr>
          <w:p>
            <w:r>
              <w:rPr>
                <w:rFonts w:ascii="Calibri" w:hAnsi="Calibri"/>
                <w:sz w:val="22"/>
              </w:rPr>
              <w:t>☐ Chaque chapitre répond à une question claire et prépare le suivant.</w:t>
            </w:r>
          </w:p>
        </w:tc>
      </w:tr>
      <w:tr>
        <w:tc>
          <w:tcPr>
            <w:tcW w:type="dxa" w:w="5040"/>
            <w:shd w:val="clear" w:color="auto" w:fill="F3F6FC"/>
            <w:tcBorders>
              <w:top w:val="single" w:sz="8" w:space="0" w:color="D9DEE8"/>
              <w:left w:val="single" w:sz="8" w:space="0" w:color="D9DEE8"/>
              <w:bottom w:val="single" w:sz="8" w:space="0" w:color="D9DEE8"/>
              <w:right w:val="single" w:sz="8" w:space="0" w:color="D9DEE8"/>
            </w:tcBorders>
          </w:tcPr>
          <w:p>
            <w:r>
              <w:rPr>
                <w:rFonts w:ascii="Calibri" w:hAnsi="Calibri"/>
                <w:b/>
                <w:color w:val="111111"/>
                <w:sz w:val="22"/>
              </w:rPr>
              <w:t>Alignement</w:t>
            </w:r>
          </w:p>
        </w:tc>
        <w:tc>
          <w:tcPr>
            <w:tcW w:type="dxa" w:w="5040"/>
            <w:tcBorders>
              <w:top w:val="single" w:sz="8" w:space="0" w:color="D9DEE8"/>
              <w:left w:val="single" w:sz="8" w:space="0" w:color="D9DEE8"/>
              <w:bottom w:val="single" w:sz="8" w:space="0" w:color="D9DEE8"/>
              <w:right w:val="single" w:sz="8" w:space="0" w:color="D9DEE8"/>
            </w:tcBorders>
          </w:tcPr>
          <w:p>
            <w:r>
              <w:rPr>
                <w:rFonts w:ascii="Calibri" w:hAnsi="Calibri"/>
                <w:sz w:val="22"/>
              </w:rPr>
              <w:t>☐ Objectifs, méthode, résultats et discussion se répondent sans contradiction.</w:t>
            </w:r>
          </w:p>
        </w:tc>
      </w:tr>
      <w:tr>
        <w:tc>
          <w:tcPr>
            <w:tcW w:type="dxa" w:w="5040"/>
            <w:shd w:val="clear" w:color="auto" w:fill="F3F6FC"/>
            <w:tcBorders>
              <w:top w:val="single" w:sz="8" w:space="0" w:color="D9DEE8"/>
              <w:left w:val="single" w:sz="8" w:space="0" w:color="D9DEE8"/>
              <w:bottom w:val="single" w:sz="8" w:space="0" w:color="D9DEE8"/>
              <w:right w:val="single" w:sz="8" w:space="0" w:color="D9DEE8"/>
            </w:tcBorders>
          </w:tcPr>
          <w:p>
            <w:r>
              <w:rPr>
                <w:rFonts w:ascii="Calibri" w:hAnsi="Calibri"/>
                <w:b/>
                <w:color w:val="111111"/>
                <w:sz w:val="22"/>
              </w:rPr>
              <w:t>Précision des titres</w:t>
            </w:r>
          </w:p>
        </w:tc>
        <w:tc>
          <w:tcPr>
            <w:tcW w:type="dxa" w:w="5040"/>
            <w:tcBorders>
              <w:top w:val="single" w:sz="8" w:space="0" w:color="D9DEE8"/>
              <w:left w:val="single" w:sz="8" w:space="0" w:color="D9DEE8"/>
              <w:bottom w:val="single" w:sz="8" w:space="0" w:color="D9DEE8"/>
              <w:right w:val="single" w:sz="8" w:space="0" w:color="D9DEE8"/>
            </w:tcBorders>
          </w:tcPr>
          <w:p>
            <w:r>
              <w:rPr>
                <w:rFonts w:ascii="Calibri" w:hAnsi="Calibri"/>
                <w:sz w:val="22"/>
              </w:rPr>
              <w:t>☐ Titres informatifs, homogènes, sans formulations vagues.</w:t>
            </w:r>
          </w:p>
        </w:tc>
      </w:tr>
      <w:tr>
        <w:tc>
          <w:tcPr>
            <w:tcW w:type="dxa" w:w="5040"/>
            <w:shd w:val="clear" w:color="auto" w:fill="F3F6FC"/>
            <w:tcBorders>
              <w:top w:val="single" w:sz="8" w:space="0" w:color="D9DEE8"/>
              <w:left w:val="single" w:sz="8" w:space="0" w:color="D9DEE8"/>
              <w:bottom w:val="single" w:sz="8" w:space="0" w:color="D9DEE8"/>
              <w:right w:val="single" w:sz="8" w:space="0" w:color="D9DEE8"/>
            </w:tcBorders>
          </w:tcPr>
          <w:p>
            <w:r>
              <w:rPr>
                <w:rFonts w:ascii="Calibri" w:hAnsi="Calibri"/>
                <w:b/>
                <w:color w:val="111111"/>
                <w:sz w:val="22"/>
              </w:rPr>
              <w:t>Équilibre</w:t>
            </w:r>
          </w:p>
        </w:tc>
        <w:tc>
          <w:tcPr>
            <w:tcW w:type="dxa" w:w="5040"/>
            <w:tcBorders>
              <w:top w:val="single" w:sz="8" w:space="0" w:color="D9DEE8"/>
              <w:left w:val="single" w:sz="8" w:space="0" w:color="D9DEE8"/>
              <w:bottom w:val="single" w:sz="8" w:space="0" w:color="D9DEE8"/>
              <w:right w:val="single" w:sz="8" w:space="0" w:color="D9DEE8"/>
            </w:tcBorders>
          </w:tcPr>
          <w:p>
            <w:r>
              <w:rPr>
                <w:rFonts w:ascii="Calibri" w:hAnsi="Calibri"/>
                <w:sz w:val="22"/>
              </w:rPr>
              <w:t>☐ La partie analyse est plus forte que la partie descriptive.</w:t>
            </w:r>
          </w:p>
        </w:tc>
      </w:tr>
      <w:tr>
        <w:tc>
          <w:tcPr>
            <w:tcW w:type="dxa" w:w="5040"/>
            <w:shd w:val="clear" w:color="auto" w:fill="F3F6FC"/>
            <w:tcBorders>
              <w:top w:val="single" w:sz="8" w:space="0" w:color="D9DEE8"/>
              <w:left w:val="single" w:sz="8" w:space="0" w:color="D9DEE8"/>
              <w:bottom w:val="single" w:sz="8" w:space="0" w:color="D9DEE8"/>
              <w:right w:val="single" w:sz="8" w:space="0" w:color="D9DEE8"/>
            </w:tcBorders>
          </w:tcPr>
          <w:p>
            <w:r>
              <w:rPr>
                <w:rFonts w:ascii="Calibri" w:hAnsi="Calibri"/>
                <w:b/>
                <w:color w:val="111111"/>
                <w:sz w:val="22"/>
              </w:rPr>
              <w:t>Preuves</w:t>
            </w:r>
          </w:p>
        </w:tc>
        <w:tc>
          <w:tcPr>
            <w:tcW w:type="dxa" w:w="5040"/>
            <w:tcBorders>
              <w:top w:val="single" w:sz="8" w:space="0" w:color="D9DEE8"/>
              <w:left w:val="single" w:sz="8" w:space="0" w:color="D9DEE8"/>
              <w:bottom w:val="single" w:sz="8" w:space="0" w:color="D9DEE8"/>
              <w:right w:val="single" w:sz="8" w:space="0" w:color="D9DEE8"/>
            </w:tcBorders>
          </w:tcPr>
          <w:p>
            <w:r>
              <w:rPr>
                <w:rFonts w:ascii="Calibri" w:hAnsi="Calibri"/>
                <w:sz w:val="22"/>
              </w:rPr>
              <w:t>☐ Chaque résultat annoncé peut être appuyé par une donnée ou un extrait.</w:t>
            </w:r>
          </w:p>
        </w:tc>
      </w:tr>
      <w:tr>
        <w:tc>
          <w:tcPr>
            <w:tcW w:type="dxa" w:w="5040"/>
            <w:shd w:val="clear" w:color="auto" w:fill="F3F6FC"/>
            <w:tcBorders>
              <w:top w:val="single" w:sz="8" w:space="0" w:color="D9DEE8"/>
              <w:left w:val="single" w:sz="8" w:space="0" w:color="D9DEE8"/>
              <w:bottom w:val="single" w:sz="8" w:space="0" w:color="D9DEE8"/>
              <w:right w:val="single" w:sz="8" w:space="0" w:color="D9DEE8"/>
            </w:tcBorders>
          </w:tcPr>
          <w:p>
            <w:r>
              <w:rPr>
                <w:rFonts w:ascii="Calibri" w:hAnsi="Calibri"/>
                <w:b/>
                <w:color w:val="111111"/>
                <w:sz w:val="22"/>
              </w:rPr>
              <w:t>Limites assumées</w:t>
            </w:r>
          </w:p>
        </w:tc>
        <w:tc>
          <w:tcPr>
            <w:tcW w:type="dxa" w:w="5040"/>
            <w:tcBorders>
              <w:top w:val="single" w:sz="8" w:space="0" w:color="D9DEE8"/>
              <w:left w:val="single" w:sz="8" w:space="0" w:color="D9DEE8"/>
              <w:bottom w:val="single" w:sz="8" w:space="0" w:color="D9DEE8"/>
              <w:right w:val="single" w:sz="8" w:space="0" w:color="D9DEE8"/>
            </w:tcBorders>
          </w:tcPr>
          <w:p>
            <w:r>
              <w:rPr>
                <w:rFonts w:ascii="Calibri" w:hAnsi="Calibri"/>
                <w:sz w:val="22"/>
              </w:rPr>
              <w:t>☐ Les limites sont identifiées et formulées sans affaiblir la démarche.</w:t>
            </w:r>
          </w:p>
        </w:tc>
      </w:tr>
    </w:tbl>
    <w:p>
      <w:r>
        <w:br w:type="page"/>
      </w:r>
    </w:p>
    <w:p>
      <w:r>
        <w:rPr>
          <w:rFonts w:ascii="Calibri" w:hAnsi="Calibri"/>
          <w:b/>
          <w:color w:val="0B57D0"/>
          <w:sz w:val="32"/>
        </w:rPr>
        <w:t>Résumé</w:t>
      </w:r>
    </w:p>
    <w:p>
      <w:r>
        <w:rPr>
          <w:rFonts w:ascii="Calibri" w:hAnsi="Calibri"/>
          <w:b w:val="0"/>
          <w:color w:val="4B5563"/>
          <w:sz w:val="20"/>
        </w:rPr>
        <w:t>Attendu : contexte, problématique, méthode, résultats clés, apport principal. Longueur indicative : 10 à 15 lignes.</w:t>
      </w:r>
    </w:p>
    <w:p>
      <w:r>
        <w:t>....................................................................................................</w:t>
      </w:r>
    </w:p>
    <w:p>
      <w:r>
        <w:t>....................................................................................................</w:t>
      </w:r>
    </w:p>
    <w:p>
      <w:r>
        <w:t>....................................................................................................</w:t>
      </w:r>
    </w:p>
    <w:p>
      <w:r>
        <w:t>....................................................................................................</w:t>
      </w:r>
    </w:p>
    <w:p>
      <w:r>
        <w:t>....................................................................................................</w:t>
      </w:r>
    </w:p>
    <w:p>
      <w:r>
        <w:t>....................................................................................................</w:t>
      </w:r>
    </w:p>
    <w:p>
      <w:r>
        <w:rPr>
          <w:rFonts w:ascii="Calibri" w:hAnsi="Calibri"/>
          <w:b/>
          <w:color w:val="0B57D0"/>
          <w:sz w:val="32"/>
        </w:rPr>
        <w:t>Mots-clés</w:t>
      </w:r>
    </w:p>
    <w:p>
      <w:r>
        <w:rPr>
          <w:rFonts w:ascii="Calibri" w:hAnsi="Calibri"/>
          <w:b w:val="0"/>
          <w:color w:val="4B5563"/>
          <w:sz w:val="20"/>
        </w:rPr>
        <w:t>Attendu : 4 à 8 mots-clés séparés par des tirets.</w:t>
      </w:r>
    </w:p>
    <w:p>
      <w:r>
        <w:t>Mot-clé 1 - Mot-clé 2 - Mot-clé 3 - Mot-clé 4 - Mot-clé 5</w:t>
      </w:r>
    </w:p>
    <w:p/>
    <w:p>
      <w:r>
        <w:rPr>
          <w:rFonts w:ascii="Calibri" w:hAnsi="Calibri"/>
          <w:b/>
          <w:color w:val="0B57D0"/>
          <w:sz w:val="32"/>
        </w:rPr>
        <w:t>Introduction générale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040"/>
        <w:gridCol w:w="5040"/>
      </w:tblGrid>
      <w:tr>
        <w:tc>
          <w:tcPr>
            <w:tcW w:type="dxa" w:w="5040"/>
            <w:shd w:val="clear" w:color="auto" w:fill="F3F6FC"/>
            <w:tcBorders>
              <w:top w:val="single" w:sz="8" w:space="0" w:color="D9DEE8"/>
              <w:left w:val="single" w:sz="8" w:space="0" w:color="D9DEE8"/>
              <w:bottom w:val="single" w:sz="8" w:space="0" w:color="D9DEE8"/>
              <w:right w:val="single" w:sz="8" w:space="0" w:color="D9DEE8"/>
            </w:tcBorders>
          </w:tcPr>
          <w:p>
            <w:r>
              <w:rPr>
                <w:rFonts w:ascii="Calibri" w:hAnsi="Calibri"/>
                <w:b/>
                <w:color w:val="111111"/>
                <w:sz w:val="22"/>
              </w:rPr>
              <w:t>Contexte et intérêt</w:t>
            </w:r>
          </w:p>
        </w:tc>
        <w:tc>
          <w:tcPr>
            <w:tcW w:type="dxa" w:w="5040"/>
            <w:tcBorders>
              <w:top w:val="single" w:sz="8" w:space="0" w:color="D9DEE8"/>
              <w:left w:val="single" w:sz="8" w:space="0" w:color="D9DEE8"/>
              <w:bottom w:val="single" w:sz="8" w:space="0" w:color="D9DEE8"/>
              <w:right w:val="single" w:sz="8" w:space="0" w:color="D9DEE8"/>
            </w:tcBorders>
          </w:tcPr>
          <w:p>
            <w:r>
              <w:rPr>
                <w:rFonts w:ascii="Calibri" w:hAnsi="Calibri"/>
                <w:b w:val="0"/>
                <w:color w:val="111111"/>
                <w:sz w:val="22"/>
              </w:rPr>
              <w:t>Décrivez le contexte et l’enjeu. Montrez pourquoi le sujet compte.</w:t>
              <w:br/>
              <w:br/>
              <w:t>[Votre texte]</w:t>
            </w:r>
          </w:p>
        </w:tc>
      </w:tr>
      <w:tr>
        <w:tc>
          <w:tcPr>
            <w:tcW w:type="dxa" w:w="5040"/>
            <w:shd w:val="clear" w:color="auto" w:fill="F3F6FC"/>
            <w:tcBorders>
              <w:top w:val="single" w:sz="8" w:space="0" w:color="D9DEE8"/>
              <w:left w:val="single" w:sz="8" w:space="0" w:color="D9DEE8"/>
              <w:bottom w:val="single" w:sz="8" w:space="0" w:color="D9DEE8"/>
              <w:right w:val="single" w:sz="8" w:space="0" w:color="D9DEE8"/>
            </w:tcBorders>
          </w:tcPr>
          <w:p>
            <w:r>
              <w:rPr>
                <w:rFonts w:ascii="Calibri" w:hAnsi="Calibri"/>
                <w:b/>
                <w:color w:val="111111"/>
                <w:sz w:val="22"/>
              </w:rPr>
              <w:t>Problématique</w:t>
            </w:r>
          </w:p>
        </w:tc>
        <w:tc>
          <w:tcPr>
            <w:tcW w:type="dxa" w:w="5040"/>
            <w:tcBorders>
              <w:top w:val="single" w:sz="8" w:space="0" w:color="D9DEE8"/>
              <w:left w:val="single" w:sz="8" w:space="0" w:color="D9DEE8"/>
              <w:bottom w:val="single" w:sz="8" w:space="0" w:color="D9DEE8"/>
              <w:right w:val="single" w:sz="8" w:space="0" w:color="D9DEE8"/>
            </w:tcBorders>
          </w:tcPr>
          <w:p>
            <w:r>
              <w:rPr>
                <w:rFonts w:ascii="Calibri" w:hAnsi="Calibri"/>
                <w:b w:val="0"/>
                <w:color w:val="111111"/>
                <w:sz w:val="22"/>
              </w:rPr>
              <w:t>Formulez une tension ou un manque. Une idée forte, une question nette.</w:t>
              <w:br/>
              <w:br/>
              <w:t>[Votre texte]</w:t>
            </w:r>
          </w:p>
        </w:tc>
      </w:tr>
      <w:tr>
        <w:tc>
          <w:tcPr>
            <w:tcW w:type="dxa" w:w="5040"/>
            <w:shd w:val="clear" w:color="auto" w:fill="F3F6FC"/>
            <w:tcBorders>
              <w:top w:val="single" w:sz="8" w:space="0" w:color="D9DEE8"/>
              <w:left w:val="single" w:sz="8" w:space="0" w:color="D9DEE8"/>
              <w:bottom w:val="single" w:sz="8" w:space="0" w:color="D9DEE8"/>
              <w:right w:val="single" w:sz="8" w:space="0" w:color="D9DEE8"/>
            </w:tcBorders>
          </w:tcPr>
          <w:p>
            <w:r>
              <w:rPr>
                <w:rFonts w:ascii="Calibri" w:hAnsi="Calibri"/>
                <w:b/>
                <w:color w:val="111111"/>
                <w:sz w:val="22"/>
              </w:rPr>
              <w:t>Question de recherche</w:t>
            </w:r>
          </w:p>
        </w:tc>
        <w:tc>
          <w:tcPr>
            <w:tcW w:type="dxa" w:w="5040"/>
            <w:tcBorders>
              <w:top w:val="single" w:sz="8" w:space="0" w:color="D9DEE8"/>
              <w:left w:val="single" w:sz="8" w:space="0" w:color="D9DEE8"/>
              <w:bottom w:val="single" w:sz="8" w:space="0" w:color="D9DEE8"/>
              <w:right w:val="single" w:sz="8" w:space="0" w:color="D9DEE8"/>
            </w:tcBorders>
          </w:tcPr>
          <w:p>
            <w:r>
              <w:rPr>
                <w:rFonts w:ascii="Calibri" w:hAnsi="Calibri"/>
                <w:b w:val="0"/>
                <w:color w:val="111111"/>
                <w:sz w:val="22"/>
              </w:rPr>
              <w:t>Rédigez la question centrale en une phrase.</w:t>
              <w:br/>
              <w:br/>
              <w:t>[Votre texte]</w:t>
            </w:r>
          </w:p>
        </w:tc>
      </w:tr>
      <w:tr>
        <w:tc>
          <w:tcPr>
            <w:tcW w:type="dxa" w:w="5040"/>
            <w:shd w:val="clear" w:color="auto" w:fill="F3F6FC"/>
            <w:tcBorders>
              <w:top w:val="single" w:sz="8" w:space="0" w:color="D9DEE8"/>
              <w:left w:val="single" w:sz="8" w:space="0" w:color="D9DEE8"/>
              <w:bottom w:val="single" w:sz="8" w:space="0" w:color="D9DEE8"/>
              <w:right w:val="single" w:sz="8" w:space="0" w:color="D9DEE8"/>
            </w:tcBorders>
          </w:tcPr>
          <w:p>
            <w:r>
              <w:rPr>
                <w:rFonts w:ascii="Calibri" w:hAnsi="Calibri"/>
                <w:b/>
                <w:color w:val="111111"/>
                <w:sz w:val="22"/>
              </w:rPr>
              <w:t>Objectifs</w:t>
            </w:r>
          </w:p>
        </w:tc>
        <w:tc>
          <w:tcPr>
            <w:tcW w:type="dxa" w:w="5040"/>
            <w:tcBorders>
              <w:top w:val="single" w:sz="8" w:space="0" w:color="D9DEE8"/>
              <w:left w:val="single" w:sz="8" w:space="0" w:color="D9DEE8"/>
              <w:bottom w:val="single" w:sz="8" w:space="0" w:color="D9DEE8"/>
              <w:right w:val="single" w:sz="8" w:space="0" w:color="D9DEE8"/>
            </w:tcBorders>
          </w:tcPr>
          <w:p>
            <w:r>
              <w:rPr>
                <w:rFonts w:ascii="Calibri" w:hAnsi="Calibri"/>
                <w:b w:val="0"/>
                <w:color w:val="111111"/>
                <w:sz w:val="22"/>
              </w:rPr>
              <w:t>Objectif général + 2 à 4 objectifs spécifiques ou hypothèses.</w:t>
              <w:br/>
              <w:br/>
              <w:t>[Votre texte]</w:t>
            </w:r>
          </w:p>
        </w:tc>
      </w:tr>
      <w:tr>
        <w:tc>
          <w:tcPr>
            <w:tcW w:type="dxa" w:w="5040"/>
            <w:shd w:val="clear" w:color="auto" w:fill="F3F6FC"/>
            <w:tcBorders>
              <w:top w:val="single" w:sz="8" w:space="0" w:color="D9DEE8"/>
              <w:left w:val="single" w:sz="8" w:space="0" w:color="D9DEE8"/>
              <w:bottom w:val="single" w:sz="8" w:space="0" w:color="D9DEE8"/>
              <w:right w:val="single" w:sz="8" w:space="0" w:color="D9DEE8"/>
            </w:tcBorders>
          </w:tcPr>
          <w:p>
            <w:r>
              <w:rPr>
                <w:rFonts w:ascii="Calibri" w:hAnsi="Calibri"/>
                <w:b/>
                <w:color w:val="111111"/>
                <w:sz w:val="22"/>
              </w:rPr>
              <w:t>Choix du terrain</w:t>
            </w:r>
          </w:p>
        </w:tc>
        <w:tc>
          <w:tcPr>
            <w:tcW w:type="dxa" w:w="5040"/>
            <w:tcBorders>
              <w:top w:val="single" w:sz="8" w:space="0" w:color="D9DEE8"/>
              <w:left w:val="single" w:sz="8" w:space="0" w:color="D9DEE8"/>
              <w:bottom w:val="single" w:sz="8" w:space="0" w:color="D9DEE8"/>
              <w:right w:val="single" w:sz="8" w:space="0" w:color="D9DEE8"/>
            </w:tcBorders>
          </w:tcPr>
          <w:p>
            <w:r>
              <w:rPr>
                <w:rFonts w:ascii="Calibri" w:hAnsi="Calibri"/>
                <w:b w:val="0"/>
                <w:color w:val="111111"/>
                <w:sz w:val="22"/>
              </w:rPr>
              <w:t>Justifiez le terrain, le corpus, ou les données.</w:t>
              <w:br/>
              <w:br/>
              <w:t>[Votre texte]</w:t>
            </w:r>
          </w:p>
        </w:tc>
      </w:tr>
      <w:tr>
        <w:tc>
          <w:tcPr>
            <w:tcW w:type="dxa" w:w="5040"/>
            <w:shd w:val="clear" w:color="auto" w:fill="F3F6FC"/>
            <w:tcBorders>
              <w:top w:val="single" w:sz="8" w:space="0" w:color="D9DEE8"/>
              <w:left w:val="single" w:sz="8" w:space="0" w:color="D9DEE8"/>
              <w:bottom w:val="single" w:sz="8" w:space="0" w:color="D9DEE8"/>
              <w:right w:val="single" w:sz="8" w:space="0" w:color="D9DEE8"/>
            </w:tcBorders>
          </w:tcPr>
          <w:p>
            <w:r>
              <w:rPr>
                <w:rFonts w:ascii="Calibri" w:hAnsi="Calibri"/>
                <w:b/>
                <w:color w:val="111111"/>
                <w:sz w:val="22"/>
              </w:rPr>
              <w:t>Annonce du plan</w:t>
            </w:r>
          </w:p>
        </w:tc>
        <w:tc>
          <w:tcPr>
            <w:tcW w:type="dxa" w:w="5040"/>
            <w:tcBorders>
              <w:top w:val="single" w:sz="8" w:space="0" w:color="D9DEE8"/>
              <w:left w:val="single" w:sz="8" w:space="0" w:color="D9DEE8"/>
              <w:bottom w:val="single" w:sz="8" w:space="0" w:color="D9DEE8"/>
              <w:right w:val="single" w:sz="8" w:space="0" w:color="D9DEE8"/>
            </w:tcBorders>
          </w:tcPr>
          <w:p>
            <w:r>
              <w:rPr>
                <w:rFonts w:ascii="Calibri" w:hAnsi="Calibri"/>
                <w:b w:val="0"/>
                <w:color w:val="111111"/>
                <w:sz w:val="22"/>
              </w:rPr>
              <w:t>Expliquez brièvement la logique des chapitres.</w:t>
              <w:br/>
              <w:br/>
              <w:t>[Votre texte]</w:t>
            </w:r>
          </w:p>
        </w:tc>
      </w:tr>
    </w:tbl>
    <w:p/>
    <w:p>
      <w:r>
        <w:rPr>
          <w:rFonts w:ascii="Calibri" w:hAnsi="Calibri"/>
          <w:b/>
          <w:color w:val="0B57D0"/>
          <w:sz w:val="32"/>
        </w:rPr>
        <w:t>Chapitre 1  Revue de littérature et cadre conceptuel</w:t>
      </w:r>
    </w:p>
    <w:p>
      <w:r>
        <w:rPr>
          <w:rFonts w:ascii="Calibri" w:hAnsi="Calibri"/>
          <w:b w:val="0"/>
          <w:color w:val="4B5563"/>
          <w:sz w:val="20"/>
        </w:rPr>
        <w:t>Objectif : organiser les connaissances existantes, construire une grille d’analyse, puis positionner votre étude.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3360"/>
        <w:gridCol w:w="3360"/>
        <w:gridCol w:w="3360"/>
      </w:tblGrid>
      <w:tr>
        <w:tc>
          <w:tcPr>
            <w:tcW w:type="dxa" w:w="3360"/>
            <w:shd w:val="clear" w:color="auto" w:fill="E8F0FE"/>
            <w:tcBorders>
              <w:top w:val="single" w:sz="8" w:space="0" w:color="D9DEE8"/>
              <w:left w:val="single" w:sz="8" w:space="0" w:color="D9DEE8"/>
              <w:bottom w:val="single" w:sz="8" w:space="0" w:color="D9DEE8"/>
              <w:right w:val="single" w:sz="8" w:space="0" w:color="D9DEE8"/>
            </w:tcBorders>
          </w:tcPr>
          <w:p>
            <w:r>
              <w:rPr>
                <w:rFonts w:ascii="Calibri" w:hAnsi="Calibri"/>
                <w:b/>
                <w:color w:val="0B57D0"/>
                <w:sz w:val="22"/>
              </w:rPr>
              <w:t>Sous-partie</w:t>
            </w:r>
          </w:p>
        </w:tc>
        <w:tc>
          <w:tcPr>
            <w:tcW w:type="dxa" w:w="3360"/>
            <w:shd w:val="clear" w:color="auto" w:fill="E8F0FE"/>
            <w:tcBorders>
              <w:top w:val="single" w:sz="8" w:space="0" w:color="D9DEE8"/>
              <w:left w:val="single" w:sz="8" w:space="0" w:color="D9DEE8"/>
              <w:bottom w:val="single" w:sz="8" w:space="0" w:color="D9DEE8"/>
              <w:right w:val="single" w:sz="8" w:space="0" w:color="D9DEE8"/>
            </w:tcBorders>
          </w:tcPr>
          <w:p>
            <w:r>
              <w:rPr>
                <w:rFonts w:ascii="Calibri" w:hAnsi="Calibri"/>
                <w:b/>
                <w:color w:val="0B57D0"/>
                <w:sz w:val="22"/>
              </w:rPr>
              <w:t>Ce que vous devez produire</w:t>
            </w:r>
          </w:p>
        </w:tc>
        <w:tc>
          <w:tcPr>
            <w:tcW w:type="dxa" w:w="3360"/>
            <w:shd w:val="clear" w:color="auto" w:fill="E8F0FE"/>
            <w:tcBorders>
              <w:top w:val="single" w:sz="8" w:space="0" w:color="D9DEE8"/>
              <w:left w:val="single" w:sz="8" w:space="0" w:color="D9DEE8"/>
              <w:bottom w:val="single" w:sz="8" w:space="0" w:color="D9DEE8"/>
              <w:right w:val="single" w:sz="8" w:space="0" w:color="D9DEE8"/>
            </w:tcBorders>
          </w:tcPr>
          <w:p>
            <w:r>
              <w:rPr>
                <w:rFonts w:ascii="Calibri" w:hAnsi="Calibri"/>
                <w:b/>
                <w:color w:val="0B57D0"/>
                <w:sz w:val="22"/>
              </w:rPr>
              <w:t>Livrable attendu</w:t>
            </w:r>
          </w:p>
        </w:tc>
      </w:tr>
      <w:tr>
        <w:tc>
          <w:tcPr>
            <w:tcW w:type="dxa" w:w="3360"/>
            <w:tcBorders>
              <w:top w:val="single" w:sz="8" w:space="0" w:color="D9DEE8"/>
              <w:left w:val="single" w:sz="8" w:space="0" w:color="D9DEE8"/>
              <w:bottom w:val="single" w:sz="8" w:space="0" w:color="D9DEE8"/>
              <w:right w:val="single" w:sz="8" w:space="0" w:color="D9DEE8"/>
            </w:tcBorders>
            <w:shd w:val="clear" w:color="auto" w:fill="F3F6FC"/>
          </w:tcPr>
          <w:p>
            <w:r>
              <w:t>1.1 Concepts clés</w:t>
            </w:r>
          </w:p>
        </w:tc>
        <w:tc>
          <w:tcPr>
            <w:tcW w:type="dxa" w:w="3360"/>
            <w:tcBorders>
              <w:top w:val="single" w:sz="8" w:space="0" w:color="D9DEE8"/>
              <w:left w:val="single" w:sz="8" w:space="0" w:color="D9DEE8"/>
              <w:bottom w:val="single" w:sz="8" w:space="0" w:color="D9DEE8"/>
              <w:right w:val="single" w:sz="8" w:space="0" w:color="D9DEE8"/>
            </w:tcBorders>
          </w:tcPr>
          <w:p>
            <w:r>
              <w:t>Définitions opérationnelles, périmètre, choix terminologiques.</w:t>
              <w:br/>
              <w:br/>
              <w:t>[Votre texte]</w:t>
            </w:r>
          </w:p>
        </w:tc>
        <w:tc>
          <w:tcPr>
            <w:tcW w:type="dxa" w:w="3360"/>
            <w:tcBorders>
              <w:top w:val="single" w:sz="8" w:space="0" w:color="D9DEE8"/>
              <w:left w:val="single" w:sz="8" w:space="0" w:color="D9DEE8"/>
              <w:bottom w:val="single" w:sz="8" w:space="0" w:color="D9DEE8"/>
              <w:right w:val="single" w:sz="8" w:space="0" w:color="D9DEE8"/>
            </w:tcBorders>
          </w:tcPr>
          <w:p>
            <w:r>
              <w:t>Glossaire court + définitions justifiées</w:t>
            </w:r>
          </w:p>
        </w:tc>
      </w:tr>
      <w:tr>
        <w:tc>
          <w:tcPr>
            <w:tcW w:type="dxa" w:w="3360"/>
            <w:tcBorders>
              <w:top w:val="single" w:sz="8" w:space="0" w:color="D9DEE8"/>
              <w:left w:val="single" w:sz="8" w:space="0" w:color="D9DEE8"/>
              <w:bottom w:val="single" w:sz="8" w:space="0" w:color="D9DEE8"/>
              <w:right w:val="single" w:sz="8" w:space="0" w:color="D9DEE8"/>
            </w:tcBorders>
            <w:shd w:val="clear" w:color="auto" w:fill="F3F6FC"/>
          </w:tcPr>
          <w:p>
            <w:r>
              <w:t>1.2 Théories et modèles</w:t>
            </w:r>
          </w:p>
        </w:tc>
        <w:tc>
          <w:tcPr>
            <w:tcW w:type="dxa" w:w="3360"/>
            <w:tcBorders>
              <w:top w:val="single" w:sz="8" w:space="0" w:color="D9DEE8"/>
              <w:left w:val="single" w:sz="8" w:space="0" w:color="D9DEE8"/>
              <w:bottom w:val="single" w:sz="8" w:space="0" w:color="D9DEE8"/>
              <w:right w:val="single" w:sz="8" w:space="0" w:color="D9DEE8"/>
            </w:tcBorders>
          </w:tcPr>
          <w:p>
            <w:r>
              <w:t>Présentez 2 à 4 approches utiles. Montrez ce qu’elles expliquent.</w:t>
              <w:br/>
              <w:br/>
              <w:t>[Votre texte]</w:t>
            </w:r>
          </w:p>
        </w:tc>
        <w:tc>
          <w:tcPr>
            <w:tcW w:type="dxa" w:w="3360"/>
            <w:tcBorders>
              <w:top w:val="single" w:sz="8" w:space="0" w:color="D9DEE8"/>
              <w:left w:val="single" w:sz="8" w:space="0" w:color="D9DEE8"/>
              <w:bottom w:val="single" w:sz="8" w:space="0" w:color="D9DEE8"/>
              <w:right w:val="single" w:sz="8" w:space="0" w:color="D9DEE8"/>
            </w:tcBorders>
          </w:tcPr>
          <w:p>
            <w:r>
              <w:t>Tableau comparatif des approches</w:t>
            </w:r>
          </w:p>
        </w:tc>
      </w:tr>
      <w:tr>
        <w:tc>
          <w:tcPr>
            <w:tcW w:type="dxa" w:w="3360"/>
            <w:tcBorders>
              <w:top w:val="single" w:sz="8" w:space="0" w:color="D9DEE8"/>
              <w:left w:val="single" w:sz="8" w:space="0" w:color="D9DEE8"/>
              <w:bottom w:val="single" w:sz="8" w:space="0" w:color="D9DEE8"/>
              <w:right w:val="single" w:sz="8" w:space="0" w:color="D9DEE8"/>
            </w:tcBorders>
            <w:shd w:val="clear" w:color="auto" w:fill="F3F6FC"/>
          </w:tcPr>
          <w:p>
            <w:r>
              <w:t>1.3 État de l’art</w:t>
            </w:r>
          </w:p>
        </w:tc>
        <w:tc>
          <w:tcPr>
            <w:tcW w:type="dxa" w:w="3360"/>
            <w:tcBorders>
              <w:top w:val="single" w:sz="8" w:space="0" w:color="D9DEE8"/>
              <w:left w:val="single" w:sz="8" w:space="0" w:color="D9DEE8"/>
              <w:bottom w:val="single" w:sz="8" w:space="0" w:color="D9DEE8"/>
              <w:right w:val="single" w:sz="8" w:space="0" w:color="D9DEE8"/>
            </w:tcBorders>
          </w:tcPr>
          <w:p>
            <w:r>
              <w:t>Ce qui est établi, ce qui est discuté, ce qui manque.</w:t>
              <w:br/>
              <w:br/>
              <w:t>[Votre texte]</w:t>
            </w:r>
          </w:p>
        </w:tc>
        <w:tc>
          <w:tcPr>
            <w:tcW w:type="dxa" w:w="3360"/>
            <w:tcBorders>
              <w:top w:val="single" w:sz="8" w:space="0" w:color="D9DEE8"/>
              <w:left w:val="single" w:sz="8" w:space="0" w:color="D9DEE8"/>
              <w:bottom w:val="single" w:sz="8" w:space="0" w:color="D9DEE8"/>
              <w:right w:val="single" w:sz="8" w:space="0" w:color="D9DEE8"/>
            </w:tcBorders>
          </w:tcPr>
          <w:p>
            <w:r>
              <w:t>Synthèse critique structurée</w:t>
            </w:r>
          </w:p>
        </w:tc>
      </w:tr>
    </w:tbl>
    <w:p/>
    <w:p>
      <w:r>
        <w:rPr>
          <w:rFonts w:ascii="Calibri" w:hAnsi="Calibri"/>
          <w:b/>
          <w:color w:val="111111"/>
          <w:sz w:val="26"/>
        </w:rPr>
        <w:t>1.4 Modèle d’analyse ou grille de lecture</w:t>
      </w:r>
    </w:p>
    <w:p>
      <w:r>
        <w:rPr>
          <w:rFonts w:ascii="Calibri" w:hAnsi="Calibri"/>
          <w:b w:val="0"/>
          <w:color w:val="4B5563"/>
          <w:sz w:val="20"/>
        </w:rPr>
        <w:t>Présentez les dimensions que vous allez observer, mesurer ou analyser.</w:t>
      </w:r>
    </w:p>
    <w:p>
      <w:r>
        <w:t>....................................................................................................</w:t>
      </w:r>
    </w:p>
    <w:p>
      <w:r>
        <w:t>....................................................................................................</w:t>
      </w:r>
    </w:p>
    <w:p>
      <w:r>
        <w:t>....................................................................................................</w:t>
      </w:r>
    </w:p>
    <w:p>
      <w:r>
        <w:t>....................................................................................................</w:t>
      </w:r>
    </w:p>
    <w:p>
      <w:r>
        <w:t>....................................................................................................</w:t>
      </w:r>
    </w:p>
    <w:p>
      <w:r>
        <w:rPr>
          <w:rFonts w:ascii="Calibri" w:hAnsi="Calibri"/>
          <w:b/>
          <w:color w:val="0B57D0"/>
          <w:sz w:val="32"/>
        </w:rPr>
        <w:t>Chapitre 2  Méthodologie</w:t>
      </w:r>
    </w:p>
    <w:p>
      <w:r>
        <w:rPr>
          <w:rFonts w:ascii="Calibri" w:hAnsi="Calibri"/>
          <w:b w:val="0"/>
          <w:color w:val="4B5563"/>
          <w:sz w:val="20"/>
        </w:rPr>
        <w:t>Objectif : rendre vos choix défendables et votre démarche compréhensible et reproductible.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040"/>
        <w:gridCol w:w="5040"/>
      </w:tblGrid>
      <w:tr>
        <w:tc>
          <w:tcPr>
            <w:tcW w:type="dxa" w:w="5040"/>
            <w:shd w:val="clear" w:color="auto" w:fill="F3F6FC"/>
            <w:tcBorders>
              <w:top w:val="single" w:sz="8" w:space="0" w:color="D9DEE8"/>
              <w:left w:val="single" w:sz="8" w:space="0" w:color="D9DEE8"/>
              <w:bottom w:val="single" w:sz="8" w:space="0" w:color="D9DEE8"/>
              <w:right w:val="single" w:sz="8" w:space="0" w:color="D9DEE8"/>
            </w:tcBorders>
          </w:tcPr>
          <w:p>
            <w:r>
              <w:rPr>
                <w:rFonts w:ascii="Calibri" w:hAnsi="Calibri"/>
                <w:b/>
                <w:color w:val="111111"/>
                <w:sz w:val="22"/>
              </w:rPr>
              <w:t>Type d’étude</w:t>
            </w:r>
          </w:p>
        </w:tc>
        <w:tc>
          <w:tcPr>
            <w:tcW w:type="dxa" w:w="5040"/>
            <w:tcBorders>
              <w:top w:val="single" w:sz="8" w:space="0" w:color="D9DEE8"/>
              <w:left w:val="single" w:sz="8" w:space="0" w:color="D9DEE8"/>
              <w:bottom w:val="single" w:sz="8" w:space="0" w:color="D9DEE8"/>
              <w:right w:val="single" w:sz="8" w:space="0" w:color="D9DEE8"/>
            </w:tcBorders>
          </w:tcPr>
          <w:p>
            <w:r>
              <w:t>[Qualitative / Quantitative / Mixte] et justification.</w:t>
              <w:br/>
              <w:br/>
              <w:t>[Votre texte]</w:t>
            </w:r>
          </w:p>
        </w:tc>
      </w:tr>
      <w:tr>
        <w:tc>
          <w:tcPr>
            <w:tcW w:type="dxa" w:w="5040"/>
            <w:shd w:val="clear" w:color="auto" w:fill="F3F6FC"/>
            <w:tcBorders>
              <w:top w:val="single" w:sz="8" w:space="0" w:color="D9DEE8"/>
              <w:left w:val="single" w:sz="8" w:space="0" w:color="D9DEE8"/>
              <w:bottom w:val="single" w:sz="8" w:space="0" w:color="D9DEE8"/>
              <w:right w:val="single" w:sz="8" w:space="0" w:color="D9DEE8"/>
            </w:tcBorders>
          </w:tcPr>
          <w:p>
            <w:r>
              <w:rPr>
                <w:rFonts w:ascii="Calibri" w:hAnsi="Calibri"/>
                <w:b/>
                <w:color w:val="111111"/>
                <w:sz w:val="22"/>
              </w:rPr>
              <w:t>Terrain ou corpus</w:t>
            </w:r>
          </w:p>
        </w:tc>
        <w:tc>
          <w:tcPr>
            <w:tcW w:type="dxa" w:w="5040"/>
            <w:tcBorders>
              <w:top w:val="single" w:sz="8" w:space="0" w:color="D9DEE8"/>
              <w:left w:val="single" w:sz="8" w:space="0" w:color="D9DEE8"/>
              <w:bottom w:val="single" w:sz="8" w:space="0" w:color="D9DEE8"/>
              <w:right w:val="single" w:sz="8" w:space="0" w:color="D9DEE8"/>
            </w:tcBorders>
          </w:tcPr>
          <w:p>
            <w:r>
              <w:t>Description précise, critères de sélection, accès aux données.</w:t>
              <w:br/>
              <w:br/>
              <w:t>[Votre texte]</w:t>
            </w:r>
          </w:p>
        </w:tc>
      </w:tr>
      <w:tr>
        <w:tc>
          <w:tcPr>
            <w:tcW w:type="dxa" w:w="5040"/>
            <w:shd w:val="clear" w:color="auto" w:fill="F3F6FC"/>
            <w:tcBorders>
              <w:top w:val="single" w:sz="8" w:space="0" w:color="D9DEE8"/>
              <w:left w:val="single" w:sz="8" w:space="0" w:color="D9DEE8"/>
              <w:bottom w:val="single" w:sz="8" w:space="0" w:color="D9DEE8"/>
              <w:right w:val="single" w:sz="8" w:space="0" w:color="D9DEE8"/>
            </w:tcBorders>
          </w:tcPr>
          <w:p>
            <w:r>
              <w:rPr>
                <w:rFonts w:ascii="Calibri" w:hAnsi="Calibri"/>
                <w:b/>
                <w:color w:val="111111"/>
                <w:sz w:val="22"/>
              </w:rPr>
              <w:t>Échantillon</w:t>
            </w:r>
          </w:p>
        </w:tc>
        <w:tc>
          <w:tcPr>
            <w:tcW w:type="dxa" w:w="5040"/>
            <w:tcBorders>
              <w:top w:val="single" w:sz="8" w:space="0" w:color="D9DEE8"/>
              <w:left w:val="single" w:sz="8" w:space="0" w:color="D9DEE8"/>
              <w:bottom w:val="single" w:sz="8" w:space="0" w:color="D9DEE8"/>
              <w:right w:val="single" w:sz="8" w:space="0" w:color="D9DEE8"/>
            </w:tcBorders>
          </w:tcPr>
          <w:p>
            <w:r>
              <w:t>Taille, profils, critères, limites.</w:t>
              <w:br/>
              <w:br/>
              <w:t>[Votre texte]</w:t>
            </w:r>
          </w:p>
        </w:tc>
      </w:tr>
      <w:tr>
        <w:tc>
          <w:tcPr>
            <w:tcW w:type="dxa" w:w="5040"/>
            <w:shd w:val="clear" w:color="auto" w:fill="F3F6FC"/>
            <w:tcBorders>
              <w:top w:val="single" w:sz="8" w:space="0" w:color="D9DEE8"/>
              <w:left w:val="single" w:sz="8" w:space="0" w:color="D9DEE8"/>
              <w:bottom w:val="single" w:sz="8" w:space="0" w:color="D9DEE8"/>
              <w:right w:val="single" w:sz="8" w:space="0" w:color="D9DEE8"/>
            </w:tcBorders>
          </w:tcPr>
          <w:p>
            <w:r>
              <w:rPr>
                <w:rFonts w:ascii="Calibri" w:hAnsi="Calibri"/>
                <w:b/>
                <w:color w:val="111111"/>
                <w:sz w:val="22"/>
              </w:rPr>
              <w:t>Collecte des données</w:t>
            </w:r>
          </w:p>
        </w:tc>
        <w:tc>
          <w:tcPr>
            <w:tcW w:type="dxa" w:w="5040"/>
            <w:tcBorders>
              <w:top w:val="single" w:sz="8" w:space="0" w:color="D9DEE8"/>
              <w:left w:val="single" w:sz="8" w:space="0" w:color="D9DEE8"/>
              <w:bottom w:val="single" w:sz="8" w:space="0" w:color="D9DEE8"/>
              <w:right w:val="single" w:sz="8" w:space="0" w:color="D9DEE8"/>
            </w:tcBorders>
          </w:tcPr>
          <w:p>
            <w:r>
              <w:t>Entretiens, questionnaire, observation, données secondaires, etc.</w:t>
              <w:br/>
              <w:br/>
              <w:t>[Votre texte]</w:t>
            </w:r>
          </w:p>
        </w:tc>
      </w:tr>
      <w:tr>
        <w:tc>
          <w:tcPr>
            <w:tcW w:type="dxa" w:w="5040"/>
            <w:shd w:val="clear" w:color="auto" w:fill="F3F6FC"/>
            <w:tcBorders>
              <w:top w:val="single" w:sz="8" w:space="0" w:color="D9DEE8"/>
              <w:left w:val="single" w:sz="8" w:space="0" w:color="D9DEE8"/>
              <w:bottom w:val="single" w:sz="8" w:space="0" w:color="D9DEE8"/>
              <w:right w:val="single" w:sz="8" w:space="0" w:color="D9DEE8"/>
            </w:tcBorders>
          </w:tcPr>
          <w:p>
            <w:r>
              <w:rPr>
                <w:rFonts w:ascii="Calibri" w:hAnsi="Calibri"/>
                <w:b/>
                <w:color w:val="111111"/>
                <w:sz w:val="22"/>
              </w:rPr>
              <w:t>Méthode d’analyse</w:t>
            </w:r>
          </w:p>
        </w:tc>
        <w:tc>
          <w:tcPr>
            <w:tcW w:type="dxa" w:w="5040"/>
            <w:tcBorders>
              <w:top w:val="single" w:sz="8" w:space="0" w:color="D9DEE8"/>
              <w:left w:val="single" w:sz="8" w:space="0" w:color="D9DEE8"/>
              <w:bottom w:val="single" w:sz="8" w:space="0" w:color="D9DEE8"/>
              <w:right w:val="single" w:sz="8" w:space="0" w:color="D9DEE8"/>
            </w:tcBorders>
          </w:tcPr>
          <w:p>
            <w:r>
              <w:t>Codage thématique, statistiques, benchmark, analyse de contenu, etc.</w:t>
              <w:br/>
              <w:br/>
              <w:t>[Votre texte]</w:t>
            </w:r>
          </w:p>
        </w:tc>
      </w:tr>
      <w:tr>
        <w:tc>
          <w:tcPr>
            <w:tcW w:type="dxa" w:w="5040"/>
            <w:shd w:val="clear" w:color="auto" w:fill="F3F6FC"/>
            <w:tcBorders>
              <w:top w:val="single" w:sz="8" w:space="0" w:color="D9DEE8"/>
              <w:left w:val="single" w:sz="8" w:space="0" w:color="D9DEE8"/>
              <w:bottom w:val="single" w:sz="8" w:space="0" w:color="D9DEE8"/>
              <w:right w:val="single" w:sz="8" w:space="0" w:color="D9DEE8"/>
            </w:tcBorders>
          </w:tcPr>
          <w:p>
            <w:r>
              <w:rPr>
                <w:rFonts w:ascii="Calibri" w:hAnsi="Calibri"/>
                <w:b/>
                <w:color w:val="111111"/>
                <w:sz w:val="22"/>
              </w:rPr>
              <w:t>Fiabilité et limites</w:t>
            </w:r>
          </w:p>
        </w:tc>
        <w:tc>
          <w:tcPr>
            <w:tcW w:type="dxa" w:w="5040"/>
            <w:tcBorders>
              <w:top w:val="single" w:sz="8" w:space="0" w:color="D9DEE8"/>
              <w:left w:val="single" w:sz="8" w:space="0" w:color="D9DEE8"/>
              <w:bottom w:val="single" w:sz="8" w:space="0" w:color="D9DEE8"/>
              <w:right w:val="single" w:sz="8" w:space="0" w:color="D9DEE8"/>
            </w:tcBorders>
          </w:tcPr>
          <w:p>
            <w:r>
              <w:t>Biais possibles, précautions, validité, limites assumées.</w:t>
              <w:br/>
              <w:br/>
              <w:t>[Votre texte]</w:t>
            </w:r>
          </w:p>
        </w:tc>
      </w:tr>
    </w:tbl>
    <w:p/>
    <w:p>
      <w:r>
        <w:rPr>
          <w:rFonts w:ascii="Calibri" w:hAnsi="Calibri"/>
          <w:b/>
          <w:color w:val="0B57D0"/>
          <w:sz w:val="32"/>
        </w:rPr>
        <w:t>Chapitre 3  Résultats</w:t>
      </w:r>
    </w:p>
    <w:p>
      <w:r>
        <w:rPr>
          <w:rFonts w:ascii="Calibri" w:hAnsi="Calibri"/>
          <w:b w:val="0"/>
          <w:color w:val="4B5563"/>
          <w:sz w:val="20"/>
        </w:rPr>
        <w:t>Objectif : présenter des résultats structurés, appuyés par des preuves, puis préparer la discussion.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040"/>
        <w:gridCol w:w="5040"/>
      </w:tblGrid>
      <w:tr>
        <w:tc>
          <w:tcPr>
            <w:tcW w:type="dxa" w:w="5040"/>
            <w:shd w:val="clear" w:color="auto" w:fill="F3F6FC"/>
            <w:tcBorders>
              <w:top w:val="single" w:sz="8" w:space="0" w:color="D9DEE8"/>
              <w:left w:val="single" w:sz="8" w:space="0" w:color="D9DEE8"/>
              <w:bottom w:val="single" w:sz="8" w:space="0" w:color="D9DEE8"/>
              <w:right w:val="single" w:sz="8" w:space="0" w:color="D9DEE8"/>
            </w:tcBorders>
          </w:tcPr>
          <w:p>
            <w:r>
              <w:rPr>
                <w:rFonts w:ascii="Calibri" w:hAnsi="Calibri"/>
                <w:b/>
                <w:color w:val="111111"/>
                <w:sz w:val="22"/>
              </w:rPr>
              <w:t>3.1 Résultats liés à l’objectif 1</w:t>
            </w:r>
          </w:p>
        </w:tc>
        <w:tc>
          <w:tcPr>
            <w:tcW w:type="dxa" w:w="5040"/>
            <w:tcBorders>
              <w:top w:val="single" w:sz="8" w:space="0" w:color="D9DEE8"/>
              <w:left w:val="single" w:sz="8" w:space="0" w:color="D9DEE8"/>
              <w:bottom w:val="single" w:sz="8" w:space="0" w:color="D9DEE8"/>
              <w:right w:val="single" w:sz="8" w:space="0" w:color="D9DEE8"/>
            </w:tcBorders>
          </w:tcPr>
          <w:p>
            <w:r>
              <w:t>[Résultats + tableau ou figure + commentaire]</w:t>
              <w:br/>
              <w:br/>
              <w:t>[Votre texte]</w:t>
            </w:r>
          </w:p>
        </w:tc>
      </w:tr>
      <w:tr>
        <w:tc>
          <w:tcPr>
            <w:tcW w:type="dxa" w:w="5040"/>
            <w:shd w:val="clear" w:color="auto" w:fill="F3F6FC"/>
            <w:tcBorders>
              <w:top w:val="single" w:sz="8" w:space="0" w:color="D9DEE8"/>
              <w:left w:val="single" w:sz="8" w:space="0" w:color="D9DEE8"/>
              <w:bottom w:val="single" w:sz="8" w:space="0" w:color="D9DEE8"/>
              <w:right w:val="single" w:sz="8" w:space="0" w:color="D9DEE8"/>
            </w:tcBorders>
          </w:tcPr>
          <w:p>
            <w:r>
              <w:rPr>
                <w:rFonts w:ascii="Calibri" w:hAnsi="Calibri"/>
                <w:b/>
                <w:color w:val="111111"/>
                <w:sz w:val="22"/>
              </w:rPr>
              <w:t>3.2 Résultats liés à l’objectif 2</w:t>
            </w:r>
          </w:p>
        </w:tc>
        <w:tc>
          <w:tcPr>
            <w:tcW w:type="dxa" w:w="5040"/>
            <w:tcBorders>
              <w:top w:val="single" w:sz="8" w:space="0" w:color="D9DEE8"/>
              <w:left w:val="single" w:sz="8" w:space="0" w:color="D9DEE8"/>
              <w:bottom w:val="single" w:sz="8" w:space="0" w:color="D9DEE8"/>
              <w:right w:val="single" w:sz="8" w:space="0" w:color="D9DEE8"/>
            </w:tcBorders>
          </w:tcPr>
          <w:p>
            <w:r>
              <w:t>[Résultats + tableau ou figure + commentaire]</w:t>
              <w:br/>
              <w:br/>
              <w:t>[Votre texte]</w:t>
            </w:r>
          </w:p>
        </w:tc>
      </w:tr>
      <w:tr>
        <w:tc>
          <w:tcPr>
            <w:tcW w:type="dxa" w:w="5040"/>
            <w:shd w:val="clear" w:color="auto" w:fill="F3F6FC"/>
            <w:tcBorders>
              <w:top w:val="single" w:sz="8" w:space="0" w:color="D9DEE8"/>
              <w:left w:val="single" w:sz="8" w:space="0" w:color="D9DEE8"/>
              <w:bottom w:val="single" w:sz="8" w:space="0" w:color="D9DEE8"/>
              <w:right w:val="single" w:sz="8" w:space="0" w:color="D9DEE8"/>
            </w:tcBorders>
          </w:tcPr>
          <w:p>
            <w:r>
              <w:rPr>
                <w:rFonts w:ascii="Calibri" w:hAnsi="Calibri"/>
                <w:b/>
                <w:color w:val="111111"/>
                <w:sz w:val="22"/>
              </w:rPr>
              <w:t>3.3 Résultats liés à l’objectif 3</w:t>
            </w:r>
          </w:p>
        </w:tc>
        <w:tc>
          <w:tcPr>
            <w:tcW w:type="dxa" w:w="5040"/>
            <w:tcBorders>
              <w:top w:val="single" w:sz="8" w:space="0" w:color="D9DEE8"/>
              <w:left w:val="single" w:sz="8" w:space="0" w:color="D9DEE8"/>
              <w:bottom w:val="single" w:sz="8" w:space="0" w:color="D9DEE8"/>
              <w:right w:val="single" w:sz="8" w:space="0" w:color="D9DEE8"/>
            </w:tcBorders>
          </w:tcPr>
          <w:p>
            <w:r>
              <w:t>[Résultats + tableau ou figure + commentaire]</w:t>
              <w:br/>
              <w:br/>
              <w:t>[Votre texte]</w:t>
            </w:r>
          </w:p>
        </w:tc>
      </w:tr>
    </w:tbl>
    <w:p/>
    <w:p>
      <w:r>
        <w:rPr>
          <w:rFonts w:ascii="Calibri" w:hAnsi="Calibri"/>
          <w:b/>
          <w:color w:val="111111"/>
          <w:sz w:val="26"/>
        </w:rPr>
        <w:t>3.4 Synthèse des résultats</w:t>
      </w:r>
    </w:p>
    <w:p>
      <w:r>
        <w:t>....................................................................................................</w:t>
      </w:r>
    </w:p>
    <w:p>
      <w:r>
        <w:t>....................................................................................................</w:t>
      </w:r>
    </w:p>
    <w:p>
      <w:r>
        <w:t>....................................................................................................</w:t>
      </w:r>
    </w:p>
    <w:p>
      <w:r>
        <w:t>....................................................................................................</w:t>
      </w:r>
    </w:p>
    <w:p>
      <w:r>
        <w:rPr>
          <w:rFonts w:ascii="Calibri" w:hAnsi="Calibri"/>
          <w:b/>
          <w:color w:val="0B57D0"/>
          <w:sz w:val="32"/>
        </w:rPr>
        <w:t>Chapitre 4  Discussion</w:t>
      </w:r>
    </w:p>
    <w:p>
      <w:r>
        <w:rPr>
          <w:rFonts w:ascii="Calibri" w:hAnsi="Calibri"/>
          <w:b w:val="0"/>
          <w:color w:val="4B5563"/>
          <w:sz w:val="20"/>
        </w:rPr>
        <w:t>Objectif : interpréter les résultats, les relier à la littérature, expliciter apports, limites et implications.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040"/>
        <w:gridCol w:w="5040"/>
      </w:tblGrid>
      <w:tr>
        <w:tc>
          <w:tcPr>
            <w:tcW w:type="dxa" w:w="5040"/>
            <w:shd w:val="clear" w:color="auto" w:fill="F3F6FC"/>
            <w:tcBorders>
              <w:top w:val="single" w:sz="8" w:space="0" w:color="D9DEE8"/>
              <w:left w:val="single" w:sz="8" w:space="0" w:color="D9DEE8"/>
              <w:bottom w:val="single" w:sz="8" w:space="0" w:color="D9DEE8"/>
              <w:right w:val="single" w:sz="8" w:space="0" w:color="D9DEE8"/>
            </w:tcBorders>
          </w:tcPr>
          <w:p>
            <w:r>
              <w:rPr>
                <w:rFonts w:ascii="Calibri" w:hAnsi="Calibri"/>
                <w:b/>
                <w:color w:val="111111"/>
                <w:sz w:val="22"/>
              </w:rPr>
              <w:t>4.1 Interprétation</w:t>
            </w:r>
          </w:p>
        </w:tc>
        <w:tc>
          <w:tcPr>
            <w:tcW w:type="dxa" w:w="5040"/>
            <w:tcBorders>
              <w:top w:val="single" w:sz="8" w:space="0" w:color="D9DEE8"/>
              <w:left w:val="single" w:sz="8" w:space="0" w:color="D9DEE8"/>
              <w:bottom w:val="single" w:sz="8" w:space="0" w:color="D9DEE8"/>
              <w:right w:val="single" w:sz="8" w:space="0" w:color="D9DEE8"/>
            </w:tcBorders>
          </w:tcPr>
          <w:p>
            <w:r>
              <w:t>Expliquez ce que les résultats signifient et pourquoi.</w:t>
              <w:br/>
              <w:br/>
              <w:t>[Votre texte]</w:t>
            </w:r>
          </w:p>
        </w:tc>
      </w:tr>
      <w:tr>
        <w:tc>
          <w:tcPr>
            <w:tcW w:type="dxa" w:w="5040"/>
            <w:shd w:val="clear" w:color="auto" w:fill="F3F6FC"/>
            <w:tcBorders>
              <w:top w:val="single" w:sz="8" w:space="0" w:color="D9DEE8"/>
              <w:left w:val="single" w:sz="8" w:space="0" w:color="D9DEE8"/>
              <w:bottom w:val="single" w:sz="8" w:space="0" w:color="D9DEE8"/>
              <w:right w:val="single" w:sz="8" w:space="0" w:color="D9DEE8"/>
            </w:tcBorders>
          </w:tcPr>
          <w:p>
            <w:r>
              <w:rPr>
                <w:rFonts w:ascii="Calibri" w:hAnsi="Calibri"/>
                <w:b/>
                <w:color w:val="111111"/>
                <w:sz w:val="22"/>
              </w:rPr>
              <w:t>4.2 Dialogue avec la littérature</w:t>
            </w:r>
          </w:p>
        </w:tc>
        <w:tc>
          <w:tcPr>
            <w:tcW w:type="dxa" w:w="5040"/>
            <w:tcBorders>
              <w:top w:val="single" w:sz="8" w:space="0" w:color="D9DEE8"/>
              <w:left w:val="single" w:sz="8" w:space="0" w:color="D9DEE8"/>
              <w:bottom w:val="single" w:sz="8" w:space="0" w:color="D9DEE8"/>
              <w:right w:val="single" w:sz="8" w:space="0" w:color="D9DEE8"/>
            </w:tcBorders>
          </w:tcPr>
          <w:p>
            <w:r>
              <w:t>Confirmez, nuancez, contredisez avec arguments et références.</w:t>
              <w:br/>
              <w:br/>
              <w:t>[Votre texte]</w:t>
            </w:r>
          </w:p>
        </w:tc>
      </w:tr>
      <w:tr>
        <w:tc>
          <w:tcPr>
            <w:tcW w:type="dxa" w:w="5040"/>
            <w:shd w:val="clear" w:color="auto" w:fill="F3F6FC"/>
            <w:tcBorders>
              <w:top w:val="single" w:sz="8" w:space="0" w:color="D9DEE8"/>
              <w:left w:val="single" w:sz="8" w:space="0" w:color="D9DEE8"/>
              <w:bottom w:val="single" w:sz="8" w:space="0" w:color="D9DEE8"/>
              <w:right w:val="single" w:sz="8" w:space="0" w:color="D9DEE8"/>
            </w:tcBorders>
          </w:tcPr>
          <w:p>
            <w:r>
              <w:rPr>
                <w:rFonts w:ascii="Calibri" w:hAnsi="Calibri"/>
                <w:b/>
                <w:color w:val="111111"/>
                <w:sz w:val="22"/>
              </w:rPr>
              <w:t>4.3 Implications</w:t>
            </w:r>
          </w:p>
        </w:tc>
        <w:tc>
          <w:tcPr>
            <w:tcW w:type="dxa" w:w="5040"/>
            <w:tcBorders>
              <w:top w:val="single" w:sz="8" w:space="0" w:color="D9DEE8"/>
              <w:left w:val="single" w:sz="8" w:space="0" w:color="D9DEE8"/>
              <w:bottom w:val="single" w:sz="8" w:space="0" w:color="D9DEE8"/>
              <w:right w:val="single" w:sz="8" w:space="0" w:color="D9DEE8"/>
            </w:tcBorders>
          </w:tcPr>
          <w:p>
            <w:r>
              <w:t>Apports théoriques et apports pratiques, à qui cela sert et comment.</w:t>
              <w:br/>
              <w:br/>
              <w:t>[Votre texte]</w:t>
            </w:r>
          </w:p>
        </w:tc>
      </w:tr>
      <w:tr>
        <w:tc>
          <w:tcPr>
            <w:tcW w:type="dxa" w:w="5040"/>
            <w:shd w:val="clear" w:color="auto" w:fill="F3F6FC"/>
            <w:tcBorders>
              <w:top w:val="single" w:sz="8" w:space="0" w:color="D9DEE8"/>
              <w:left w:val="single" w:sz="8" w:space="0" w:color="D9DEE8"/>
              <w:bottom w:val="single" w:sz="8" w:space="0" w:color="D9DEE8"/>
              <w:right w:val="single" w:sz="8" w:space="0" w:color="D9DEE8"/>
            </w:tcBorders>
          </w:tcPr>
          <w:p>
            <w:r>
              <w:rPr>
                <w:rFonts w:ascii="Calibri" w:hAnsi="Calibri"/>
                <w:b/>
                <w:color w:val="111111"/>
                <w:sz w:val="22"/>
              </w:rPr>
              <w:t>4.4 Limites</w:t>
            </w:r>
          </w:p>
        </w:tc>
        <w:tc>
          <w:tcPr>
            <w:tcW w:type="dxa" w:w="5040"/>
            <w:tcBorders>
              <w:top w:val="single" w:sz="8" w:space="0" w:color="D9DEE8"/>
              <w:left w:val="single" w:sz="8" w:space="0" w:color="D9DEE8"/>
              <w:bottom w:val="single" w:sz="8" w:space="0" w:color="D9DEE8"/>
              <w:right w:val="single" w:sz="8" w:space="0" w:color="D9DEE8"/>
            </w:tcBorders>
          </w:tcPr>
          <w:p>
            <w:r>
              <w:t>Limites méthodologiques et limites de généralisation.</w:t>
              <w:br/>
              <w:br/>
              <w:t>[Votre texte]</w:t>
            </w:r>
          </w:p>
        </w:tc>
      </w:tr>
      <w:tr>
        <w:tc>
          <w:tcPr>
            <w:tcW w:type="dxa" w:w="5040"/>
            <w:shd w:val="clear" w:color="auto" w:fill="F3F6FC"/>
            <w:tcBorders>
              <w:top w:val="single" w:sz="8" w:space="0" w:color="D9DEE8"/>
              <w:left w:val="single" w:sz="8" w:space="0" w:color="D9DEE8"/>
              <w:bottom w:val="single" w:sz="8" w:space="0" w:color="D9DEE8"/>
              <w:right w:val="single" w:sz="8" w:space="0" w:color="D9DEE8"/>
            </w:tcBorders>
          </w:tcPr>
          <w:p>
            <w:r>
              <w:rPr>
                <w:rFonts w:ascii="Calibri" w:hAnsi="Calibri"/>
                <w:b/>
                <w:color w:val="111111"/>
                <w:sz w:val="22"/>
              </w:rPr>
              <w:t>4.5 Perspectives</w:t>
            </w:r>
          </w:p>
        </w:tc>
        <w:tc>
          <w:tcPr>
            <w:tcW w:type="dxa" w:w="5040"/>
            <w:tcBorders>
              <w:top w:val="single" w:sz="8" w:space="0" w:color="D9DEE8"/>
              <w:left w:val="single" w:sz="8" w:space="0" w:color="D9DEE8"/>
              <w:bottom w:val="single" w:sz="8" w:space="0" w:color="D9DEE8"/>
              <w:right w:val="single" w:sz="8" w:space="0" w:color="D9DEE8"/>
            </w:tcBorders>
          </w:tcPr>
          <w:p>
            <w:r>
              <w:t>Ce que l’étude ouvre, ce qu’il serait pertinent d’explorer ensuite.</w:t>
              <w:br/>
              <w:br/>
              <w:t>[Votre texte]</w:t>
            </w:r>
          </w:p>
        </w:tc>
      </w:tr>
    </w:tbl>
    <w:p/>
    <w:p>
      <w:r>
        <w:rPr>
          <w:rFonts w:ascii="Calibri" w:hAnsi="Calibri"/>
          <w:b/>
          <w:color w:val="0B57D0"/>
          <w:sz w:val="32"/>
        </w:rPr>
        <w:t>Conclusion générale et recommandations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040"/>
        <w:gridCol w:w="5040"/>
      </w:tblGrid>
      <w:tr>
        <w:tc>
          <w:tcPr>
            <w:tcW w:type="dxa" w:w="5040"/>
            <w:shd w:val="clear" w:color="auto" w:fill="F3F6FC"/>
            <w:tcBorders>
              <w:top w:val="single" w:sz="8" w:space="0" w:color="D9DEE8"/>
              <w:left w:val="single" w:sz="8" w:space="0" w:color="D9DEE8"/>
              <w:bottom w:val="single" w:sz="8" w:space="0" w:color="D9DEE8"/>
              <w:right w:val="single" w:sz="8" w:space="0" w:color="D9DEE8"/>
            </w:tcBorders>
          </w:tcPr>
          <w:p>
            <w:r>
              <w:rPr>
                <w:rFonts w:ascii="Calibri" w:hAnsi="Calibri"/>
                <w:b/>
                <w:color w:val="111111"/>
                <w:sz w:val="22"/>
              </w:rPr>
              <w:t>Réponse à la problématique</w:t>
            </w:r>
          </w:p>
        </w:tc>
        <w:tc>
          <w:tcPr>
            <w:tcW w:type="dxa" w:w="5040"/>
            <w:tcBorders>
              <w:top w:val="single" w:sz="8" w:space="0" w:color="D9DEE8"/>
              <w:left w:val="single" w:sz="8" w:space="0" w:color="D9DEE8"/>
              <w:bottom w:val="single" w:sz="8" w:space="0" w:color="D9DEE8"/>
              <w:right w:val="single" w:sz="8" w:space="0" w:color="D9DEE8"/>
            </w:tcBorders>
          </w:tcPr>
          <w:p>
            <w:r>
              <w:t>[Réponse nette, synthèse en 8 à 12 lignes]</w:t>
              <w:br/>
              <w:br/>
              <w:t>[Votre texte]</w:t>
            </w:r>
          </w:p>
        </w:tc>
      </w:tr>
      <w:tr>
        <w:tc>
          <w:tcPr>
            <w:tcW w:type="dxa" w:w="5040"/>
            <w:shd w:val="clear" w:color="auto" w:fill="F3F6FC"/>
            <w:tcBorders>
              <w:top w:val="single" w:sz="8" w:space="0" w:color="D9DEE8"/>
              <w:left w:val="single" w:sz="8" w:space="0" w:color="D9DEE8"/>
              <w:bottom w:val="single" w:sz="8" w:space="0" w:color="D9DEE8"/>
              <w:right w:val="single" w:sz="8" w:space="0" w:color="D9DEE8"/>
            </w:tcBorders>
          </w:tcPr>
          <w:p>
            <w:r>
              <w:rPr>
                <w:rFonts w:ascii="Calibri" w:hAnsi="Calibri"/>
                <w:b/>
                <w:color w:val="111111"/>
                <w:sz w:val="22"/>
              </w:rPr>
              <w:t>Contributions</w:t>
            </w:r>
          </w:p>
        </w:tc>
        <w:tc>
          <w:tcPr>
            <w:tcW w:type="dxa" w:w="5040"/>
            <w:tcBorders>
              <w:top w:val="single" w:sz="8" w:space="0" w:color="D9DEE8"/>
              <w:left w:val="single" w:sz="8" w:space="0" w:color="D9DEE8"/>
              <w:bottom w:val="single" w:sz="8" w:space="0" w:color="D9DEE8"/>
              <w:right w:val="single" w:sz="8" w:space="0" w:color="D9DEE8"/>
            </w:tcBorders>
          </w:tcPr>
          <w:p>
            <w:r>
              <w:t>[Apports principaux, ce que votre travail ajoute]</w:t>
              <w:br/>
              <w:br/>
              <w:t>[Votre texte]</w:t>
            </w:r>
          </w:p>
        </w:tc>
      </w:tr>
      <w:tr>
        <w:tc>
          <w:tcPr>
            <w:tcW w:type="dxa" w:w="5040"/>
            <w:shd w:val="clear" w:color="auto" w:fill="F3F6FC"/>
            <w:tcBorders>
              <w:top w:val="single" w:sz="8" w:space="0" w:color="D9DEE8"/>
              <w:left w:val="single" w:sz="8" w:space="0" w:color="D9DEE8"/>
              <w:bottom w:val="single" w:sz="8" w:space="0" w:color="D9DEE8"/>
              <w:right w:val="single" w:sz="8" w:space="0" w:color="D9DEE8"/>
            </w:tcBorders>
          </w:tcPr>
          <w:p>
            <w:r>
              <w:rPr>
                <w:rFonts w:ascii="Calibri" w:hAnsi="Calibri"/>
                <w:b/>
                <w:color w:val="111111"/>
                <w:sz w:val="22"/>
              </w:rPr>
              <w:t>Recommandations</w:t>
            </w:r>
          </w:p>
        </w:tc>
        <w:tc>
          <w:tcPr>
            <w:tcW w:type="dxa" w:w="5040"/>
            <w:tcBorders>
              <w:top w:val="single" w:sz="8" w:space="0" w:color="D9DEE8"/>
              <w:left w:val="single" w:sz="8" w:space="0" w:color="D9DEE8"/>
              <w:bottom w:val="single" w:sz="8" w:space="0" w:color="D9DEE8"/>
              <w:right w:val="single" w:sz="8" w:space="0" w:color="D9DEE8"/>
            </w:tcBorders>
          </w:tcPr>
          <w:p>
            <w:r>
              <w:t>[Recommandations si pertinentes, priorisées]</w:t>
              <w:br/>
              <w:br/>
              <w:t>[Votre texte]</w:t>
            </w:r>
          </w:p>
        </w:tc>
      </w:tr>
      <w:tr>
        <w:tc>
          <w:tcPr>
            <w:tcW w:type="dxa" w:w="5040"/>
            <w:shd w:val="clear" w:color="auto" w:fill="F3F6FC"/>
            <w:tcBorders>
              <w:top w:val="single" w:sz="8" w:space="0" w:color="D9DEE8"/>
              <w:left w:val="single" w:sz="8" w:space="0" w:color="D9DEE8"/>
              <w:bottom w:val="single" w:sz="8" w:space="0" w:color="D9DEE8"/>
              <w:right w:val="single" w:sz="8" w:space="0" w:color="D9DEE8"/>
            </w:tcBorders>
          </w:tcPr>
          <w:p>
            <w:r>
              <w:rPr>
                <w:rFonts w:ascii="Calibri" w:hAnsi="Calibri"/>
                <w:b/>
                <w:color w:val="111111"/>
                <w:sz w:val="22"/>
              </w:rPr>
              <w:t>Ouverture</w:t>
            </w:r>
          </w:p>
        </w:tc>
        <w:tc>
          <w:tcPr>
            <w:tcW w:type="dxa" w:w="5040"/>
            <w:tcBorders>
              <w:top w:val="single" w:sz="8" w:space="0" w:color="D9DEE8"/>
              <w:left w:val="single" w:sz="8" w:space="0" w:color="D9DEE8"/>
              <w:bottom w:val="single" w:sz="8" w:space="0" w:color="D9DEE8"/>
              <w:right w:val="single" w:sz="8" w:space="0" w:color="D9DEE8"/>
            </w:tcBorders>
          </w:tcPr>
          <w:p>
            <w:r>
              <w:t>[Perspectives de recherche ou prolongements]</w:t>
              <w:br/>
              <w:br/>
              <w:t>[Votre texte]</w:t>
            </w:r>
          </w:p>
        </w:tc>
      </w:tr>
    </w:tbl>
    <w:p/>
    <w:p>
      <w:r>
        <w:rPr>
          <w:rFonts w:ascii="Calibri" w:hAnsi="Calibri"/>
          <w:b/>
          <w:color w:val="0B57D0"/>
          <w:sz w:val="32"/>
        </w:rPr>
        <w:t>Bibliographie</w:t>
      </w:r>
    </w:p>
    <w:p>
      <w:r>
        <w:rPr>
          <w:rFonts w:ascii="Calibri" w:hAnsi="Calibri"/>
          <w:b w:val="0"/>
          <w:color w:val="4B5563"/>
          <w:sz w:val="20"/>
        </w:rPr>
        <w:t>Utilisez une norme unique et cohérente sur tout le document.</w:t>
      </w:r>
    </w:p>
    <w:p>
      <w:r>
        <w:t>....................................................................................................</w:t>
      </w:r>
    </w:p>
    <w:p>
      <w:r>
        <w:t>....................................................................................................</w:t>
      </w:r>
    </w:p>
    <w:p>
      <w:r>
        <w:t>....................................................................................................</w:t>
      </w:r>
    </w:p>
    <w:p>
      <w:r>
        <w:t>....................................................................................................</w:t>
      </w:r>
    </w:p>
    <w:p>
      <w:r>
        <w:rPr>
          <w:rFonts w:ascii="Calibri" w:hAnsi="Calibri"/>
          <w:b/>
          <w:color w:val="0B57D0"/>
          <w:sz w:val="32"/>
        </w:rPr>
        <w:t>Annexes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040"/>
        <w:gridCol w:w="5040"/>
      </w:tblGrid>
      <w:tr>
        <w:tc>
          <w:tcPr>
            <w:tcW w:type="dxa" w:w="5040"/>
            <w:shd w:val="clear" w:color="auto" w:fill="F3F6FC"/>
            <w:tcBorders>
              <w:top w:val="single" w:sz="8" w:space="0" w:color="D9DEE8"/>
              <w:left w:val="single" w:sz="8" w:space="0" w:color="D9DEE8"/>
              <w:bottom w:val="single" w:sz="8" w:space="0" w:color="D9DEE8"/>
              <w:right w:val="single" w:sz="8" w:space="0" w:color="D9DEE8"/>
            </w:tcBorders>
          </w:tcPr>
          <w:p>
            <w:r>
              <w:rPr>
                <w:rFonts w:ascii="Calibri" w:hAnsi="Calibri"/>
                <w:b/>
                <w:color w:val="111111"/>
                <w:sz w:val="22"/>
              </w:rPr>
              <w:t>Annexe A</w:t>
            </w:r>
          </w:p>
        </w:tc>
        <w:tc>
          <w:tcPr>
            <w:tcW w:type="dxa" w:w="5040"/>
            <w:tcBorders>
              <w:top w:val="single" w:sz="8" w:space="0" w:color="D9DEE8"/>
              <w:left w:val="single" w:sz="8" w:space="0" w:color="D9DEE8"/>
              <w:bottom w:val="single" w:sz="8" w:space="0" w:color="D9DEE8"/>
              <w:right w:val="single" w:sz="8" w:space="0" w:color="D9DEE8"/>
            </w:tcBorders>
          </w:tcPr>
          <w:p>
            <w:r>
              <w:t>[Titre et contenu de l’annexe]</w:t>
            </w:r>
          </w:p>
        </w:tc>
      </w:tr>
      <w:tr>
        <w:tc>
          <w:tcPr>
            <w:tcW w:type="dxa" w:w="5040"/>
            <w:shd w:val="clear" w:color="auto" w:fill="F3F6FC"/>
            <w:tcBorders>
              <w:top w:val="single" w:sz="8" w:space="0" w:color="D9DEE8"/>
              <w:left w:val="single" w:sz="8" w:space="0" w:color="D9DEE8"/>
              <w:bottom w:val="single" w:sz="8" w:space="0" w:color="D9DEE8"/>
              <w:right w:val="single" w:sz="8" w:space="0" w:color="D9DEE8"/>
            </w:tcBorders>
          </w:tcPr>
          <w:p>
            <w:r>
              <w:rPr>
                <w:rFonts w:ascii="Calibri" w:hAnsi="Calibri"/>
                <w:b/>
                <w:color w:val="111111"/>
                <w:sz w:val="22"/>
              </w:rPr>
              <w:t>Annexe B</w:t>
            </w:r>
          </w:p>
        </w:tc>
        <w:tc>
          <w:tcPr>
            <w:tcW w:type="dxa" w:w="5040"/>
            <w:tcBorders>
              <w:top w:val="single" w:sz="8" w:space="0" w:color="D9DEE8"/>
              <w:left w:val="single" w:sz="8" w:space="0" w:color="D9DEE8"/>
              <w:bottom w:val="single" w:sz="8" w:space="0" w:color="D9DEE8"/>
              <w:right w:val="single" w:sz="8" w:space="0" w:color="D9DEE8"/>
            </w:tcBorders>
          </w:tcPr>
          <w:p>
            <w:r>
              <w:t>[Titre et contenu de l’annexe]</w:t>
            </w:r>
          </w:p>
        </w:tc>
      </w:tr>
      <w:tr>
        <w:tc>
          <w:tcPr>
            <w:tcW w:type="dxa" w:w="5040"/>
            <w:shd w:val="clear" w:color="auto" w:fill="F3F6FC"/>
            <w:tcBorders>
              <w:top w:val="single" w:sz="8" w:space="0" w:color="D9DEE8"/>
              <w:left w:val="single" w:sz="8" w:space="0" w:color="D9DEE8"/>
              <w:bottom w:val="single" w:sz="8" w:space="0" w:color="D9DEE8"/>
              <w:right w:val="single" w:sz="8" w:space="0" w:color="D9DEE8"/>
            </w:tcBorders>
          </w:tcPr>
          <w:p>
            <w:r>
              <w:rPr>
                <w:rFonts w:ascii="Calibri" w:hAnsi="Calibri"/>
                <w:b/>
                <w:color w:val="111111"/>
                <w:sz w:val="22"/>
              </w:rPr>
              <w:t>Annexe C</w:t>
            </w:r>
          </w:p>
        </w:tc>
        <w:tc>
          <w:tcPr>
            <w:tcW w:type="dxa" w:w="5040"/>
            <w:tcBorders>
              <w:top w:val="single" w:sz="8" w:space="0" w:color="D9DEE8"/>
              <w:left w:val="single" w:sz="8" w:space="0" w:color="D9DEE8"/>
              <w:bottom w:val="single" w:sz="8" w:space="0" w:color="D9DEE8"/>
              <w:right w:val="single" w:sz="8" w:space="0" w:color="D9DEE8"/>
            </w:tcBorders>
          </w:tcPr>
          <w:p>
            <w:r>
              <w:t>[Titre et contenu de l’annexe]</w:t>
            </w:r>
          </w:p>
        </w:tc>
      </w:tr>
      <w:tr>
        <w:tc>
          <w:tcPr>
            <w:tcW w:type="dxa" w:w="5040"/>
            <w:shd w:val="clear" w:color="auto" w:fill="F3F6FC"/>
            <w:tcBorders>
              <w:top w:val="single" w:sz="8" w:space="0" w:color="D9DEE8"/>
              <w:left w:val="single" w:sz="8" w:space="0" w:color="D9DEE8"/>
              <w:bottom w:val="single" w:sz="8" w:space="0" w:color="D9DEE8"/>
              <w:right w:val="single" w:sz="8" w:space="0" w:color="D9DEE8"/>
            </w:tcBorders>
          </w:tcPr>
          <w:p>
            <w:r>
              <w:rPr>
                <w:rFonts w:ascii="Calibri" w:hAnsi="Calibri"/>
                <w:b/>
                <w:color w:val="111111"/>
                <w:sz w:val="22"/>
              </w:rPr>
              <w:t>Annexe D</w:t>
            </w:r>
          </w:p>
        </w:tc>
        <w:tc>
          <w:tcPr>
            <w:tcW w:type="dxa" w:w="5040"/>
            <w:tcBorders>
              <w:top w:val="single" w:sz="8" w:space="0" w:color="D9DEE8"/>
              <w:left w:val="single" w:sz="8" w:space="0" w:color="D9DEE8"/>
              <w:bottom w:val="single" w:sz="8" w:space="0" w:color="D9DEE8"/>
              <w:right w:val="single" w:sz="8" w:space="0" w:color="D9DEE8"/>
            </w:tcBorders>
          </w:tcPr>
          <w:p>
            <w:r>
              <w:t>[Titre et contenu de l’annexe]</w:t>
            </w:r>
          </w:p>
        </w:tc>
      </w:tr>
    </w:tbl>
    <w:sectPr w:rsidR="00FC693F" w:rsidRPr="0006063C" w:rsidSect="00034616">
      <w:pgSz w:w="12240" w:h="15840"/>
      <w:pgMar w:top="1008" w:right="1080" w:bottom="1008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