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Pack de modèles Association</w:t>
      </w:r>
    </w:p>
    <w:p>
      <w:pPr>
        <w:pStyle w:val="Heading2"/>
        <w:jc w:val="center"/>
      </w:pPr>
      <w:r>
        <w:t>Word – Trames clés prêtes à remplir</w:t>
      </w:r>
    </w:p>
    <w:p/>
    <w:p>
      <w:r>
        <w:rPr>
          <w:sz w:val="22"/>
        </w:rPr>
        <w:t>Ce document regroupe des modèles Word essentiels pour gérer une association avec une présentation sobre, des zones de saisie claires et des tableaux prêts à l’emploi.</w:t>
      </w:r>
    </w:p>
    <w:p/>
    <w:p>
      <w:pPr>
        <w:pStyle w:val="Heading2"/>
      </w:pPr>
      <w:r>
        <w:t>Mode d’emploi</w:t>
      </w:r>
    </w:p>
    <w:p>
      <w:pPr>
        <w:pStyle w:val="ListBullet"/>
      </w:pPr>
      <w:r>
        <w:t>Remplacez les champs entre crochets par vos informations.</w:t>
      </w:r>
    </w:p>
    <w:p>
      <w:pPr>
        <w:pStyle w:val="ListBullet"/>
      </w:pPr>
      <w:r>
        <w:t>Conservez une arborescence simple : Année &gt; Réunions / Adhésions / Finances / Subventions.</w:t>
      </w:r>
    </w:p>
    <w:p>
      <w:pPr>
        <w:pStyle w:val="ListBullet"/>
      </w:pPr>
      <w:r>
        <w:t>Après signature, exportez en PDF et archivez avec les pièces justificatives.</w:t>
      </w:r>
    </w:p>
    <w:p>
      <w:r>
        <w:br w:type="page"/>
      </w:r>
    </w:p>
    <w:p>
      <w:pPr>
        <w:pStyle w:val="Heading1"/>
      </w:pPr>
      <w:r>
        <w:t>Convocation et ordre du jour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4986"/>
          </w:tcPr>
          <w:p>
            <w:r>
              <w:t>[LIEU]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Objet / Réunion</w:t>
            </w:r>
          </w:p>
        </w:tc>
        <w:tc>
          <w:tcPr>
            <w:tcW w:type="dxa" w:w="4986"/>
          </w:tcPr>
          <w:p>
            <w:r>
              <w:t>[OBJET / RÉUNION]</w:t>
            </w:r>
          </w:p>
        </w:tc>
      </w:tr>
    </w:tbl>
    <w:p/>
    <w:p>
      <w:r>
        <w:rPr>
          <w:b/>
        </w:rPr>
        <w:t xml:space="preserve">Destinataires : </w:t>
      </w:r>
      <w:r>
        <w:t>[LISTE DES MEMBRES / ADHÉRENTS CONCERNÉS]</w:t>
      </w:r>
    </w:p>
    <w:p/>
    <w:p>
      <w:r>
        <w:t>Madame, Monsieur,</w:t>
        <w:br/>
        <w:t>Vous êtes convoqué(e) à la réunion suivante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Type de réunion</w:t>
            </w:r>
          </w:p>
        </w:tc>
        <w:tc>
          <w:tcPr>
            <w:tcW w:type="dxa" w:w="4986"/>
          </w:tcPr>
          <w:p>
            <w:r>
              <w:t>[BUREAU / CA / AG / COMMISSION]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Date et heure</w:t>
            </w:r>
          </w:p>
        </w:tc>
        <w:tc>
          <w:tcPr>
            <w:tcW w:type="dxa" w:w="4986"/>
          </w:tcPr>
          <w:p>
            <w:r>
              <w:t>[DATE] – [HEURE]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4986"/>
          </w:tcPr>
          <w:p>
            <w:r>
              <w:t>[ADRESSE]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Modalité</w:t>
            </w:r>
          </w:p>
        </w:tc>
        <w:tc>
          <w:tcPr>
            <w:tcW w:type="dxa" w:w="4986"/>
          </w:tcPr>
          <w:p>
            <w:r>
              <w:t>[PRÉSENTIEL / VISIO / HYBRIDE]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Documents joints</w:t>
            </w:r>
          </w:p>
        </w:tc>
        <w:tc>
          <w:tcPr>
            <w:tcW w:type="dxa" w:w="4986"/>
          </w:tcPr>
          <w:p>
            <w:r>
              <w:t>[PV PRÉCÉDENT, RAPPORT, BUDGET, ETC.]</w:t>
            </w:r>
          </w:p>
        </w:tc>
      </w:tr>
    </w:tbl>
    <w:p/>
    <w:p>
      <w:pPr>
        <w:pStyle w:val="Heading2"/>
      </w:pPr>
      <w:r>
        <w:t>Ordre du jour</w:t>
      </w:r>
    </w:p>
    <w:p>
      <w:pPr>
        <w:pStyle w:val="ListNumber"/>
      </w:pPr>
      <w:r>
        <w:t>Ouverture de séance et vérification du quorum</w:t>
      </w:r>
    </w:p>
    <w:p>
      <w:pPr>
        <w:pStyle w:val="ListNumber"/>
      </w:pPr>
      <w:r>
        <w:t>Approbation du procès-verbal précédent</w:t>
      </w:r>
    </w:p>
    <w:p>
      <w:pPr>
        <w:pStyle w:val="ListNumber"/>
      </w:pPr>
      <w:r>
        <w:t>Point financier (trésorerie, budget, engagements)</w:t>
      </w:r>
    </w:p>
    <w:p>
      <w:pPr>
        <w:pStyle w:val="ListNumber"/>
      </w:pPr>
      <w:r>
        <w:t>Points statutaires / décisions à voter</w:t>
      </w:r>
    </w:p>
    <w:p>
      <w:pPr>
        <w:pStyle w:val="ListNumber"/>
      </w:pPr>
      <w:r>
        <w:t>Projets et actions à venir</w:t>
      </w:r>
    </w:p>
    <w:p>
      <w:pPr>
        <w:pStyle w:val="ListNumber"/>
      </w:pPr>
      <w:r>
        <w:t>Questions diverses</w:t>
      </w:r>
    </w:p>
    <w:p>
      <w:pPr>
        <w:pStyle w:val="ListNumber"/>
      </w:pPr>
      <w:r>
        <w:t>Clôture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Fait à [VILLE]</w:t>
            </w:r>
          </w:p>
        </w:tc>
        <w:tc>
          <w:tcPr>
            <w:tcW w:type="dxa" w:w="4986"/>
          </w:tcPr>
          <w:p>
            <w:r>
              <w:rPr>
                <w:b/>
              </w:rPr>
              <w:t>Le 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Nom et fonction : [NOM – FONCTION]</w:t>
            </w:r>
          </w:p>
        </w:tc>
        <w:tc>
          <w:tcPr>
            <w:tcW w:type="dxa" w:w="4986"/>
          </w:tcPr>
          <w:p>
            <w:r>
              <w:rPr>
                <w:b/>
              </w:rPr>
              <w:t>Signature : [SIGNATURE]</w:t>
            </w:r>
          </w:p>
        </w:tc>
      </w:tr>
    </w:tbl>
    <w:p>
      <w:r>
        <w:br w:type="page"/>
      </w:r>
    </w:p>
    <w:p>
      <w:pPr>
        <w:pStyle w:val="Heading1"/>
      </w:pPr>
      <w:r>
        <w:t>Procès-verbal – Assemblée générale ordinaire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4986"/>
          </w:tcPr>
          <w:p>
            <w:r>
              <w:t>[LIEU]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Objet / Réunion</w:t>
            </w:r>
          </w:p>
        </w:tc>
        <w:tc>
          <w:tcPr>
            <w:tcW w:type="dxa" w:w="4986"/>
          </w:tcPr>
          <w:p>
            <w:r>
              <w:t>[OBJET / RÉUNION]</w:t>
            </w:r>
          </w:p>
        </w:tc>
      </w:tr>
    </w:tbl>
    <w:p/>
    <w:p>
      <w:pPr>
        <w:pStyle w:val="Heading2"/>
      </w:pPr>
      <w:r>
        <w:t>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Nombre de membres à jour de cotisation</w:t>
            </w:r>
          </w:p>
        </w:tc>
        <w:tc>
          <w:tcPr>
            <w:tcW w:type="dxa" w:w="4986"/>
          </w:tcPr>
          <w:p>
            <w:r>
              <w:t>[N]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Nombre de membres présents</w:t>
            </w:r>
          </w:p>
        </w:tc>
        <w:tc>
          <w:tcPr>
            <w:tcW w:type="dxa" w:w="4986"/>
          </w:tcPr>
          <w:p>
            <w:r>
              <w:t>[N]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Nombre de membres représentés (pouvoirs)</w:t>
            </w:r>
          </w:p>
        </w:tc>
        <w:tc>
          <w:tcPr>
            <w:tcW w:type="dxa" w:w="4986"/>
          </w:tcPr>
          <w:p>
            <w:r>
              <w:t>[N]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Quorum atteint</w:t>
            </w:r>
          </w:p>
        </w:tc>
        <w:tc>
          <w:tcPr>
            <w:tcW w:type="dxa" w:w="4986"/>
          </w:tcPr>
          <w:p>
            <w:r>
              <w:t>□ Oui   □ Non</w:t>
            </w:r>
          </w:p>
        </w:tc>
      </w:tr>
    </w:tbl>
    <w:p/>
    <w:p>
      <w:pPr>
        <w:pStyle w:val="Heading2"/>
      </w:pPr>
      <w:r>
        <w:t>Liste des présents et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rPr>
          <w:tblHeader w:val="true"/>
        </w:trPr>
        <w:tc>
          <w:tcPr>
            <w:tcW w:type="dxa" w:w="1994"/>
          </w:tcPr>
          <w:p>
            <w:r>
              <w:rPr>
                <w:b/>
              </w:rPr>
              <w:t>N°</w:t>
            </w:r>
          </w:p>
        </w:tc>
        <w:tc>
          <w:tcPr>
            <w:tcW w:type="dxa" w:w="1994"/>
          </w:tcPr>
          <w:p>
            <w:r>
              <w:rPr>
                <w:b/>
              </w:rPr>
              <w:t>Nom</w:t>
            </w:r>
          </w:p>
        </w:tc>
        <w:tc>
          <w:tcPr>
            <w:tcW w:type="dxa" w:w="1994"/>
          </w:tcPr>
          <w:p>
            <w:r>
              <w:rPr>
                <w:b/>
              </w:rPr>
              <w:t>Prénom</w:t>
            </w:r>
          </w:p>
        </w:tc>
        <w:tc>
          <w:tcPr>
            <w:tcW w:type="dxa" w:w="1994"/>
          </w:tcPr>
          <w:p>
            <w:r>
              <w:rPr>
                <w:b/>
              </w:rPr>
              <w:t>Qualité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</w:tbl>
    <w:p/>
    <w:p>
      <w:pPr>
        <w:pStyle w:val="Heading2"/>
      </w:pPr>
      <w:r>
        <w:t>Déroulé de séance</w:t>
      </w:r>
    </w:p>
    <w:p>
      <w:r>
        <w:t>Ouverture de séance à [HEURE] par [NOM – FONCTION].</w:t>
      </w:r>
    </w:p>
    <w:p>
      <w:r>
        <w:t>Le président de séance est [NOM]. Le secrétaire de séance est [NOM].</w:t>
      </w:r>
    </w:p>
    <w:p/>
    <w:p>
      <w:pPr>
        <w:pStyle w:val="Heading2"/>
      </w:pPr>
      <w:r>
        <w:t>Résolutions et décisions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rPr>
          <w:tblHeader w:val="true"/>
        </w:trPr>
        <w:tc>
          <w:tcPr>
            <w:tcW w:type="dxa" w:w="1662"/>
          </w:tcPr>
          <w:p>
            <w:r>
              <w:rPr>
                <w:b/>
              </w:rPr>
              <w:t>N°</w:t>
            </w:r>
          </w:p>
        </w:tc>
        <w:tc>
          <w:tcPr>
            <w:tcW w:type="dxa" w:w="1662"/>
          </w:tcPr>
          <w:p>
            <w:r>
              <w:rPr>
                <w:b/>
              </w:rPr>
              <w:t>Objet de la résolution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Pour</w:t>
            </w:r>
          </w:p>
        </w:tc>
        <w:tc>
          <w:tcPr>
            <w:tcW w:type="dxa" w:w="1662"/>
          </w:tcPr>
          <w:p>
            <w:r>
              <w:rPr>
                <w:b/>
              </w:rPr>
              <w:t>Contre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Abst.</w:t>
            </w:r>
          </w:p>
        </w:tc>
        <w:tc>
          <w:tcPr>
            <w:tcW w:type="dxa" w:w="1662"/>
          </w:tcPr>
          <w:p>
            <w:r>
              <w:rPr>
                <w:b/>
              </w:rPr>
              <w:t>Adoptée</w:t>
            </w:r>
          </w:p>
        </w:tc>
      </w:tr>
      <w:tr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[Texte synthétique de la résolution]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□ Oui  □ Non</w:t>
            </w:r>
          </w:p>
        </w:tc>
      </w:tr>
      <w:tr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[Texte synthétique de la résolution]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□ Oui  □ Non</w:t>
            </w:r>
          </w:p>
        </w:tc>
      </w:tr>
      <w:tr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[Texte synthétique de la résolution]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□ Oui  □ Non</w:t>
            </w:r>
          </w:p>
        </w:tc>
      </w:tr>
      <w:tr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[Texte synthétique de la résolution]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□ Oui  □ Non</w:t>
            </w:r>
          </w:p>
        </w:tc>
      </w:tr>
      <w:tr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[Texte synthétique de la résolution]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□ Oui  □ Non</w:t>
            </w:r>
          </w:p>
        </w:tc>
      </w:tr>
      <w:tr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[Texte synthétique de la résolution]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[ ]</w:t>
            </w:r>
          </w:p>
        </w:tc>
        <w:tc>
          <w:tcPr>
            <w:tcW w:type="dxa" w:w="1662"/>
          </w:tcPr>
          <w:p>
            <w:r>
              <w:t>□ Oui  □ Non</w:t>
            </w:r>
          </w:p>
        </w:tc>
      </w:tr>
    </w:tbl>
    <w:p/>
    <w:p>
      <w:pPr>
        <w:pStyle w:val="Heading2"/>
      </w:pPr>
      <w:r>
        <w:t>Clôture</w:t>
      </w:r>
    </w:p>
    <w:p>
      <w:r>
        <w:t>La séance est levée à [HEURE].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Le président de séance</w:t>
            </w:r>
          </w:p>
        </w:tc>
        <w:tc>
          <w:tcPr>
            <w:tcW w:type="dxa" w:w="4986"/>
          </w:tcPr>
          <w:p>
            <w:r>
              <w:rPr>
                <w:b/>
              </w:rPr>
              <w:t>Le secrétaire de séance</w:t>
            </w:r>
          </w:p>
        </w:tc>
      </w:tr>
      <w:tr>
        <w:tc>
          <w:tcPr>
            <w:tcW w:type="dxa" w:w="4986"/>
          </w:tcPr>
          <w:p>
            <w:r>
              <w:t>Nom : [NOM]</w:t>
            </w:r>
          </w:p>
        </w:tc>
        <w:tc>
          <w:tcPr>
            <w:tcW w:type="dxa" w:w="4986"/>
          </w:tcPr>
          <w:p>
            <w:r>
              <w:t>Nom : [NOM]</w:t>
            </w:r>
          </w:p>
        </w:tc>
      </w:tr>
      <w:tr>
        <w:tc>
          <w:tcPr>
            <w:tcW w:type="dxa" w:w="4986"/>
          </w:tcPr>
          <w:p>
            <w:r>
              <w:t>Signature : [SIGNATURE]</w:t>
            </w:r>
          </w:p>
        </w:tc>
        <w:tc>
          <w:tcPr>
            <w:tcW w:type="dxa" w:w="4986"/>
          </w:tcPr>
          <w:p>
            <w:r>
              <w:t>Signature : [SIGNATURE]</w:t>
            </w:r>
          </w:p>
        </w:tc>
      </w:tr>
    </w:tbl>
    <w:p>
      <w:r>
        <w:br w:type="page"/>
      </w:r>
    </w:p>
    <w:p>
      <w:pPr>
        <w:pStyle w:val="Heading1"/>
      </w:pPr>
      <w:r>
        <w:t>Procès-verbal – Conseil d’administration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4986"/>
          </w:tcPr>
          <w:p>
            <w:r>
              <w:t>[LIEU]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Objet / Réunion</w:t>
            </w:r>
          </w:p>
        </w:tc>
        <w:tc>
          <w:tcPr>
            <w:tcW w:type="dxa" w:w="4986"/>
          </w:tcPr>
          <w:p>
            <w:r>
              <w:t>[OBJET / RÉUNION]</w:t>
            </w:r>
          </w:p>
        </w:tc>
      </w:tr>
    </w:tbl>
    <w:p/>
    <w:p>
      <w:pPr>
        <w:pStyle w:val="Heading2"/>
      </w:pPr>
      <w:r>
        <w:t>Présents, représentés, excusés</w:t>
      </w:r>
    </w:p>
    <w:p>
      <w:r>
        <w:t>Présence : cochez P (présent), Pouvoir (représenté) ou E (excusé).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rPr>
          <w:tblHeader w:val="true"/>
        </w:trPr>
        <w:tc>
          <w:tcPr>
            <w:tcW w:type="dxa" w:w="2493"/>
          </w:tcPr>
          <w:p>
            <w:r>
              <w:rPr>
                <w:b/>
              </w:rPr>
              <w:t>Nom</w:t>
            </w:r>
          </w:p>
        </w:tc>
        <w:tc>
          <w:tcPr>
            <w:tcW w:type="dxa" w:w="2493"/>
          </w:tcPr>
          <w:p>
            <w:r>
              <w:rPr>
                <w:b/>
              </w:rPr>
              <w:t>Prénom</w:t>
            </w:r>
          </w:p>
        </w:tc>
        <w:tc>
          <w:tcPr>
            <w:tcW w:type="dxa" w:w="2493"/>
          </w:tcPr>
          <w:p>
            <w:r>
              <w:rPr>
                <w:b/>
              </w:rPr>
              <w:t>Rôle</w:t>
            </w:r>
          </w:p>
        </w:tc>
        <w:tc>
          <w:tcPr>
            <w:tcW w:type="dxa" w:w="2493"/>
          </w:tcPr>
          <w:p>
            <w:r>
              <w:rPr>
                <w:b/>
              </w:rPr>
              <w:t>Présence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>
            <w:r>
              <w:t>□ P  □ Pouvoir  □ E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>
            <w:r>
              <w:t>□ P  □ Pouvoir  □ E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>
            <w:r>
              <w:t>□ P  □ Pouvoir  □ E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>
            <w:r>
              <w:t>□ P  □ Pouvoir  □ E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>
            <w:r>
              <w:t>□ P  □ Pouvoir  □ E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>
            <w:r>
              <w:t>□ P  □ Pouvoir  □ E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>
            <w:r>
              <w:t>□ P  □ Pouvoir  □ E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>
            <w:r>
              <w:t>□ P  □ Pouvoir  □ E</w:t>
            </w:r>
          </w:p>
        </w:tc>
      </w:tr>
    </w:tbl>
    <w:p/>
    <w:p>
      <w:pPr>
        <w:pStyle w:val="Heading2"/>
      </w:pPr>
      <w:r>
        <w:t>Ordre du jour</w:t>
      </w:r>
    </w:p>
    <w:p>
      <w:pPr>
        <w:pStyle w:val="ListBullet"/>
      </w:pPr>
      <w:r>
        <w:t>Validation du procès-verbal précédent</w:t>
      </w:r>
    </w:p>
    <w:p>
      <w:pPr>
        <w:pStyle w:val="ListBullet"/>
      </w:pPr>
      <w:r>
        <w:t>Point financier</w:t>
      </w:r>
    </w:p>
    <w:p>
      <w:pPr>
        <w:pStyle w:val="ListBullet"/>
      </w:pPr>
      <w:r>
        <w:t>Décisions et votes</w:t>
      </w:r>
    </w:p>
    <w:p>
      <w:pPr>
        <w:pStyle w:val="ListBullet"/>
      </w:pPr>
      <w:r>
        <w:t>Organisation des prochaines actions</w:t>
      </w:r>
    </w:p>
    <w:p>
      <w:pPr>
        <w:pStyle w:val="ListBullet"/>
      </w:pPr>
      <w:r>
        <w:t>Questions diverses</w:t>
      </w:r>
    </w:p>
    <w:p/>
    <w:p>
      <w:pPr>
        <w:pStyle w:val="Heading2"/>
      </w:pPr>
      <w:r>
        <w:t>Décisions et actions</w:t>
      </w:r>
    </w:p>
    <w:p>
      <w:r>
        <w:t>Statut : A faire, En cours, Fait.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rPr>
          <w:tblHeader w:val="true"/>
        </w:trPr>
        <w:tc>
          <w:tcPr>
            <w:tcW w:type="dxa" w:w="1994"/>
          </w:tcPr>
          <w:p>
            <w:r>
              <w:rPr>
                <w:b/>
              </w:rPr>
              <w:t>Décision / Action</w:t>
            </w:r>
          </w:p>
        </w:tc>
        <w:tc>
          <w:tcPr>
            <w:tcW w:type="dxa" w:w="1994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</w:tbl>
    <w:p/>
    <w:p>
      <w:pPr>
        <w:pStyle w:val="Heading2"/>
      </w:pPr>
      <w:r>
        <w:t>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Le président</w:t>
            </w:r>
          </w:p>
        </w:tc>
        <w:tc>
          <w:tcPr>
            <w:tcW w:type="dxa" w:w="4986"/>
          </w:tcPr>
          <w:p>
            <w:r>
              <w:rPr>
                <w:b/>
              </w:rPr>
              <w:t>Le secrétaire</w:t>
            </w:r>
          </w:p>
        </w:tc>
      </w:tr>
      <w:tr>
        <w:tc>
          <w:tcPr>
            <w:tcW w:type="dxa" w:w="4986"/>
          </w:tcPr>
          <w:p>
            <w:r>
              <w:t>Nom : [NOM] – Signature : [SIGNATURE]</w:t>
            </w:r>
          </w:p>
        </w:tc>
        <w:tc>
          <w:tcPr>
            <w:tcW w:type="dxa" w:w="4986"/>
          </w:tcPr>
          <w:p>
            <w:r>
              <w:t>Nom : [NOM] – Signature : [SIGNATURE]</w:t>
            </w:r>
          </w:p>
        </w:tc>
      </w:tr>
    </w:tbl>
    <w:p>
      <w:r>
        <w:br w:type="page"/>
      </w:r>
    </w:p>
    <w:p>
      <w:pPr>
        <w:pStyle w:val="Heading1"/>
      </w:pPr>
      <w:r>
        <w:t>Compte rendu de réunion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4986"/>
          </w:tcPr>
          <w:p>
            <w:r>
              <w:t>[LIEU]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Objet / Réunion</w:t>
            </w:r>
          </w:p>
        </w:tc>
        <w:tc>
          <w:tcPr>
            <w:tcW w:type="dxa" w:w="4986"/>
          </w:tcPr>
          <w:p>
            <w:r>
              <w:t>[OBJET / RÉUNION]</w:t>
            </w:r>
          </w:p>
        </w:tc>
      </w:tr>
    </w:tbl>
    <w:p/>
    <w:p>
      <w:pPr>
        <w:pStyle w:val="Heading2"/>
      </w:pPr>
      <w:r>
        <w:t>Participants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rPr>
          <w:tblHeader w:val="true"/>
        </w:trPr>
        <w:tc>
          <w:tcPr>
            <w:tcW w:type="dxa" w:w="3324"/>
          </w:tcPr>
          <w:p>
            <w:r>
              <w:rPr>
                <w:b/>
              </w:rPr>
              <w:t>Nom et prénom</w:t>
            </w:r>
          </w:p>
        </w:tc>
        <w:tc>
          <w:tcPr>
            <w:tcW w:type="dxa" w:w="3324"/>
          </w:tcPr>
          <w:p>
            <w:r>
              <w:rPr>
                <w:b/>
              </w:rPr>
              <w:t>Rôle / Structure</w:t>
            </w:r>
          </w:p>
        </w:tc>
        <w:tc>
          <w:tcPr>
            <w:tcW w:type="dxa" w:w="3324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</w:tbl>
    <w:p/>
    <w:p>
      <w:pPr>
        <w:pStyle w:val="Heading2"/>
      </w:pPr>
      <w:r>
        <w:t>Synthèse</w:t>
      </w:r>
    </w:p>
    <w:p>
      <w:r>
        <w:t>[Résumé court : contexte, objectifs, points clés.]</w:t>
      </w:r>
    </w:p>
    <w:p/>
    <w:p>
      <w:pPr>
        <w:pStyle w:val="Heading2"/>
      </w:pPr>
      <w:r>
        <w:t>Décisions et plan d’actions</w:t>
      </w:r>
    </w:p>
    <w:p>
      <w:r>
        <w:t>Priorité : Haute, Moyenne, Basse. Statut : A faire, En cours, Fait.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rPr>
          <w:tblHeader w:val="true"/>
        </w:trPr>
        <w:tc>
          <w:tcPr>
            <w:tcW w:type="dxa" w:w="1662"/>
          </w:tcPr>
          <w:p>
            <w:r>
              <w:rPr>
                <w:b/>
              </w:rPr>
              <w:t>Sujet</w:t>
            </w:r>
          </w:p>
        </w:tc>
        <w:tc>
          <w:tcPr>
            <w:tcW w:type="dxa" w:w="1662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1662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166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</w:tbl>
    <w:p/>
    <w:p>
      <w:pPr>
        <w:pStyle w:val="Heading2"/>
      </w:pPr>
      <w:r>
        <w:t>Prochaine réunion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Objet</w:t>
            </w:r>
          </w:p>
        </w:tc>
        <w:tc>
          <w:tcPr>
            <w:tcW w:type="dxa" w:w="4986"/>
          </w:tcPr>
          <w:p>
            <w:r>
              <w:t>[OBJET]</w:t>
            </w:r>
          </w:p>
        </w:tc>
      </w:tr>
    </w:tbl>
    <w:p>
      <w:r>
        <w:br w:type="page"/>
      </w:r>
    </w:p>
    <w:p>
      <w:pPr>
        <w:pStyle w:val="Heading1"/>
      </w:pPr>
      <w:r>
        <w:t>Feuille d’émargement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4986"/>
          </w:tcPr>
          <w:p>
            <w:r>
              <w:t>[LIEU]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Objet / Réunion</w:t>
            </w:r>
          </w:p>
        </w:tc>
        <w:tc>
          <w:tcPr>
            <w:tcW w:type="dxa" w:w="4986"/>
          </w:tcPr>
          <w:p>
            <w:r>
              <w:t>[OBJET / RÉUNION]</w:t>
            </w:r>
          </w:p>
        </w:tc>
      </w:tr>
    </w:tbl>
    <w:p/>
    <w:p>
      <w:pPr>
        <w:pStyle w:val="Heading2"/>
      </w:pPr>
      <w:r>
        <w:t>Informations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Intitulé</w:t>
            </w:r>
          </w:p>
        </w:tc>
        <w:tc>
          <w:tcPr>
            <w:tcW w:type="dxa" w:w="4986"/>
          </w:tcPr>
          <w:p>
            <w:r>
              <w:t>[RÉUNION / ATELIER / FORMATION]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4986"/>
          </w:tcPr>
          <w:p>
            <w:r>
              <w:t>[LIEU]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Animateur</w:t>
            </w:r>
          </w:p>
        </w:tc>
        <w:tc>
          <w:tcPr>
            <w:tcW w:type="dxa" w:w="4986"/>
          </w:tcPr>
          <w:p>
            <w:r>
              <w:t>[NOM]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rPr>
          <w:tblHeader w:val="true"/>
        </w:trPr>
        <w:tc>
          <w:tcPr>
            <w:tcW w:type="dxa" w:w="1662"/>
          </w:tcPr>
          <w:p>
            <w:r>
              <w:rPr>
                <w:b/>
              </w:rPr>
              <w:t>N°</w:t>
            </w:r>
          </w:p>
        </w:tc>
        <w:tc>
          <w:tcPr>
            <w:tcW w:type="dxa" w:w="1662"/>
          </w:tcPr>
          <w:p>
            <w:r>
              <w:rPr>
                <w:b/>
              </w:rPr>
              <w:t>Nom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Prénom</w:t>
            </w:r>
          </w:p>
        </w:tc>
        <w:tc>
          <w:tcPr>
            <w:tcW w:type="dxa" w:w="1662"/>
          </w:tcPr>
          <w:p>
            <w:r>
              <w:rPr>
                <w:b/>
              </w:rPr>
              <w:t>Structure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</w:tbl>
    <w:p>
      <w:r>
        <w:br w:type="page"/>
      </w:r>
    </w:p>
    <w:p>
      <w:pPr>
        <w:pStyle w:val="Heading1"/>
      </w:pPr>
      <w:r>
        <w:t>Fiche adhérent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4986"/>
          </w:tcPr>
          <w:p>
            <w:r>
              <w:t>[LIEU]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Objet / Réunion</w:t>
            </w:r>
          </w:p>
        </w:tc>
        <w:tc>
          <w:tcPr>
            <w:tcW w:type="dxa" w:w="4986"/>
          </w:tcPr>
          <w:p>
            <w:r>
              <w:t>[OBJET / RÉUNION]</w:t>
            </w:r>
          </w:p>
        </w:tc>
      </w:tr>
    </w:tbl>
    <w:p/>
    <w:p>
      <w:pPr>
        <w:pStyle w:val="Heading2"/>
      </w:pPr>
      <w:r>
        <w:t>Identité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Nom</w:t>
            </w:r>
          </w:p>
        </w:tc>
        <w:tc>
          <w:tcPr>
            <w:tcW w:type="dxa" w:w="4986"/>
          </w:tcPr>
          <w:p>
            <w:r>
              <w:t>[NOM]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Prénom</w:t>
            </w:r>
          </w:p>
        </w:tc>
        <w:tc>
          <w:tcPr>
            <w:tcW w:type="dxa" w:w="4986"/>
          </w:tcPr>
          <w:p>
            <w:r>
              <w:t>[PRÉNOM]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Date de naissance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4986"/>
          </w:tcPr>
          <w:p>
            <w:r>
              <w:t>[ADRESSE]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4986"/>
          </w:tcPr>
          <w:p>
            <w:r>
              <w:t>[TÉL]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E-mail</w:t>
            </w:r>
          </w:p>
        </w:tc>
        <w:tc>
          <w:tcPr>
            <w:tcW w:type="dxa" w:w="4986"/>
          </w:tcPr>
          <w:p>
            <w:r>
              <w:t>[EMAIL]</w:t>
            </w:r>
          </w:p>
        </w:tc>
      </w:tr>
    </w:tbl>
    <w:p/>
    <w:p>
      <w:pPr>
        <w:pStyle w:val="Heading2"/>
      </w:pPr>
      <w:r>
        <w:t>Adhésion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4986"/>
          </w:tcPr>
          <w:p>
            <w:r>
              <w:t>□ Membre actif  □ Membre bienfaiteur  □ Autre : [ 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Cotisation</w:t>
            </w:r>
          </w:p>
        </w:tc>
        <w:tc>
          <w:tcPr>
            <w:tcW w:type="dxa" w:w="4986"/>
          </w:tcPr>
          <w:p>
            <w:r>
              <w:t>[MONTANT]  |  Période : [ANNÉE]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Mode de paiement</w:t>
            </w:r>
          </w:p>
        </w:tc>
        <w:tc>
          <w:tcPr>
            <w:tcW w:type="dxa" w:w="4986"/>
          </w:tcPr>
          <w:p>
            <w:r>
              <w:t>□ Espèces  □ Chèque  □ Virement  □ En ligne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Reçu / attestation</w:t>
            </w:r>
          </w:p>
        </w:tc>
        <w:tc>
          <w:tcPr>
            <w:tcW w:type="dxa" w:w="4986"/>
          </w:tcPr>
          <w:p>
            <w:r>
              <w:t>□ Oui  □ Non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Commentaire</w:t>
            </w:r>
          </w:p>
        </w:tc>
        <w:tc>
          <w:tcPr>
            <w:tcW w:type="dxa" w:w="4986"/>
          </w:tcPr>
          <w:p>
            <w:r>
              <w:t>[ ]</w:t>
            </w:r>
          </w:p>
        </w:tc>
      </w:tr>
    </w:tbl>
    <w:p/>
    <w:p>
      <w:pPr>
        <w:pStyle w:val="Heading2"/>
      </w:pPr>
      <w:r>
        <w:t>Autorisations</w:t>
      </w:r>
    </w:p>
    <w:p>
      <w:r>
        <w:t>Droit à l’image : □ J’autorise  □ Je n’autorise pas l’association à utiliser des photos/vidéos prises lors des activités, dans le cadre de sa communication.</w:t>
      </w:r>
    </w:p>
    <w:p>
      <w:r>
        <w:t>Protection des données : □ J’accepte  □ Je n’accepte pas que mes données soient utilisées uniquement pour la gestion associative (convocations, informations, comptabilité interne).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Fait à [VILLE]</w:t>
            </w:r>
          </w:p>
        </w:tc>
        <w:tc>
          <w:tcPr>
            <w:tcW w:type="dxa" w:w="4986"/>
          </w:tcPr>
          <w:p>
            <w:r>
              <w:rPr>
                <w:b/>
              </w:rPr>
              <w:t>Le 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Signature de l’adhérent</w:t>
            </w:r>
          </w:p>
        </w:tc>
        <w:tc>
          <w:tcPr>
            <w:tcW w:type="dxa" w:w="4986"/>
          </w:tcPr>
          <w:p>
            <w:r>
              <w:t>[SIGNATURE]</w:t>
            </w:r>
          </w:p>
        </w:tc>
      </w:tr>
    </w:tbl>
    <w:p>
      <w:r>
        <w:br w:type="page"/>
      </w:r>
    </w:p>
    <w:p>
      <w:pPr>
        <w:pStyle w:val="Heading1"/>
      </w:pPr>
      <w:r>
        <w:t>Attestation d’adhésion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4986"/>
          </w:tcPr>
          <w:p>
            <w:r>
              <w:t>[LIEU]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Objet / Réunion</w:t>
            </w:r>
          </w:p>
        </w:tc>
        <w:tc>
          <w:tcPr>
            <w:tcW w:type="dxa" w:w="4986"/>
          </w:tcPr>
          <w:p>
            <w:r>
              <w:t>[OBJET / RÉUNION]</w:t>
            </w:r>
          </w:p>
        </w:tc>
      </w:tr>
    </w:tbl>
    <w:p/>
    <w:p>
      <w:r>
        <w:rPr>
          <w:b/>
        </w:rPr>
        <w:t>[NOM DE L’ASSOCIATION]</w:t>
      </w:r>
    </w:p>
    <w:p>
      <w:r>
        <w:t>Atteste que :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Nom</w:t>
            </w:r>
          </w:p>
        </w:tc>
        <w:tc>
          <w:tcPr>
            <w:tcW w:type="dxa" w:w="4986"/>
          </w:tcPr>
          <w:p>
            <w:r>
              <w:t>[NOM]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Prénom</w:t>
            </w:r>
          </w:p>
        </w:tc>
        <w:tc>
          <w:tcPr>
            <w:tcW w:type="dxa" w:w="4986"/>
          </w:tcPr>
          <w:p>
            <w:r>
              <w:t>[PRÉNOM]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4986"/>
          </w:tcPr>
          <w:p>
            <w:r>
              <w:t>[STATUT]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Période d’adhésion</w:t>
            </w:r>
          </w:p>
        </w:tc>
        <w:tc>
          <w:tcPr>
            <w:tcW w:type="dxa" w:w="4986"/>
          </w:tcPr>
          <w:p>
            <w:r>
              <w:t>Du [DATE] au 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Cotisation</w:t>
            </w:r>
          </w:p>
        </w:tc>
        <w:tc>
          <w:tcPr>
            <w:tcW w:type="dxa" w:w="4986"/>
          </w:tcPr>
          <w:p>
            <w:r>
              <w:t>[MONTANT] – [MODE]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Référence adhérent</w:t>
            </w:r>
          </w:p>
        </w:tc>
        <w:tc>
          <w:tcPr>
            <w:tcW w:type="dxa" w:w="4986"/>
          </w:tcPr>
          <w:p>
            <w:r>
              <w:t>[ID]</w:t>
            </w:r>
          </w:p>
        </w:tc>
      </w:tr>
    </w:tbl>
    <w:p/>
    <w:p>
      <w:r>
        <w:t>Fait pour servir et valoir ce que de droit.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Fait à [VILLE]</w:t>
            </w:r>
          </w:p>
        </w:tc>
        <w:tc>
          <w:tcPr>
            <w:tcW w:type="dxa" w:w="4986"/>
          </w:tcPr>
          <w:p>
            <w:r>
              <w:rPr>
                <w:b/>
              </w:rPr>
              <w:t>Le 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Nom et fonction : [NOM – FONCTION]</w:t>
            </w:r>
          </w:p>
        </w:tc>
        <w:tc>
          <w:tcPr>
            <w:tcW w:type="dxa" w:w="4986"/>
          </w:tcPr>
          <w:p>
            <w:r>
              <w:rPr>
                <w:b/>
              </w:rPr>
              <w:t>Signature et cachet : [SIGNATURE]</w:t>
            </w:r>
          </w:p>
        </w:tc>
      </w:tr>
    </w:tbl>
    <w:p>
      <w:r>
        <w:br w:type="page"/>
      </w:r>
    </w:p>
    <w:p>
      <w:pPr>
        <w:pStyle w:val="Heading1"/>
      </w:pPr>
      <w:r>
        <w:t>Registre des décisions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4986"/>
          </w:tcPr>
          <w:p>
            <w:r>
              <w:t>[DATE]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4986"/>
          </w:tcPr>
          <w:p>
            <w:r>
              <w:t>[LIEU]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Objet / Réunion</w:t>
            </w:r>
          </w:p>
        </w:tc>
        <w:tc>
          <w:tcPr>
            <w:tcW w:type="dxa" w:w="4986"/>
          </w:tcPr>
          <w:p>
            <w:r>
              <w:t>[OBJET / RÉUNION]</w:t>
            </w:r>
          </w:p>
        </w:tc>
      </w:tr>
    </w:tbl>
    <w:p/>
    <w:p>
      <w:pPr>
        <w:pStyle w:val="Heading2"/>
      </w:pPr>
      <w:r>
        <w:t>Ce registre permet de tracer les décisions prises (AG, CA, Bureau) et de retrouver rapidement les pièces associées.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</w:tcPr>
          <w:p>
            <w:r>
              <w:rPr>
                <w:b/>
              </w:rPr>
              <w:t>Réf.</w:t>
            </w:r>
          </w:p>
        </w:tc>
        <w:tc>
          <w:tcPr>
            <w:tcW w:type="dxa" w:w="1425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Instance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Objet</w:t>
            </w:r>
          </w:p>
        </w:tc>
        <w:tc>
          <w:tcPr>
            <w:tcW w:type="dxa" w:w="1425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1425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Pièce jointe</w:t>
            </w:r>
          </w:p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  <w:tr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  <w:tc>
          <w:tcPr>
            <w:tcW w:type="dxa" w:w="1425"/>
          </w:tcPr>
          <w:p/>
        </w:tc>
      </w:tr>
    </w:tbl>
    <w:p>
      <w:r>
        <w:br w:type="page"/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</w:tblPr>
    <w:tblGrid>
      <w:gridCol w:w="3024"/>
      <w:gridCol w:w="3024"/>
      <w:gridCol w:w="3024"/>
    </w:tblGrid>
    <w:tr>
      <w:tc>
        <w:tcPr>
          <w:tcW w:type="dxa" w:w="3024"/>
          <w:vAlign w:val="center"/>
        </w:tcPr>
        <w:p>
          <w:pPr>
            <w:jc w:val="left"/>
          </w:pPr>
          <w:r>
            <w:rPr>
              <w:b/>
            </w:rPr>
            <w:t>[NOM DE L’ASSOCIATION]</w:t>
          </w:r>
        </w:p>
      </w:tc>
      <w:tc>
        <w:tcPr>
          <w:tcW w:type="dxa" w:w="3024"/>
          <w:vAlign w:val="center"/>
        </w:tcPr>
        <w:p>
          <w:pPr>
            <w:jc w:val="center"/>
          </w:pPr>
          <w:r>
            <w:rPr>
              <w:b/>
            </w:rPr>
            <w:t>Modèles Association</w:t>
          </w:r>
        </w:p>
      </w:tc>
      <w:tc>
        <w:tcPr>
          <w:tcW w:type="dxa" w:w="3024"/>
          <w:vAlign w:val="center"/>
        </w:tcPr>
        <w:p>
          <w:pPr>
            <w:jc w:val="right"/>
          </w:pPr>
          <w:r>
            <w:t xml:space="preserve">Réf. : [RÉF]  |  Page </w:t>
          </w:r>
          <w:fldSimple w:instr="PAGE">
            <w:r>
              <w:t>1</w:t>
            </w:r>
          </w:fldSimple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 w:eastAsia="Calibri"/>
      <w:b/>
      <w:bCs/>
      <w:color w:val="1E1E1E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 w:eastAsia="Calibri"/>
      <w:b/>
      <w:bCs/>
      <w:color w:val="1E1E1E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Calibri" w:hAnsi="Calibri" w:eastAsia="Calibri"/>
      <w:b/>
      <w:color w:val="141414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