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Aide à la rédaction – Commentaire composé</w:t>
      </w:r>
    </w:p>
    <w:p>
      <w:r>
        <w:t>Ce document est un support méthodologique destiné à accompagner pas à pas la rédaction d’un commentaire composé, notamment sur texte inconnu. Il ne s’agit pas d’un texte à apprendre, mais d’un cadre de réflexion et d’écriture à compléter.</w:t>
      </w:r>
    </w:p>
    <w:p>
      <w:pPr>
        <w:pStyle w:val="Heading2"/>
      </w:pPr>
      <w:r>
        <w:t>1. Lecture et compréhension du texte</w:t>
      </w:r>
    </w:p>
    <w:p>
      <w:r>
        <w:t>• Nature du texte (narratif, descriptif, argumentatif, poétique, théâtral) :</w:t>
        <w:br/>
        <w:t>....................................................................................</w:t>
        <w:br/>
        <w:br/>
        <w:t>• Situation générale (qui parle ? à qui ? que se passe-t-il ?) :</w:t>
        <w:br/>
        <w:t>....................................................................................</w:t>
        <w:br/>
        <w:br/>
        <w:t>• Ton dominant / impression globale :</w:t>
        <w:br/>
        <w:t>....................................................................................</w:t>
      </w:r>
    </w:p>
    <w:p>
      <w:pPr>
        <w:pStyle w:val="Heading2"/>
      </w:pPr>
      <w:r>
        <w:t>2. Observations essentielles</w:t>
      </w:r>
    </w:p>
    <w:p>
      <w:r>
        <w:t>Relever les éléments qui structurent le texte :</w:t>
        <w:br/>
        <w:br/>
        <w:t>• Champs lexicaux dominants :</w:t>
        <w:br/>
        <w:t>....................................................................................</w:t>
        <w:br/>
        <w:br/>
        <w:t>• Procédés d’écriture marquants (images, répétitions, rythme, temps verbaux) :</w:t>
        <w:br/>
        <w:t>....................................................................................</w:t>
        <w:br/>
        <w:br/>
        <w:t>• Oppositions ou évolutions dans le texte :</w:t>
        <w:br/>
        <w:t>....................................................................................</w:t>
      </w:r>
    </w:p>
    <w:p>
      <w:pPr>
        <w:pStyle w:val="Heading2"/>
      </w:pPr>
      <w:r>
        <w:t>3. Problématique</w:t>
      </w:r>
    </w:p>
    <w:p>
      <w:r>
        <w:t>Formuler une question qui met en relation l’effet du texte et les moyens employés.</w:t>
        <w:br/>
        <w:br/>
        <w:t>Problématique :</w:t>
        <w:br/>
        <w:t>Comment ................................................................................. ?</w:t>
      </w:r>
    </w:p>
    <w:p>
      <w:pPr>
        <w:pStyle w:val="Heading2"/>
      </w:pPr>
      <w:r>
        <w:t>4. Construction du plan</w:t>
      </w:r>
    </w:p>
    <w:p>
      <w:r>
        <w:t>Annonce du plan en deux ou trois axes logiques.</w:t>
        <w:br/>
        <w:br/>
        <w:t>I. ....................................................................................</w:t>
        <w:br/>
        <w:br/>
        <w:t>II. ....................................................................................</w:t>
        <w:br/>
        <w:br/>
        <w:t>III. ....................................................................................</w:t>
      </w:r>
    </w:p>
    <w:p>
      <w:pPr>
        <w:pStyle w:val="Heading2"/>
      </w:pPr>
      <w:r>
        <w:t>5. Rédaction des paragraphes</w:t>
      </w:r>
    </w:p>
    <w:p>
      <w:r>
        <w:t>Structure conseillée pour chaque paragraphe :</w:t>
        <w:br/>
        <w:br/>
        <w:t>• Idée directrice du paragraphe :</w:t>
        <w:br/>
        <w:t>....................................................................................</w:t>
        <w:br/>
        <w:br/>
        <w:t>• Citation courte et précise :</w:t>
        <w:br/>
        <w:t>« ................................................................................. »</w:t>
        <w:br/>
        <w:br/>
        <w:t>• Analyse (comment le procédé fonctionne) :</w:t>
        <w:br/>
        <w:t>....................................................................................</w:t>
        <w:br/>
        <w:br/>
        <w:t>• Interprétation (effet produit, sens) :</w:t>
        <w:br/>
        <w:t>....................................................................................</w:t>
      </w:r>
    </w:p>
    <w:p>
      <w:pPr>
        <w:pStyle w:val="Heading2"/>
      </w:pPr>
      <w:r>
        <w:t>6. Introduction (à rédiger en dernier)</w:t>
      </w:r>
    </w:p>
    <w:p>
      <w:r>
        <w:t>• Accroche liée à l’enjeu du texte :</w:t>
        <w:br/>
        <w:t>....................................................................................</w:t>
        <w:br/>
        <w:br/>
        <w:t>• Présentation rapide du texte :</w:t>
        <w:br/>
        <w:t>....................................................................................</w:t>
        <w:br/>
        <w:br/>
        <w:t>• Problématique + annonce du plan :</w:t>
        <w:br/>
        <w:t>....................................................................................</w:t>
      </w:r>
    </w:p>
    <w:p>
      <w:pPr>
        <w:pStyle w:val="Heading2"/>
      </w:pPr>
      <w:r>
        <w:t>7. Conclusion</w:t>
      </w:r>
    </w:p>
    <w:p>
      <w:r>
        <w:t>• Bilan de l’analyse :</w:t>
        <w:br/>
        <w:t>....................................................................................</w:t>
        <w:br/>
        <w:br/>
        <w:t>• Réponse claire à la problématique :</w:t>
        <w:br/>
        <w:t>....................................................................................</w:t>
        <w:br/>
        <w:br/>
        <w:t>• Ouverture (facultative) :</w:t>
        <w:br/>
        <w:t>....................................................................................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