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0" w:space="0" w:color="#3E4A2B"/>
          <w:left w:val="single" w:sz="0" w:space="0" w:color="#3E4A2B"/>
          <w:bottom w:val="single" w:sz="0" w:space="0" w:color="#3E4A2B"/>
          <w:right w:val="single" w:sz="0" w:space="0" w:color="#3E4A2B"/>
          <w:insideH w:val="single" w:sz="0" w:space="0" w:color="#3E4A2B"/>
          <w:insideV w:val="single" w:sz="0" w:space="0" w:color="#3E4A2B"/>
        </w:tblBorders>
      </w:tblPr>
      <w:tblGrid>
        <w:gridCol w:w="7143"/>
        <w:gridCol w:w="3061"/>
      </w:tblGrid>
      <w:tr>
        <w:tc>
          <w:tcPr>
            <w:tcW w:type="dxa" w:w="5326"/>
            <w:shd w:val="clear" w:color="auto" w:fill="3E4A2B"/>
            <w:vAlign w:val="center"/>
          </w:tcPr>
          <w:p>
            <w:pPr>
              <w:jc w:val="left"/>
            </w:pPr>
            <w:r>
              <w:rPr>
                <w:rFonts w:ascii="Calibri" w:hAnsi="Calibri" w:cs="Calibri"/>
                <w:b/>
                <w:color w:val="FFFFFF"/>
                <w:sz w:val="40"/>
              </w:rPr>
              <w:t>COMPTE RENDU DE RÉUNION</w:t>
            </w:r>
          </w:p>
          <w:p>
            <w:pPr>
              <w:spacing w:before="60" w:after="0"/>
            </w:pPr>
            <w:r>
              <w:rPr>
                <w:rFonts w:ascii="Calibri" w:hAnsi="Calibri" w:cs="Calibri"/>
                <w:b w:val="0"/>
                <w:color w:val="F2EBD9"/>
                <w:sz w:val="22"/>
              </w:rPr>
              <w:t>Modèle prêt à remplir - décisions et plan d’actions</w:t>
            </w:r>
          </w:p>
        </w:tc>
        <w:tc>
          <w:tcPr>
            <w:tcW w:type="dxa" w:w="5326"/>
            <w:shd w:val="clear" w:color="auto" w:fill="3E4A2B"/>
            <w:vAlign w:val="center"/>
          </w:tcPr>
          <w:p>
            <w:pPr>
              <w:jc w:val="right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Référence : </w:t>
            </w:r>
            <w:r>
              <w:rPr>
                <w:rFonts w:ascii="Calibri" w:hAnsi="Calibri" w:cs="Calibri"/>
                <w:b w:val="0"/>
                <w:color w:val="F2EBD9"/>
                <w:sz w:val="20"/>
              </w:rPr>
              <w:t>[CRR-____]</w:t>
            </w:r>
          </w:p>
          <w:p>
            <w:pPr>
              <w:jc w:val="right"/>
            </w:pPr>
            <w:r>
              <w:rPr>
                <w:rFonts w:ascii="Calibri" w:hAnsi="Calibri" w:cs="Calibri"/>
                <w:b/>
                <w:color w:val="FFFFFF"/>
                <w:sz w:val="20"/>
              </w:rPr>
              <w:t xml:space="preserve">Diffusion : </w:t>
            </w:r>
            <w:r>
              <w:rPr>
                <w:rFonts w:ascii="Calibri" w:hAnsi="Calibri" w:cs="Calibri"/>
                <w:b w:val="0"/>
                <w:color w:val="F2EBD9"/>
                <w:sz w:val="20"/>
              </w:rPr>
              <w:t>[Interne / Externe]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D8D0C2"/>
          <w:left w:val="single" w:sz="8" w:space="0" w:color="D8D0C2"/>
          <w:bottom w:val="single" w:sz="8" w:space="0" w:color="D8D0C2"/>
          <w:right w:val="single" w:sz="8" w:space="0" w:color="D8D0C2"/>
          <w:insideH w:val="single" w:sz="8" w:space="0" w:color="D8D0C2"/>
          <w:insideV w:val="single" w:sz="8" w:space="0" w:color="D8D0C2"/>
        </w:tblBorders>
      </w:tblPr>
      <w:tblGrid>
        <w:gridCol w:w="2663"/>
        <w:gridCol w:w="2663"/>
        <w:gridCol w:w="2663"/>
        <w:gridCol w:w="2663"/>
      </w:tblGrid>
      <w:tr>
        <w:tc>
          <w:tcPr>
            <w:tcW w:type="dxa" w:w="1928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DATE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JJ/MM/AAAA</w:t>
            </w:r>
          </w:p>
        </w:tc>
        <w:tc>
          <w:tcPr>
            <w:tcW w:type="dxa" w:w="1701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LIEU / MODE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Présentiel / Visio</w:t>
            </w:r>
          </w:p>
        </w:tc>
      </w:tr>
      <w:tr>
        <w:tc>
          <w:tcPr>
            <w:tcW w:type="dxa" w:w="1928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HEURE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____:____ - ____:____</w:t>
            </w:r>
          </w:p>
        </w:tc>
        <w:tc>
          <w:tcPr>
            <w:tcW w:type="dxa" w:w="1701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ANIMATEUR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__________</w:t>
            </w:r>
          </w:p>
        </w:tc>
      </w:tr>
      <w:tr>
        <w:tc>
          <w:tcPr>
            <w:tcW w:type="dxa" w:w="1928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OBJET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__________________________________</w:t>
            </w:r>
          </w:p>
        </w:tc>
        <w:tc>
          <w:tcPr>
            <w:tcW w:type="dxa" w:w="1701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RÉDACTEUR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__________</w:t>
            </w:r>
          </w:p>
        </w:tc>
      </w:tr>
      <w:tr>
        <w:tc>
          <w:tcPr>
            <w:tcW w:type="dxa" w:w="1928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SERVICE / PROJET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______________________________</w:t>
            </w:r>
          </w:p>
        </w:tc>
        <w:tc>
          <w:tcPr>
            <w:tcW w:type="dxa" w:w="1701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N° RÉUNION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____</w:t>
            </w:r>
          </w:p>
        </w:tc>
      </w:tr>
    </w:tbl>
    <w:p/>
    <w:p>
      <w:pPr>
        <w:spacing w:before="200" w:after="120"/>
        <w:pBdr>
          <w:bottom w:val="single" w:sz="10" w:space="3" w:color="D8D0C2"/>
        </w:pBdr>
      </w:pPr>
      <w:r>
        <w:rPr>
          <w:rFonts w:ascii="Calibri" w:hAnsi="Calibri" w:cs="Calibri"/>
          <w:b/>
          <w:color w:val="3E4A2B"/>
          <w:sz w:val="26"/>
        </w:rPr>
        <w:t>Participants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D8D0C2"/>
          <w:left w:val="single" w:sz="8" w:space="0" w:color="D8D0C2"/>
          <w:bottom w:val="single" w:sz="8" w:space="0" w:color="D8D0C2"/>
          <w:right w:val="single" w:sz="8" w:space="0" w:color="D8D0C2"/>
          <w:insideH w:val="single" w:sz="8" w:space="0" w:color="D8D0C2"/>
          <w:insideV w:val="single" w:sz="8" w:space="0" w:color="D8D0C2"/>
        </w:tblBorders>
      </w:tblPr>
      <w:tblGrid>
        <w:gridCol w:w="3515"/>
        <w:gridCol w:w="2381"/>
        <w:gridCol w:w="1814"/>
        <w:gridCol w:w="2041"/>
      </w:tblGrid>
      <w:tr>
        <w:tc>
          <w:tcPr>
            <w:tcW w:type="dxa" w:w="2663"/>
            <w:shd w:val="clear" w:color="auto" w:fill="7A8F3A"/>
          </w:tcPr>
          <w:p>
            <w:pPr>
              <w:jc w:val="left"/>
            </w:pPr>
            <w:r>
              <w:rPr>
                <w:rFonts w:ascii="Calibri" w:hAnsi="Calibri" w:cs="Calibri"/>
                <w:b/>
                <w:color w:val="FFFFFF"/>
                <w:sz w:val="19"/>
              </w:rPr>
              <w:t>NOM &amp; PRÉNOM</w:t>
            </w:r>
          </w:p>
        </w:tc>
        <w:tc>
          <w:tcPr>
            <w:tcW w:type="dxa" w:w="2663"/>
            <w:shd w:val="clear" w:color="auto" w:fill="7A8F3A"/>
          </w:tcPr>
          <w:p>
            <w:pPr>
              <w:jc w:val="left"/>
            </w:pPr>
            <w:r>
              <w:rPr>
                <w:rFonts w:ascii="Calibri" w:hAnsi="Calibri" w:cs="Calibri"/>
                <w:b/>
                <w:color w:val="FFFFFF"/>
                <w:sz w:val="19"/>
              </w:rPr>
              <w:t>FONCTION / SERVICE</w:t>
            </w:r>
          </w:p>
        </w:tc>
        <w:tc>
          <w:tcPr>
            <w:tcW w:type="dxa" w:w="2663"/>
            <w:shd w:val="clear" w:color="auto" w:fill="7A8F3A"/>
          </w:tcPr>
          <w:p>
            <w:pPr>
              <w:jc w:val="left"/>
            </w:pPr>
            <w:r>
              <w:rPr>
                <w:rFonts w:ascii="Calibri" w:hAnsi="Calibri" w:cs="Calibri"/>
                <w:b/>
                <w:color w:val="FFFFFF"/>
                <w:sz w:val="19"/>
              </w:rPr>
              <w:t>PRÉSENCE</w:t>
            </w:r>
          </w:p>
        </w:tc>
        <w:tc>
          <w:tcPr>
            <w:tcW w:type="dxa" w:w="2663"/>
            <w:shd w:val="clear" w:color="auto" w:fill="7A8F3A"/>
          </w:tcPr>
          <w:p>
            <w:pPr>
              <w:jc w:val="left"/>
            </w:pPr>
            <w:r>
              <w:rPr>
                <w:rFonts w:ascii="Calibri" w:hAnsi="Calibri" w:cs="Calibri"/>
                <w:b/>
                <w:color w:val="FFFFFF"/>
                <w:sz w:val="19"/>
              </w:rPr>
              <w:t>CONTACT / REMARQUE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</w:tbl>
    <w:p>
      <w:pPr>
        <w:spacing w:before="200" w:after="120"/>
        <w:pBdr>
          <w:bottom w:val="single" w:sz="10" w:space="3" w:color="D8D0C2"/>
        </w:pBdr>
      </w:pPr>
      <w:r>
        <w:rPr>
          <w:rFonts w:ascii="Calibri" w:hAnsi="Calibri" w:cs="Calibri"/>
          <w:b/>
          <w:color w:val="3E4A2B"/>
          <w:sz w:val="26"/>
        </w:rPr>
        <w:t>Ordre du jour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D8D0C2"/>
          <w:left w:val="single" w:sz="8" w:space="0" w:color="D8D0C2"/>
          <w:bottom w:val="single" w:sz="8" w:space="0" w:color="D8D0C2"/>
          <w:right w:val="single" w:sz="8" w:space="0" w:color="D8D0C2"/>
          <w:insideH w:val="single" w:sz="8" w:space="0" w:color="D8D0C2"/>
          <w:insideV w:val="single" w:sz="8" w:space="0" w:color="D8D0C2"/>
        </w:tblBorders>
      </w:tblPr>
      <w:tblGrid>
        <w:gridCol w:w="907"/>
        <w:gridCol w:w="6803"/>
        <w:gridCol w:w="2041"/>
      </w:tblGrid>
      <w:tr>
        <w:tc>
          <w:tcPr>
            <w:tcW w:type="dxa" w:w="3551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#</w:t>
            </w:r>
          </w:p>
        </w:tc>
        <w:tc>
          <w:tcPr>
            <w:tcW w:type="dxa" w:w="3551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SUJET</w:t>
            </w:r>
          </w:p>
        </w:tc>
        <w:tc>
          <w:tcPr>
            <w:tcW w:type="dxa" w:w="3551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TEMPS (MIN)</w:t>
            </w:r>
          </w:p>
        </w:tc>
      </w:tr>
      <w:tr>
        <w:tc>
          <w:tcPr>
            <w:tcW w:type="dxa" w:w="907"/>
          </w:tcPr>
          <w:p>
            <w:r>
              <w:t>1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2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3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4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5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6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</w:tbl>
    <w:p/>
    <w:p>
      <w:pPr>
        <w:spacing w:before="200" w:after="120"/>
        <w:pBdr>
          <w:bottom w:val="single" w:sz="10" w:space="3" w:color="D8D0C2"/>
        </w:pBdr>
      </w:pPr>
      <w:r>
        <w:rPr>
          <w:rFonts w:ascii="Calibri" w:hAnsi="Calibri" w:cs="Calibri"/>
          <w:b/>
          <w:color w:val="3E4A2B"/>
          <w:sz w:val="26"/>
        </w:rPr>
        <w:t>Synthèse exécutive (points clés)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8D0C2"/>
          <w:left w:val="single" w:sz="8" w:space="0" w:color="D8D0C2"/>
          <w:bottom w:val="single" w:sz="8" w:space="0" w:color="D8D0C2"/>
          <w:right w:val="single" w:sz="8" w:space="0" w:color="D8D0C2"/>
          <w:insideH w:val="single" w:sz="8" w:space="0" w:color="D8D0C2"/>
          <w:insideV w:val="single" w:sz="8" w:space="0" w:color="D8D0C2"/>
        </w:tblBorders>
      </w:tblPr>
      <w:tblGrid>
        <w:gridCol w:w="10148"/>
      </w:tblGrid>
      <w:tr>
        <w:tc>
          <w:tcPr>
            <w:tcW w:type="dxa" w:w="10652"/>
            <w:shd w:val="clear" w:color="auto" w:fill="FBF7EE"/>
          </w:tcPr>
          <w:p>
            <w:r>
              <w:rPr>
                <w:rFonts w:ascii="Calibri" w:hAnsi="Calibri" w:cs="Calibri"/>
                <w:b/>
                <w:color w:val="7A8F3A"/>
                <w:sz w:val="22"/>
              </w:rPr>
              <w:t xml:space="preserve">• </w:t>
            </w:r>
            <w:r>
              <w:rPr>
                <w:rFonts w:ascii="Calibri" w:hAnsi="Calibri" w:cs="Calibri"/>
                <w:b w:val="0"/>
                <w:color w:val="1E1C18"/>
                <w:sz w:val="22"/>
              </w:rPr>
              <w:t>À compléter : 3 à 6 points qui résument l’essentiel de la réunion.</w:t>
            </w:r>
          </w:p>
          <w:p>
            <w:r>
              <w:rPr>
                <w:b/>
                <w:color w:val="7A8F3A"/>
              </w:rPr>
              <w:t xml:space="preserve">• </w:t>
            </w:r>
          </w:p>
          <w:p>
            <w:r>
              <w:rPr>
                <w:b/>
                <w:color w:val="7A8F3A"/>
              </w:rPr>
              <w:t xml:space="preserve">• </w:t>
            </w:r>
          </w:p>
          <w:p>
            <w:r>
              <w:rPr>
                <w:b/>
                <w:color w:val="7A8F3A"/>
              </w:rPr>
              <w:t xml:space="preserve">• </w:t>
            </w:r>
          </w:p>
          <w:p>
            <w:r>
              <w:rPr>
                <w:b/>
                <w:color w:val="7A8F3A"/>
              </w:rPr>
              <w:t xml:space="preserve">• </w:t>
            </w:r>
          </w:p>
        </w:tc>
      </w:tr>
    </w:tbl>
    <w:p>
      <w:pPr>
        <w:spacing w:before="200" w:after="120"/>
        <w:pBdr>
          <w:bottom w:val="single" w:sz="10" w:space="3" w:color="D8D0C2"/>
        </w:pBdr>
      </w:pPr>
      <w:r>
        <w:rPr>
          <w:rFonts w:ascii="Calibri" w:hAnsi="Calibri" w:cs="Calibri"/>
          <w:b/>
          <w:color w:val="3E4A2B"/>
          <w:sz w:val="26"/>
        </w:rPr>
        <w:t>Décisions actées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D8D0C2"/>
          <w:left w:val="single" w:sz="8" w:space="0" w:color="D8D0C2"/>
          <w:bottom w:val="single" w:sz="8" w:space="0" w:color="D8D0C2"/>
          <w:right w:val="single" w:sz="8" w:space="0" w:color="D8D0C2"/>
          <w:insideH w:val="single" w:sz="8" w:space="0" w:color="D8D0C2"/>
          <w:insideV w:val="single" w:sz="8" w:space="0" w:color="D8D0C2"/>
        </w:tblBorders>
      </w:tblPr>
      <w:tblGrid>
        <w:gridCol w:w="4082"/>
        <w:gridCol w:w="2494"/>
        <w:gridCol w:w="1701"/>
        <w:gridCol w:w="1871"/>
      </w:tblGrid>
      <w:tr>
        <w:tc>
          <w:tcPr>
            <w:tcW w:type="dxa" w:w="2663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DÉCISION</w:t>
            </w:r>
          </w:p>
        </w:tc>
        <w:tc>
          <w:tcPr>
            <w:tcW w:type="dxa" w:w="2663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RESPONSABLE / VALIDATEUR</w:t>
            </w:r>
          </w:p>
        </w:tc>
        <w:tc>
          <w:tcPr>
            <w:tcW w:type="dxa" w:w="2663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ÉCHÉANCE</w:t>
            </w:r>
          </w:p>
        </w:tc>
        <w:tc>
          <w:tcPr>
            <w:tcW w:type="dxa" w:w="2663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REMARQUE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</w:tbl>
    <w:p>
      <w:pPr>
        <w:spacing w:before="200" w:after="120"/>
        <w:pBdr>
          <w:bottom w:val="single" w:sz="10" w:space="3" w:color="D8D0C2"/>
        </w:pBdr>
      </w:pPr>
      <w:r>
        <w:rPr>
          <w:rFonts w:ascii="Calibri" w:hAnsi="Calibri" w:cs="Calibri"/>
          <w:b/>
          <w:color w:val="3E4A2B"/>
          <w:sz w:val="26"/>
        </w:rPr>
        <w:t>Plan d’actions (suivi)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D8D0C2"/>
          <w:left w:val="single" w:sz="8" w:space="0" w:color="D8D0C2"/>
          <w:bottom w:val="single" w:sz="8" w:space="0" w:color="D8D0C2"/>
          <w:right w:val="single" w:sz="8" w:space="0" w:color="D8D0C2"/>
          <w:insideH w:val="single" w:sz="8" w:space="0" w:color="D8D0C2"/>
          <w:insideV w:val="single" w:sz="8" w:space="0" w:color="D8D0C2"/>
        </w:tblBorders>
      </w:tblPr>
      <w:tblGrid>
        <w:gridCol w:w="3515"/>
        <w:gridCol w:w="2154"/>
        <w:gridCol w:w="1587"/>
        <w:gridCol w:w="1474"/>
        <w:gridCol w:w="1134"/>
        <w:gridCol w:w="1020"/>
      </w:tblGrid>
      <w:tr>
        <w:tc>
          <w:tcPr>
            <w:tcW w:type="dxa" w:w="1775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ACTION</w:t>
            </w:r>
          </w:p>
        </w:tc>
        <w:tc>
          <w:tcPr>
            <w:tcW w:type="dxa" w:w="1775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RESPONSABLE</w:t>
            </w:r>
          </w:p>
        </w:tc>
        <w:tc>
          <w:tcPr>
            <w:tcW w:type="dxa" w:w="1775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ÉCHÉANCE</w:t>
            </w:r>
          </w:p>
        </w:tc>
        <w:tc>
          <w:tcPr>
            <w:tcW w:type="dxa" w:w="1775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PRIORITÉ</w:t>
            </w:r>
          </w:p>
        </w:tc>
        <w:tc>
          <w:tcPr>
            <w:tcW w:type="dxa" w:w="1775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STATUT</w:t>
            </w:r>
          </w:p>
        </w:tc>
        <w:tc>
          <w:tcPr>
            <w:tcW w:type="dxa" w:w="1775"/>
            <w:shd w:val="clear" w:color="auto" w:fill="7A8F3A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PREUVE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</w:tbl>
    <w:p>
      <w:pPr>
        <w:spacing w:before="200" w:after="120"/>
        <w:pBdr>
          <w:bottom w:val="single" w:sz="10" w:space="3" w:color="D8D0C2"/>
        </w:pBdr>
      </w:pPr>
      <w:r>
        <w:rPr>
          <w:rFonts w:ascii="Calibri" w:hAnsi="Calibri" w:cs="Calibri"/>
          <w:b/>
          <w:color w:val="3E4A2B"/>
          <w:sz w:val="26"/>
        </w:rPr>
        <w:t>Notes par point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8D0C2"/>
          <w:left w:val="single" w:sz="8" w:space="0" w:color="D8D0C2"/>
          <w:bottom w:val="single" w:sz="8" w:space="0" w:color="D8D0C2"/>
          <w:right w:val="single" w:sz="8" w:space="0" w:color="D8D0C2"/>
          <w:insideH w:val="single" w:sz="8" w:space="0" w:color="D8D0C2"/>
          <w:insideV w:val="single" w:sz="8" w:space="0" w:color="D8D0C2"/>
        </w:tblBorders>
      </w:tblPr>
      <w:tblGrid>
        <w:gridCol w:w="10148"/>
      </w:tblGrid>
      <w:tr>
        <w:tc>
          <w:tcPr>
            <w:tcW w:type="dxa" w:w="10652"/>
            <w:shd w:val="clear" w:color="auto" w:fill="FFFFFF"/>
          </w:tcPr>
          <w:p>
            <w:r>
              <w:rPr>
                <w:rFonts w:ascii="Calibri" w:hAnsi="Calibri" w:cs="Calibri"/>
                <w:b w:val="0"/>
                <w:color w:val="1E1C18"/>
                <w:sz w:val="21"/>
              </w:rPr>
              <w:t>Point : ________________________________    Conclusion : 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</w:tc>
      </w:tr>
    </w:tbl>
    <w:p>
      <w:pPr>
        <w:spacing w:before="200" w:after="120"/>
        <w:pBdr>
          <w:bottom w:val="single" w:sz="10" w:space="3" w:color="D8D0C2"/>
        </w:pBdr>
      </w:pPr>
      <w:r>
        <w:rPr>
          <w:rFonts w:ascii="Calibri" w:hAnsi="Calibri" w:cs="Calibri"/>
          <w:b/>
          <w:color w:val="3E4A2B"/>
          <w:sz w:val="26"/>
        </w:rPr>
        <w:t>Parking lot &amp; Prochaine réunion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8D0C2"/>
          <w:left w:val="single" w:sz="8" w:space="0" w:color="D8D0C2"/>
          <w:bottom w:val="single" w:sz="8" w:space="0" w:color="D8D0C2"/>
          <w:right w:val="single" w:sz="8" w:space="0" w:color="D8D0C2"/>
          <w:insideH w:val="single" w:sz="8" w:space="0" w:color="D8D0C2"/>
          <w:insideV w:val="single" w:sz="8" w:space="0" w:color="D8D0C2"/>
        </w:tblBorders>
      </w:tblPr>
      <w:tblGrid>
        <w:gridCol w:w="5102"/>
        <w:gridCol w:w="5046"/>
      </w:tblGrid>
      <w:tr>
        <w:tc>
          <w:tcPr>
            <w:tcW w:type="dxa" w:w="5326"/>
            <w:shd w:val="clear" w:color="auto" w:fill="FBF7EE"/>
          </w:tcPr>
          <w:p>
            <w:r>
              <w:rPr>
                <w:rFonts w:ascii="Calibri" w:hAnsi="Calibri" w:cs="Calibri"/>
                <w:b/>
                <w:color w:val="3E4A2B"/>
                <w:sz w:val="22"/>
              </w:rPr>
              <w:t>PARKING LOT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</w:tc>
        <w:tc>
          <w:tcPr>
            <w:tcW w:type="dxa" w:w="5326"/>
            <w:shd w:val="clear" w:color="auto" w:fill="FBF7EE"/>
          </w:tcPr>
          <w:p>
            <w:r>
              <w:rPr>
                <w:rFonts w:ascii="Calibri" w:hAnsi="Calibri" w:cs="Calibri"/>
                <w:b/>
                <w:color w:val="3E4A2B"/>
                <w:sz w:val="22"/>
              </w:rPr>
              <w:t>PROCHAINE RÉUNION</w:t>
            </w:r>
          </w:p>
          <w:p>
            <w:r>
              <w:t>Date / Heure : ________________________________</w:t>
            </w:r>
          </w:p>
          <w:p>
            <w:r>
              <w:t>Lieu / Visio : ________________________________</w:t>
            </w:r>
          </w:p>
          <w:p>
            <w:r>
              <w:t>Objectif : ____________________________________</w:t>
            </w:r>
          </w:p>
          <w:p>
            <w:r>
              <w:t>Préparation attendue : ________________________</w:t>
            </w:r>
          </w:p>
          <w:p>
            <w:r>
              <w:t>Pièces jointes / liens : _______________________</w:t>
            </w:r>
          </w:p>
        </w:tc>
      </w:tr>
    </w:tbl>
    <w:p/>
    <w:p>
      <w:pPr>
        <w:spacing w:before="200" w:after="120"/>
        <w:pBdr>
          <w:bottom w:val="single" w:sz="10" w:space="3" w:color="D8D0C2"/>
        </w:pBdr>
      </w:pPr>
      <w:r>
        <w:rPr>
          <w:rFonts w:ascii="Calibri" w:hAnsi="Calibri" w:cs="Calibri"/>
          <w:b/>
          <w:color w:val="3E4A2B"/>
          <w:sz w:val="26"/>
        </w:rPr>
        <w:t>Diffusion &amp; Validation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D8D0C2"/>
          <w:left w:val="single" w:sz="8" w:space="0" w:color="D8D0C2"/>
          <w:bottom w:val="single" w:sz="8" w:space="0" w:color="D8D0C2"/>
          <w:right w:val="single" w:sz="8" w:space="0" w:color="D8D0C2"/>
          <w:insideH w:val="single" w:sz="8" w:space="0" w:color="D8D0C2"/>
          <w:insideV w:val="single" w:sz="8" w:space="0" w:color="D8D0C2"/>
        </w:tblBorders>
      </w:tblPr>
      <w:tblGrid>
        <w:gridCol w:w="2663"/>
        <w:gridCol w:w="2663"/>
        <w:gridCol w:w="2663"/>
        <w:gridCol w:w="2663"/>
      </w:tblGrid>
      <w:tr>
        <w:tc>
          <w:tcPr>
            <w:tcW w:type="dxa" w:w="1928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DIFFUSION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______________________________</w:t>
            </w:r>
          </w:p>
        </w:tc>
        <w:tc>
          <w:tcPr>
            <w:tcW w:type="dxa" w:w="1701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DATE D’ENVOI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JJ/MM/AAAA</w:t>
            </w:r>
          </w:p>
        </w:tc>
      </w:tr>
      <w:tr>
        <w:tc>
          <w:tcPr>
            <w:tcW w:type="dxa" w:w="1928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RÉDIGÉ PAR</w:t>
            </w:r>
          </w:p>
        </w:tc>
        <w:tc>
          <w:tcPr>
            <w:tcW w:type="dxa" w:w="3402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______________________________</w:t>
            </w:r>
          </w:p>
        </w:tc>
        <w:tc>
          <w:tcPr>
            <w:tcW w:type="dxa" w:w="1701"/>
            <w:shd w:val="clear" w:color="auto" w:fill="F1E8D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3B3324"/>
                <w:sz w:val="19"/>
              </w:rPr>
              <w:t>VALIDÉ PAR</w:t>
            </w:r>
          </w:p>
        </w:tc>
        <w:tc>
          <w:tcPr>
            <w:tcW w:type="dxa" w:w="2948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E1C18"/>
                <w:sz w:val="21"/>
              </w:rPr>
              <w:t>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737" w:right="794" w:bottom="73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/>
    <w:r>
      <w:rPr>
        <w:rFonts w:ascii="Calibri" w:hAnsi="Calibri" w:cs="Calibri"/>
        <w:b w:val="0"/>
        <w:color w:val="7A8699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