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 w:cs="Calibri"/>
          <w:b/>
          <w:color w:val="124559"/>
          <w:sz w:val="40"/>
        </w:rPr>
        <w:t>COMPTE RENDU DE RÉUNION</w:t>
      </w:r>
    </w:p>
    <w:p>
      <w:pPr>
        <w:jc w:val="center"/>
      </w:pPr>
      <w:r>
        <w:rPr>
          <w:rFonts w:ascii="Calibri" w:hAnsi="Calibri" w:cs="Calibri"/>
          <w:b w:val="0"/>
          <w:color w:val="17202A"/>
          <w:sz w:val="22"/>
        </w:rPr>
        <w:t>Modèle “cartes” — lecture rapide, décisions nettes, actions suivies</w:t>
      </w:r>
    </w:p>
    <w:p>
      <w:pPr>
        <w:spacing w:after="200"/>
        <w:jc w:val="center"/>
        <w:pBdr>
          <w:bottom w:val="single" w:sz="18" w:space="2" w:color="FF6B6B"/>
        </w:pBdr>
      </w:pPr>
    </w:p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INFORMATIONS GÉNÉRALES  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2948"/>
        <w:gridCol w:w="7200"/>
      </w:tblGrid>
      <w:tr>
        <w:tc>
          <w:tcPr>
            <w:tcW w:type="dxa" w:w="5326"/>
            <w:shd w:val="clear" w:color="auto" w:fill="EAF4F6"/>
          </w:tcPr>
          <w:p>
            <w:r>
              <w:rPr>
                <w:rFonts w:ascii="Calibri" w:hAnsi="Calibri" w:cs="Calibri"/>
                <w:b/>
                <w:color w:val="124559"/>
                <w:sz w:val="19"/>
              </w:rPr>
              <w:t>DATE / HEURE</w:t>
            </w:r>
          </w:p>
        </w:tc>
        <w:tc>
          <w:tcPr>
            <w:tcW w:type="dxa" w:w="5326"/>
            <w:shd w:val="clear" w:color="auto" w:fill="F7FBFC"/>
          </w:tcPr>
          <w:p>
            <w:r>
              <w:rPr>
                <w:rFonts w:ascii="Calibri" w:hAnsi="Calibri" w:cs="Calibri"/>
                <w:b w:val="0"/>
                <w:color w:val="17202A"/>
                <w:sz w:val="21"/>
              </w:rPr>
              <w:t>JJ/MM/AAAA — ____:____ à ____:____</w:t>
            </w:r>
          </w:p>
        </w:tc>
      </w:tr>
      <w:tr>
        <w:tc>
          <w:tcPr>
            <w:tcW w:type="dxa" w:w="5326"/>
            <w:shd w:val="clear" w:color="auto" w:fill="EAF4F6"/>
          </w:tcPr>
          <w:p>
            <w:r>
              <w:rPr>
                <w:rFonts w:ascii="Calibri" w:hAnsi="Calibri" w:cs="Calibri"/>
                <w:b/>
                <w:color w:val="124559"/>
                <w:sz w:val="19"/>
              </w:rPr>
              <w:t>LIEU / MODE</w:t>
            </w:r>
          </w:p>
        </w:tc>
        <w:tc>
          <w:tcPr>
            <w:tcW w:type="dxa" w:w="5326"/>
            <w:shd w:val="clear" w:color="auto" w:fill="F7FBFC"/>
          </w:tcPr>
          <w:p>
            <w:r>
              <w:rPr>
                <w:rFonts w:ascii="Calibri" w:hAnsi="Calibri" w:cs="Calibri"/>
                <w:b w:val="0"/>
                <w:color w:val="17202A"/>
                <w:sz w:val="21"/>
              </w:rPr>
              <w:t>Présentiel / Visio</w:t>
            </w:r>
          </w:p>
        </w:tc>
      </w:tr>
      <w:tr>
        <w:tc>
          <w:tcPr>
            <w:tcW w:type="dxa" w:w="5326"/>
            <w:shd w:val="clear" w:color="auto" w:fill="EAF4F6"/>
          </w:tcPr>
          <w:p>
            <w:r>
              <w:rPr>
                <w:rFonts w:ascii="Calibri" w:hAnsi="Calibri" w:cs="Calibri"/>
                <w:b/>
                <w:color w:val="124559"/>
                <w:sz w:val="19"/>
              </w:rPr>
              <w:t>OBJET</w:t>
            </w:r>
          </w:p>
        </w:tc>
        <w:tc>
          <w:tcPr>
            <w:tcW w:type="dxa" w:w="5326"/>
            <w:shd w:val="clear" w:color="auto" w:fill="F7FBFC"/>
          </w:tcPr>
          <w:p>
            <w:r>
              <w:rPr>
                <w:rFonts w:ascii="Calibri" w:hAnsi="Calibri" w:cs="Calibri"/>
                <w:b w:val="0"/>
                <w:color w:val="17202A"/>
                <w:sz w:val="21"/>
              </w:rPr>
              <w:t>______________________________________________</w:t>
            </w:r>
          </w:p>
        </w:tc>
      </w:tr>
      <w:tr>
        <w:tc>
          <w:tcPr>
            <w:tcW w:type="dxa" w:w="5326"/>
            <w:shd w:val="clear" w:color="auto" w:fill="EAF4F6"/>
          </w:tcPr>
          <w:p>
            <w:r>
              <w:rPr>
                <w:rFonts w:ascii="Calibri" w:hAnsi="Calibri" w:cs="Calibri"/>
                <w:b/>
                <w:color w:val="124559"/>
                <w:sz w:val="19"/>
              </w:rPr>
              <w:t>ANIMATEUR / RÉDACTEUR</w:t>
            </w:r>
          </w:p>
        </w:tc>
        <w:tc>
          <w:tcPr>
            <w:tcW w:type="dxa" w:w="5326"/>
            <w:shd w:val="clear" w:color="auto" w:fill="F7FBFC"/>
          </w:tcPr>
          <w:p>
            <w:r>
              <w:rPr>
                <w:rFonts w:ascii="Calibri" w:hAnsi="Calibri" w:cs="Calibri"/>
                <w:b w:val="0"/>
                <w:color w:val="17202A"/>
                <w:sz w:val="21"/>
              </w:rPr>
              <w:t>__________________ / __________________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PARTICIPANTS 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3515"/>
        <w:gridCol w:w="2381"/>
        <w:gridCol w:w="1814"/>
        <w:gridCol w:w="2041"/>
      </w:tblGrid>
      <w:tr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NOM &amp; PRÉNOM</w:t>
            </w:r>
          </w:p>
        </w:tc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FONCTION / SERVICE</w:t>
            </w:r>
          </w:p>
        </w:tc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PRÉSENCE</w:t>
            </w:r>
          </w:p>
        </w:tc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CONTACT / REMARQUE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  <w:tr>
        <w:tc>
          <w:tcPr>
            <w:tcW w:type="dxa" w:w="3515"/>
            <w:vAlign w:val="center"/>
          </w:tcPr>
          <w:p>
            <w:r>
              <w:t xml:space="preserve"> </w:t>
            </w:r>
          </w:p>
        </w:tc>
        <w:tc>
          <w:tcPr>
            <w:tcW w:type="dxa" w:w="2381"/>
            <w:vAlign w:val="center"/>
          </w:tcPr>
          <w:p>
            <w:r>
              <w:t xml:space="preserve"> </w:t>
            </w:r>
          </w:p>
        </w:tc>
        <w:tc>
          <w:tcPr>
            <w:tcW w:type="dxa" w:w="1814"/>
            <w:vAlign w:val="center"/>
          </w:tcPr>
          <w:p>
            <w:r>
              <w:t xml:space="preserve"> </w:t>
            </w:r>
          </w:p>
        </w:tc>
        <w:tc>
          <w:tcPr>
            <w:tcW w:type="dxa" w:w="2041"/>
            <w:vAlign w:val="center"/>
          </w:tcPr>
          <w:p>
            <w:r>
              <w:t xml:space="preserve"> 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ORDRE DU JOUR 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907"/>
        <w:gridCol w:w="6803"/>
        <w:gridCol w:w="2041"/>
      </w:tblGrid>
      <w:tr>
        <w:tc>
          <w:tcPr>
            <w:tcW w:type="dxa" w:w="3551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#</w:t>
            </w:r>
          </w:p>
        </w:tc>
        <w:tc>
          <w:tcPr>
            <w:tcW w:type="dxa" w:w="3551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SUJET</w:t>
            </w:r>
          </w:p>
        </w:tc>
        <w:tc>
          <w:tcPr>
            <w:tcW w:type="dxa" w:w="3551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TEMPS (MIN)</w:t>
            </w:r>
          </w:p>
        </w:tc>
      </w:tr>
      <w:tr>
        <w:tc>
          <w:tcPr>
            <w:tcW w:type="dxa" w:w="907"/>
          </w:tcPr>
          <w:p>
            <w:r>
              <w:t>1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2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3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4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5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  <w:tr>
        <w:tc>
          <w:tcPr>
            <w:tcW w:type="dxa" w:w="907"/>
          </w:tcPr>
          <w:p>
            <w:r>
              <w:t>6</w:t>
            </w:r>
          </w:p>
        </w:tc>
        <w:tc>
          <w:tcPr>
            <w:tcW w:type="dxa" w:w="6803"/>
          </w:tcPr>
          <w:p>
            <w:r>
              <w:t xml:space="preserve"> </w:t>
            </w:r>
          </w:p>
        </w:tc>
        <w:tc>
          <w:tcPr>
            <w:tcW w:type="dxa" w:w="2041"/>
          </w:tcPr>
          <w:p>
            <w:r>
              <w:t xml:space="preserve"> 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21"/>
              </w:rPr>
              <w:t>SYNTHÈSE (POINTS CLÉS)</w:t>
            </w:r>
          </w:p>
        </w:tc>
      </w:tr>
      <w:tr>
        <w:tc>
          <w:tcPr>
            <w:tcW w:type="dxa" w:w="10652"/>
            <w:shd w:val="clear" w:color="auto" w:fill="F7FBFC"/>
          </w:tcPr>
          <w:p>
            <w:r>
              <w:rPr>
                <w:rFonts w:ascii="Calibri" w:hAnsi="Calibri" w:cs="Calibri"/>
                <w:b/>
                <w:color w:val="FF6B6B"/>
                <w:sz w:val="22"/>
              </w:rPr>
              <w:t xml:space="preserve">• </w:t>
            </w:r>
            <w:r>
              <w:rPr>
                <w:rFonts w:ascii="Calibri" w:hAnsi="Calibri" w:cs="Calibri"/>
                <w:b w:val="0"/>
                <w:color w:val="17202A"/>
                <w:sz w:val="22"/>
              </w:rPr>
              <w:t>À compléter : 3 à 6 points qui résument l’essentiel de la réunion.</w:t>
            </w:r>
          </w:p>
          <w:p>
            <w:r>
              <w:rPr>
                <w:b/>
                <w:color w:val="FF6B6B"/>
              </w:rPr>
              <w:t xml:space="preserve">• </w:t>
            </w:r>
          </w:p>
          <w:p>
            <w:r>
              <w:rPr>
                <w:b/>
                <w:color w:val="FF6B6B"/>
              </w:rPr>
              <w:t xml:space="preserve">• </w:t>
            </w:r>
          </w:p>
          <w:p>
            <w:r>
              <w:rPr>
                <w:b/>
                <w:color w:val="FF6B6B"/>
              </w:rPr>
              <w:t xml:space="preserve">• </w:t>
            </w:r>
          </w:p>
          <w:p>
            <w:r>
              <w:rPr>
                <w:b/>
                <w:color w:val="FF6B6B"/>
              </w:rPr>
              <w:t xml:space="preserve">• 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DÉCISIONS ACTÉES 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4082"/>
        <w:gridCol w:w="2494"/>
        <w:gridCol w:w="1701"/>
        <w:gridCol w:w="1871"/>
      </w:tblGrid>
      <w:tr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DÉCISION</w:t>
            </w:r>
          </w:p>
        </w:tc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RESPONSABLE / VALIDATEUR</w:t>
            </w:r>
          </w:p>
        </w:tc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ÉCHÉANCE</w:t>
            </w:r>
          </w:p>
        </w:tc>
        <w:tc>
          <w:tcPr>
            <w:tcW w:type="dxa" w:w="2663"/>
            <w:shd w:val="clear" w:color="auto" w:fill="FF6B6B"/>
          </w:tcPr>
          <w:p>
            <w:r>
              <w:rPr>
                <w:rFonts w:ascii="Calibri" w:hAnsi="Calibri" w:cs="Calibri"/>
                <w:b/>
                <w:color w:val="FFFFFF"/>
                <w:sz w:val="19"/>
              </w:rPr>
              <w:t>REMARQUE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  <w:tr>
        <w:tc>
          <w:tcPr>
            <w:tcW w:type="dxa" w:w="4082"/>
          </w:tcPr>
          <w:p>
            <w:r>
              <w:t xml:space="preserve"> </w:t>
            </w:r>
          </w:p>
        </w:tc>
        <w:tc>
          <w:tcPr>
            <w:tcW w:type="dxa" w:w="2494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871"/>
          </w:tcPr>
          <w:p>
            <w:r>
              <w:t xml:space="preserve"> 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PLAN D’ACTIONS 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3515"/>
        <w:gridCol w:w="2154"/>
        <w:gridCol w:w="1587"/>
        <w:gridCol w:w="1474"/>
        <w:gridCol w:w="1134"/>
        <w:gridCol w:w="1020"/>
      </w:tblGrid>
      <w:tr>
        <w:tc>
          <w:tcPr>
            <w:tcW w:type="dxa" w:w="1775"/>
            <w:shd w:val="clear" w:color="auto" w:fill="124559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ACTION</w:t>
            </w:r>
          </w:p>
        </w:tc>
        <w:tc>
          <w:tcPr>
            <w:tcW w:type="dxa" w:w="1775"/>
            <w:shd w:val="clear" w:color="auto" w:fill="124559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RESPONSABLE</w:t>
            </w:r>
          </w:p>
        </w:tc>
        <w:tc>
          <w:tcPr>
            <w:tcW w:type="dxa" w:w="1775"/>
            <w:shd w:val="clear" w:color="auto" w:fill="124559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ÉCHÉANCE</w:t>
            </w:r>
          </w:p>
        </w:tc>
        <w:tc>
          <w:tcPr>
            <w:tcW w:type="dxa" w:w="1775"/>
            <w:shd w:val="clear" w:color="auto" w:fill="124559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PRIORITÉ</w:t>
            </w:r>
          </w:p>
        </w:tc>
        <w:tc>
          <w:tcPr>
            <w:tcW w:type="dxa" w:w="1775"/>
            <w:shd w:val="clear" w:color="auto" w:fill="124559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STATUT</w:t>
            </w:r>
          </w:p>
        </w:tc>
        <w:tc>
          <w:tcPr>
            <w:tcW w:type="dxa" w:w="1775"/>
            <w:shd w:val="clear" w:color="auto" w:fill="124559"/>
          </w:tcPr>
          <w:p>
            <w:r>
              <w:rPr>
                <w:rFonts w:ascii="Calibri" w:hAnsi="Calibri" w:cs="Calibri"/>
                <w:b/>
                <w:color w:val="FFFFFF"/>
                <w:sz w:val="18"/>
              </w:rPr>
              <w:t>PREUVE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  <w:tr>
        <w:tc>
          <w:tcPr>
            <w:tcW w:type="dxa" w:w="3515"/>
          </w:tcPr>
          <w:p>
            <w:r>
              <w:t xml:space="preserve"> </w:t>
            </w:r>
          </w:p>
        </w:tc>
        <w:tc>
          <w:tcPr>
            <w:tcW w:type="dxa" w:w="2154"/>
          </w:tcPr>
          <w:p>
            <w:r>
              <w:t xml:space="preserve"> </w:t>
            </w:r>
          </w:p>
        </w:tc>
        <w:tc>
          <w:tcPr>
            <w:tcW w:type="dxa" w:w="1587"/>
          </w:tcPr>
          <w:p>
            <w:r>
              <w:t xml:space="preserve"> </w:t>
            </w:r>
          </w:p>
        </w:tc>
        <w:tc>
          <w:tcPr>
            <w:tcW w:type="dxa" w:w="1474"/>
          </w:tcPr>
          <w:p>
            <w:r>
              <w:t xml:space="preserve"> </w:t>
            </w:r>
          </w:p>
        </w:tc>
        <w:tc>
          <w:tcPr>
            <w:tcW w:type="dxa" w:w="1134"/>
          </w:tcPr>
          <w:p>
            <w:r>
              <w:t xml:space="preserve"> </w:t>
            </w:r>
          </w:p>
        </w:tc>
        <w:tc>
          <w:tcPr>
            <w:tcW w:type="dxa" w:w="1020"/>
          </w:tcPr>
          <w:p>
            <w:r>
              <w:t xml:space="preserve"> 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NOTES (ESPACE LIBRE)  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0148"/>
      </w:tblGrid>
      <w:tr>
        <w:tc>
          <w:tcPr>
            <w:tcW w:type="dxa" w:w="10652"/>
            <w:shd w:val="clear" w:color="auto" w:fill="FFFFFF"/>
          </w:tcPr>
          <w:p>
            <w:r>
              <w:rPr>
                <w:rFonts w:ascii="Calibri" w:hAnsi="Calibri" w:cs="Calibri"/>
                <w:b w:val="0"/>
                <w:color w:val="17202A"/>
                <w:sz w:val="21"/>
              </w:rPr>
              <w:t>Point : ________________________________    Conclusion : 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  <w:p>
            <w:r>
              <w:t>______________________________________________________________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PARKING LOT &amp; PROCHAINE RÉUNION  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5102"/>
        <w:gridCol w:w="5046"/>
      </w:tblGrid>
      <w:tr>
        <w:tc>
          <w:tcPr>
            <w:tcW w:type="dxa" w:w="5326"/>
            <w:shd w:val="clear" w:color="auto" w:fill="FFFFFF"/>
          </w:tcPr>
          <w:p>
            <w:r>
              <w:rPr>
                <w:rFonts w:ascii="Calibri" w:hAnsi="Calibri" w:cs="Calibri"/>
                <w:b/>
                <w:color w:val="124559"/>
                <w:sz w:val="22"/>
              </w:rPr>
              <w:t>PARKING LOT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  <w:p>
            <w:r>
              <w:t>• ______________________________________________</w:t>
            </w:r>
          </w:p>
        </w:tc>
        <w:tc>
          <w:tcPr>
            <w:tcW w:type="dxa" w:w="5326"/>
            <w:shd w:val="clear" w:color="auto" w:fill="FFFFFF"/>
          </w:tcPr>
          <w:p>
            <w:r>
              <w:rPr>
                <w:rFonts w:ascii="Calibri" w:hAnsi="Calibri" w:cs="Calibri"/>
                <w:b/>
                <w:color w:val="124559"/>
                <w:sz w:val="22"/>
              </w:rPr>
              <w:t>PROCHAINE RÉUNION</w:t>
            </w:r>
          </w:p>
          <w:p>
            <w:r>
              <w:t>Date / Heure : ________________________________</w:t>
            </w:r>
          </w:p>
          <w:p>
            <w:r>
              <w:t>Lieu / Visio : ________________________________</w:t>
            </w:r>
          </w:p>
          <w:p>
            <w:r>
              <w:t>Objectif : ____________________________________</w:t>
            </w:r>
          </w:p>
          <w:p>
            <w:r>
              <w:t>Préparation attendue : ________________________</w:t>
            </w:r>
          </w:p>
          <w:p>
            <w:r>
              <w:t>Pièces jointes / liens : _______________________</w:t>
            </w:r>
          </w:p>
        </w:tc>
      </w:tr>
    </w:tbl>
    <w:p/>
    <w:p>
      <w:pPr>
        <w:spacing w:before="200" w:after="12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148"/>
      </w:tblGrid>
      <w:tr>
        <w:tc>
          <w:tcPr>
            <w:tcW w:type="dxa" w:w="10652"/>
            <w:shd w:val="clear" w:color="auto" w:fill="FF6B6B"/>
          </w:tcPr>
          <w:p>
            <w:pPr>
              <w:spacing w:before="80" w:after="80"/>
            </w:pPr>
            <w:r>
              <w:rPr>
                <w:rFonts w:ascii="Calibri" w:hAnsi="Calibri" w:cs="Calibri"/>
                <w:b/>
                <w:color w:val="FFFFFF"/>
                <w:sz w:val="21"/>
              </w:rPr>
              <w:t xml:space="preserve">  DIFFUSION &amp; VALIDATION 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  <w:tblBorders>
          <w:top w:val="single" w:sz="8" w:space="0" w:color="D3E4EA"/>
          <w:left w:val="single" w:sz="8" w:space="0" w:color="D3E4EA"/>
          <w:bottom w:val="single" w:sz="8" w:space="0" w:color="D3E4EA"/>
          <w:right w:val="single" w:sz="8" w:space="0" w:color="D3E4EA"/>
          <w:insideH w:val="single" w:sz="8" w:space="0" w:color="D3E4EA"/>
          <w:insideV w:val="single" w:sz="8" w:space="0" w:color="D3E4EA"/>
        </w:tblBorders>
      </w:tblPr>
      <w:tblGrid>
        <w:gridCol w:w="1928"/>
        <w:gridCol w:w="3402"/>
        <w:gridCol w:w="1701"/>
        <w:gridCol w:w="2948"/>
      </w:tblGrid>
      <w:tr>
        <w:tc>
          <w:tcPr>
            <w:tcW w:type="dxa" w:w="2663"/>
            <w:shd w:val="clear" w:color="auto" w:fill="EAF4F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124559"/>
                <w:sz w:val="19"/>
              </w:rPr>
              <w:t>DIFFUSION</w:t>
            </w:r>
          </w:p>
        </w:tc>
        <w:tc>
          <w:tcPr>
            <w:tcW w:type="dxa" w:w="2663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7202A"/>
                <w:sz w:val="21"/>
              </w:rPr>
              <w:t>______________________________</w:t>
            </w:r>
          </w:p>
        </w:tc>
        <w:tc>
          <w:tcPr>
            <w:tcW w:type="dxa" w:w="2663"/>
            <w:shd w:val="clear" w:color="auto" w:fill="EAF4F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124559"/>
                <w:sz w:val="19"/>
              </w:rPr>
              <w:t>DATE D’ENVOI</w:t>
            </w:r>
          </w:p>
        </w:tc>
        <w:tc>
          <w:tcPr>
            <w:tcW w:type="dxa" w:w="2663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7202A"/>
                <w:sz w:val="21"/>
              </w:rPr>
              <w:t>JJ/MM/AAAA</w:t>
            </w:r>
          </w:p>
        </w:tc>
      </w:tr>
      <w:tr>
        <w:tc>
          <w:tcPr>
            <w:tcW w:type="dxa" w:w="2663"/>
            <w:shd w:val="clear" w:color="auto" w:fill="EAF4F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124559"/>
                <w:sz w:val="19"/>
              </w:rPr>
              <w:t>RÉDIGÉ PAR</w:t>
            </w:r>
          </w:p>
        </w:tc>
        <w:tc>
          <w:tcPr>
            <w:tcW w:type="dxa" w:w="2663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7202A"/>
                <w:sz w:val="21"/>
              </w:rPr>
              <w:t>______________________________</w:t>
            </w:r>
          </w:p>
        </w:tc>
        <w:tc>
          <w:tcPr>
            <w:tcW w:type="dxa" w:w="2663"/>
            <w:shd w:val="clear" w:color="auto" w:fill="EAF4F6"/>
          </w:tcPr>
          <w:p>
            <w:pPr>
              <w:spacing w:before="40" w:after="40"/>
            </w:pPr>
            <w:r>
              <w:rPr>
                <w:rFonts w:ascii="Calibri" w:hAnsi="Calibri" w:cs="Calibri"/>
                <w:b/>
                <w:color w:val="124559"/>
                <w:sz w:val="19"/>
              </w:rPr>
              <w:t>VALIDÉ PAR</w:t>
            </w:r>
          </w:p>
        </w:tc>
        <w:tc>
          <w:tcPr>
            <w:tcW w:type="dxa" w:w="2663"/>
          </w:tcPr>
          <w:p>
            <w:pPr>
              <w:spacing w:before="40" w:after="40"/>
            </w:pPr>
            <w:r>
              <w:rPr>
                <w:rFonts w:ascii="Calibri" w:hAnsi="Calibri" w:cs="Calibri"/>
                <w:b w:val="0"/>
                <w:color w:val="17202A"/>
                <w:sz w:val="21"/>
              </w:rPr>
              <w:t>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794" w:bottom="680" w:left="79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rFonts w:ascii="Calibri" w:hAnsi="Calibri" w:cs="Calibri"/>
        <w:b w:val="0"/>
        <w:color w:val="7A8699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