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after="40"/>
      </w:pPr>
      <w:r>
        <w:rPr>
          <w:rFonts w:ascii="Calibri" w:hAnsi="Calibri" w:cs="Calibri"/>
          <w:b/>
          <w:color w:val="2B2D42"/>
          <w:sz w:val="36"/>
        </w:rPr>
        <w:t>🗒️  Compte rendu de réunion</w:t>
      </w:r>
    </w:p>
    <w:p>
      <w:pPr>
        <w:spacing w:after="160"/>
        <w:pBdr>
          <w:bottom w:val="single" w:sz="10" w:space="2" w:color="3A86FF"/>
        </w:pBdr>
      </w:pPr>
      <w:r>
        <w:rPr>
          <w:rFonts w:ascii="Calibri" w:hAnsi="Calibri" w:cs="Calibri"/>
          <w:b w:val="0"/>
          <w:color w:val="222222"/>
          <w:sz w:val="22"/>
        </w:rPr>
        <w:t>Style “carnet” : zones prêtes à écrire + lignes pour notes</w:t>
      </w:r>
    </w:p>
    <w:tbl>
      <w:tblPr>
        <w:tblW w:type="auto" w:w="0"/>
        <w:tblLayout w:type="fixed"/>
        <w:tblLook w:firstColumn="1" w:firstRow="1" w:lastColumn="0" w:lastRow="0" w:noHBand="0" w:noVBand="1" w:val="04A0"/>
        <w:tblBorders>
          <w:top w:val="single" w:sz="6" w:space="0" w:color="E3D6C0"/>
          <w:left w:val="single" w:sz="6" w:space="0" w:color="E3D6C0"/>
          <w:bottom w:val="single" w:sz="6" w:space="0" w:color="E3D6C0"/>
          <w:right w:val="single" w:sz="6" w:space="0" w:color="E3D6C0"/>
          <w:insideH w:val="single" w:sz="6" w:space="0" w:color="E3D6C0"/>
          <w:insideV w:val="single" w:sz="6" w:space="0" w:color="E3D6C0"/>
        </w:tblBorders>
      </w:tblPr>
      <w:tblGrid>
        <w:gridCol w:w="5102"/>
        <w:gridCol w:w="5046"/>
      </w:tblGrid>
      <w:tr>
        <w:tc>
          <w:tcPr>
            <w:tcW w:type="dxa" w:w="5270"/>
            <w:shd w:val="clear" w:color="auto" w:fill="FFF6E6"/>
          </w:tcPr>
          <w:p>
            <w:r>
              <w:rPr>
                <w:rFonts w:ascii="Calibri" w:hAnsi="Calibri" w:cs="Calibri"/>
                <w:b w:val="0"/>
                <w:color w:val="222222"/>
                <w:sz w:val="21"/>
              </w:rPr>
              <w:t>Date : ____________________    Heure : ____________________</w:t>
            </w:r>
          </w:p>
        </w:tc>
        <w:tc>
          <w:tcPr>
            <w:tcW w:type="dxa" w:w="5270"/>
            <w:shd w:val="clear" w:color="auto" w:fill="FFF6E6"/>
          </w:tcPr>
          <w:p>
            <w:r>
              <w:rPr>
                <w:rFonts w:ascii="Calibri" w:hAnsi="Calibri" w:cs="Calibri"/>
                <w:b w:val="0"/>
                <w:color w:val="222222"/>
                <w:sz w:val="21"/>
              </w:rPr>
              <w:t>Lieu / Mode : ____________________________________________</w:t>
            </w:r>
          </w:p>
        </w:tc>
      </w:tr>
      <w:tr>
        <w:tc>
          <w:tcPr>
            <w:tcW w:type="dxa" w:w="5270"/>
            <w:shd w:val="clear" w:color="auto" w:fill="FFF6E6"/>
          </w:tcPr>
          <w:p>
            <w:r>
              <w:rPr>
                <w:rFonts w:ascii="Calibri" w:hAnsi="Calibri" w:cs="Calibri"/>
                <w:b w:val="0"/>
                <w:color w:val="222222"/>
                <w:sz w:val="21"/>
              </w:rPr>
              <w:t>Objet : _________________________________________________</w:t>
            </w:r>
          </w:p>
        </w:tc>
        <w:tc>
          <w:tcPr>
            <w:tcW w:type="dxa" w:w="5270"/>
            <w:shd w:val="clear" w:color="auto" w:fill="FFF6E6"/>
          </w:tcPr>
          <w:p>
            <w:r>
              <w:rPr>
                <w:rFonts w:ascii="Calibri" w:hAnsi="Calibri" w:cs="Calibri"/>
                <w:b w:val="0"/>
                <w:color w:val="222222"/>
                <w:sz w:val="21"/>
              </w:rPr>
              <w:t>Animateur / Rédacteur : __________________ / ______________</w:t>
            </w:r>
          </w:p>
        </w:tc>
      </w:tr>
    </w:tbl>
    <w:p/>
    <w:p>
      <w:pPr>
        <w:spacing w:before="200" w:after="120"/>
        <w:pBdr>
          <w:bottom w:val="single" w:sz="10" w:space="3" w:color="E3D6C0"/>
        </w:pBdr>
      </w:pPr>
      <w:r>
        <w:rPr>
          <w:rFonts w:ascii="Calibri" w:hAnsi="Calibri" w:cs="Calibri"/>
          <w:b/>
          <w:color w:val="2B2D42"/>
          <w:sz w:val="26"/>
        </w:rPr>
        <w:t>Participants</w:t>
      </w:r>
    </w:p>
    <w:tbl>
      <w:tblPr>
        <w:tblW w:type="auto" w:w="0"/>
        <w:jc w:val="left"/>
        <w:tblLayout w:type="fixed"/>
        <w:tblLook w:firstColumn="1" w:firstRow="1" w:lastColumn="0" w:lastRow="0" w:noHBand="0" w:noVBand="1" w:val="04A0"/>
        <w:tblBorders>
          <w:top w:val="single" w:sz="8" w:space="0" w:color="E3D6C0"/>
          <w:left w:val="single" w:sz="8" w:space="0" w:color="E3D6C0"/>
          <w:bottom w:val="single" w:sz="8" w:space="0" w:color="E3D6C0"/>
          <w:right w:val="single" w:sz="8" w:space="0" w:color="E3D6C0"/>
          <w:insideH w:val="single" w:sz="8" w:space="0" w:color="E3D6C0"/>
          <w:insideV w:val="single" w:sz="8" w:space="0" w:color="E3D6C0"/>
        </w:tblBorders>
      </w:tblPr>
      <w:tblGrid>
        <w:gridCol w:w="3515"/>
        <w:gridCol w:w="2381"/>
        <w:gridCol w:w="1814"/>
        <w:gridCol w:w="2041"/>
      </w:tblGrid>
      <w:tr>
        <w:tc>
          <w:tcPr>
            <w:tcW w:type="dxa" w:w="2635"/>
            <w:shd w:val="clear" w:color="auto" w:fill="3A86FF"/>
          </w:tcPr>
          <w:p>
            <w:r>
              <w:rPr>
                <w:rFonts w:ascii="Calibri" w:hAnsi="Calibri" w:cs="Calibri"/>
                <w:b/>
                <w:color w:val="FFFFFF"/>
                <w:sz w:val="19"/>
              </w:rPr>
              <w:t>NOM &amp; PRÉNOM</w:t>
            </w:r>
          </w:p>
        </w:tc>
        <w:tc>
          <w:tcPr>
            <w:tcW w:type="dxa" w:w="2635"/>
            <w:shd w:val="clear" w:color="auto" w:fill="3A86FF"/>
          </w:tcPr>
          <w:p>
            <w:r>
              <w:rPr>
                <w:rFonts w:ascii="Calibri" w:hAnsi="Calibri" w:cs="Calibri"/>
                <w:b/>
                <w:color w:val="FFFFFF"/>
                <w:sz w:val="19"/>
              </w:rPr>
              <w:t>FONCTION / SERVICE</w:t>
            </w:r>
          </w:p>
        </w:tc>
        <w:tc>
          <w:tcPr>
            <w:tcW w:type="dxa" w:w="2635"/>
            <w:shd w:val="clear" w:color="auto" w:fill="3A86FF"/>
          </w:tcPr>
          <w:p>
            <w:r>
              <w:rPr>
                <w:rFonts w:ascii="Calibri" w:hAnsi="Calibri" w:cs="Calibri"/>
                <w:b/>
                <w:color w:val="FFFFFF"/>
                <w:sz w:val="19"/>
              </w:rPr>
              <w:t>PRÉSENCE</w:t>
            </w:r>
          </w:p>
        </w:tc>
        <w:tc>
          <w:tcPr>
            <w:tcW w:type="dxa" w:w="2635"/>
            <w:shd w:val="clear" w:color="auto" w:fill="3A86FF"/>
          </w:tcPr>
          <w:p>
            <w:r>
              <w:rPr>
                <w:rFonts w:ascii="Calibri" w:hAnsi="Calibri" w:cs="Calibri"/>
                <w:b/>
                <w:color w:val="FFFFFF"/>
                <w:sz w:val="19"/>
              </w:rPr>
              <w:t>CONTACT / REMARQUE</w:t>
            </w:r>
          </w:p>
        </w:tc>
      </w:tr>
      <w:tr>
        <w:tc>
          <w:tcPr>
            <w:tcW w:type="dxa" w:w="3515"/>
            <w:vAlign w:val="center"/>
          </w:tcPr>
          <w:p>
            <w:r>
              <w:t xml:space="preserve"> </w:t>
            </w:r>
          </w:p>
        </w:tc>
        <w:tc>
          <w:tcPr>
            <w:tcW w:type="dxa" w:w="2381"/>
            <w:vAlign w:val="center"/>
          </w:tcPr>
          <w:p>
            <w:r>
              <w:t xml:space="preserve"> </w:t>
            </w:r>
          </w:p>
        </w:tc>
        <w:tc>
          <w:tcPr>
            <w:tcW w:type="dxa" w:w="1814"/>
            <w:vAlign w:val="center"/>
          </w:tcPr>
          <w:p>
            <w:r>
              <w:t xml:space="preserve"> </w:t>
            </w:r>
          </w:p>
        </w:tc>
        <w:tc>
          <w:tcPr>
            <w:tcW w:type="dxa" w:w="2041"/>
            <w:vAlign w:val="center"/>
          </w:tcPr>
          <w:p>
            <w:r>
              <w:t xml:space="preserve"> </w:t>
            </w:r>
          </w:p>
        </w:tc>
      </w:tr>
      <w:tr>
        <w:tc>
          <w:tcPr>
            <w:tcW w:type="dxa" w:w="3515"/>
            <w:vAlign w:val="center"/>
          </w:tcPr>
          <w:p>
            <w:r>
              <w:t xml:space="preserve"> </w:t>
            </w:r>
          </w:p>
        </w:tc>
        <w:tc>
          <w:tcPr>
            <w:tcW w:type="dxa" w:w="2381"/>
            <w:vAlign w:val="center"/>
          </w:tcPr>
          <w:p>
            <w:r>
              <w:t xml:space="preserve"> </w:t>
            </w:r>
          </w:p>
        </w:tc>
        <w:tc>
          <w:tcPr>
            <w:tcW w:type="dxa" w:w="1814"/>
            <w:vAlign w:val="center"/>
          </w:tcPr>
          <w:p>
            <w:r>
              <w:t xml:space="preserve"> </w:t>
            </w:r>
          </w:p>
        </w:tc>
        <w:tc>
          <w:tcPr>
            <w:tcW w:type="dxa" w:w="2041"/>
            <w:vAlign w:val="center"/>
          </w:tcPr>
          <w:p>
            <w:r>
              <w:t xml:space="preserve"> </w:t>
            </w:r>
          </w:p>
        </w:tc>
      </w:tr>
      <w:tr>
        <w:tc>
          <w:tcPr>
            <w:tcW w:type="dxa" w:w="3515"/>
            <w:vAlign w:val="center"/>
          </w:tcPr>
          <w:p>
            <w:r>
              <w:t xml:space="preserve"> </w:t>
            </w:r>
          </w:p>
        </w:tc>
        <w:tc>
          <w:tcPr>
            <w:tcW w:type="dxa" w:w="2381"/>
            <w:vAlign w:val="center"/>
          </w:tcPr>
          <w:p>
            <w:r>
              <w:t xml:space="preserve"> </w:t>
            </w:r>
          </w:p>
        </w:tc>
        <w:tc>
          <w:tcPr>
            <w:tcW w:type="dxa" w:w="1814"/>
            <w:vAlign w:val="center"/>
          </w:tcPr>
          <w:p>
            <w:r>
              <w:t xml:space="preserve"> </w:t>
            </w:r>
          </w:p>
        </w:tc>
        <w:tc>
          <w:tcPr>
            <w:tcW w:type="dxa" w:w="2041"/>
            <w:vAlign w:val="center"/>
          </w:tcPr>
          <w:p>
            <w:r>
              <w:t xml:space="preserve"> </w:t>
            </w:r>
          </w:p>
        </w:tc>
      </w:tr>
      <w:tr>
        <w:tc>
          <w:tcPr>
            <w:tcW w:type="dxa" w:w="3515"/>
            <w:vAlign w:val="center"/>
          </w:tcPr>
          <w:p>
            <w:r>
              <w:t xml:space="preserve"> </w:t>
            </w:r>
          </w:p>
        </w:tc>
        <w:tc>
          <w:tcPr>
            <w:tcW w:type="dxa" w:w="2381"/>
            <w:vAlign w:val="center"/>
          </w:tcPr>
          <w:p>
            <w:r>
              <w:t xml:space="preserve"> </w:t>
            </w:r>
          </w:p>
        </w:tc>
        <w:tc>
          <w:tcPr>
            <w:tcW w:type="dxa" w:w="1814"/>
            <w:vAlign w:val="center"/>
          </w:tcPr>
          <w:p>
            <w:r>
              <w:t xml:space="preserve"> </w:t>
            </w:r>
          </w:p>
        </w:tc>
        <w:tc>
          <w:tcPr>
            <w:tcW w:type="dxa" w:w="2041"/>
            <w:vAlign w:val="center"/>
          </w:tcPr>
          <w:p>
            <w:r>
              <w:t xml:space="preserve"> </w:t>
            </w:r>
          </w:p>
        </w:tc>
      </w:tr>
      <w:tr>
        <w:tc>
          <w:tcPr>
            <w:tcW w:type="dxa" w:w="3515"/>
            <w:vAlign w:val="center"/>
          </w:tcPr>
          <w:p>
            <w:r>
              <w:t xml:space="preserve"> </w:t>
            </w:r>
          </w:p>
        </w:tc>
        <w:tc>
          <w:tcPr>
            <w:tcW w:type="dxa" w:w="2381"/>
            <w:vAlign w:val="center"/>
          </w:tcPr>
          <w:p>
            <w:r>
              <w:t xml:space="preserve"> </w:t>
            </w:r>
          </w:p>
        </w:tc>
        <w:tc>
          <w:tcPr>
            <w:tcW w:type="dxa" w:w="1814"/>
            <w:vAlign w:val="center"/>
          </w:tcPr>
          <w:p>
            <w:r>
              <w:t xml:space="preserve"> </w:t>
            </w:r>
          </w:p>
        </w:tc>
        <w:tc>
          <w:tcPr>
            <w:tcW w:type="dxa" w:w="2041"/>
            <w:vAlign w:val="center"/>
          </w:tcPr>
          <w:p>
            <w:r>
              <w:t xml:space="preserve"> </w:t>
            </w:r>
          </w:p>
        </w:tc>
      </w:tr>
    </w:tbl>
    <w:p>
      <w:pPr>
        <w:spacing w:before="200" w:after="120"/>
        <w:pBdr>
          <w:bottom w:val="single" w:sz="10" w:space="3" w:color="E3D6C0"/>
        </w:pBdr>
      </w:pPr>
      <w:r>
        <w:rPr>
          <w:rFonts w:ascii="Calibri" w:hAnsi="Calibri" w:cs="Calibri"/>
          <w:b/>
          <w:color w:val="2B2D42"/>
          <w:sz w:val="26"/>
        </w:rPr>
        <w:t>Ordre du jour</w:t>
      </w:r>
    </w:p>
    <w:tbl>
      <w:tblPr>
        <w:tblW w:type="auto" w:w="0"/>
        <w:jc w:val="left"/>
        <w:tblLayout w:type="fixed"/>
        <w:tblLook w:firstColumn="1" w:firstRow="1" w:lastColumn="0" w:lastRow="0" w:noHBand="0" w:noVBand="1" w:val="04A0"/>
        <w:tblBorders>
          <w:top w:val="single" w:sz="8" w:space="0" w:color="E3D6C0"/>
          <w:left w:val="single" w:sz="8" w:space="0" w:color="E3D6C0"/>
          <w:bottom w:val="single" w:sz="8" w:space="0" w:color="E3D6C0"/>
          <w:right w:val="single" w:sz="8" w:space="0" w:color="E3D6C0"/>
          <w:insideH w:val="single" w:sz="8" w:space="0" w:color="E3D6C0"/>
          <w:insideV w:val="single" w:sz="8" w:space="0" w:color="E3D6C0"/>
        </w:tblBorders>
      </w:tblPr>
      <w:tblGrid>
        <w:gridCol w:w="907"/>
        <w:gridCol w:w="6803"/>
        <w:gridCol w:w="2041"/>
      </w:tblGrid>
      <w:tr>
        <w:tc>
          <w:tcPr>
            <w:tcW w:type="dxa" w:w="3513"/>
            <w:shd w:val="clear" w:color="auto" w:fill="3A86FF"/>
          </w:tcPr>
          <w:p>
            <w:r>
              <w:rPr>
                <w:rFonts w:ascii="Calibri" w:hAnsi="Calibri" w:cs="Calibri"/>
                <w:b/>
                <w:color w:val="FFFFFF"/>
                <w:sz w:val="19"/>
              </w:rPr>
              <w:t>#</w:t>
            </w:r>
          </w:p>
        </w:tc>
        <w:tc>
          <w:tcPr>
            <w:tcW w:type="dxa" w:w="3513"/>
            <w:shd w:val="clear" w:color="auto" w:fill="3A86FF"/>
          </w:tcPr>
          <w:p>
            <w:r>
              <w:rPr>
                <w:rFonts w:ascii="Calibri" w:hAnsi="Calibri" w:cs="Calibri"/>
                <w:b/>
                <w:color w:val="FFFFFF"/>
                <w:sz w:val="19"/>
              </w:rPr>
              <w:t>SUJET</w:t>
            </w:r>
          </w:p>
        </w:tc>
        <w:tc>
          <w:tcPr>
            <w:tcW w:type="dxa" w:w="3513"/>
            <w:shd w:val="clear" w:color="auto" w:fill="3A86FF"/>
          </w:tcPr>
          <w:p>
            <w:r>
              <w:rPr>
                <w:rFonts w:ascii="Calibri" w:hAnsi="Calibri" w:cs="Calibri"/>
                <w:b/>
                <w:color w:val="FFFFFF"/>
                <w:sz w:val="19"/>
              </w:rPr>
              <w:t>TEMPS (MIN)</w:t>
            </w:r>
          </w:p>
        </w:tc>
      </w:tr>
      <w:tr>
        <w:tc>
          <w:tcPr>
            <w:tcW w:type="dxa" w:w="907"/>
          </w:tcPr>
          <w:p>
            <w:r>
              <w:t>1</w:t>
            </w:r>
          </w:p>
        </w:tc>
        <w:tc>
          <w:tcPr>
            <w:tcW w:type="dxa" w:w="6803"/>
          </w:tcPr>
          <w:p>
            <w:r>
              <w:t xml:space="preserve"> </w:t>
            </w:r>
          </w:p>
        </w:tc>
        <w:tc>
          <w:tcPr>
            <w:tcW w:type="dxa" w:w="2041"/>
          </w:tcPr>
          <w:p>
            <w:r>
              <w:t xml:space="preserve"> </w:t>
            </w:r>
          </w:p>
        </w:tc>
      </w:tr>
      <w:tr>
        <w:tc>
          <w:tcPr>
            <w:tcW w:type="dxa" w:w="907"/>
          </w:tcPr>
          <w:p>
            <w:r>
              <w:t>2</w:t>
            </w:r>
          </w:p>
        </w:tc>
        <w:tc>
          <w:tcPr>
            <w:tcW w:type="dxa" w:w="6803"/>
          </w:tcPr>
          <w:p>
            <w:r>
              <w:t xml:space="preserve"> </w:t>
            </w:r>
          </w:p>
        </w:tc>
        <w:tc>
          <w:tcPr>
            <w:tcW w:type="dxa" w:w="2041"/>
          </w:tcPr>
          <w:p>
            <w:r>
              <w:t xml:space="preserve"> </w:t>
            </w:r>
          </w:p>
        </w:tc>
      </w:tr>
      <w:tr>
        <w:tc>
          <w:tcPr>
            <w:tcW w:type="dxa" w:w="907"/>
          </w:tcPr>
          <w:p>
            <w:r>
              <w:t>3</w:t>
            </w:r>
          </w:p>
        </w:tc>
        <w:tc>
          <w:tcPr>
            <w:tcW w:type="dxa" w:w="6803"/>
          </w:tcPr>
          <w:p>
            <w:r>
              <w:t xml:space="preserve"> </w:t>
            </w:r>
          </w:p>
        </w:tc>
        <w:tc>
          <w:tcPr>
            <w:tcW w:type="dxa" w:w="2041"/>
          </w:tcPr>
          <w:p>
            <w:r>
              <w:t xml:space="preserve"> </w:t>
            </w:r>
          </w:p>
        </w:tc>
      </w:tr>
      <w:tr>
        <w:tc>
          <w:tcPr>
            <w:tcW w:type="dxa" w:w="907"/>
          </w:tcPr>
          <w:p>
            <w:r>
              <w:t>4</w:t>
            </w:r>
          </w:p>
        </w:tc>
        <w:tc>
          <w:tcPr>
            <w:tcW w:type="dxa" w:w="6803"/>
          </w:tcPr>
          <w:p>
            <w:r>
              <w:t xml:space="preserve"> </w:t>
            </w:r>
          </w:p>
        </w:tc>
        <w:tc>
          <w:tcPr>
            <w:tcW w:type="dxa" w:w="2041"/>
          </w:tcPr>
          <w:p>
            <w:r>
              <w:t xml:space="preserve"> </w:t>
            </w:r>
          </w:p>
        </w:tc>
      </w:tr>
      <w:tr>
        <w:tc>
          <w:tcPr>
            <w:tcW w:type="dxa" w:w="907"/>
          </w:tcPr>
          <w:p>
            <w:r>
              <w:t>5</w:t>
            </w:r>
          </w:p>
        </w:tc>
        <w:tc>
          <w:tcPr>
            <w:tcW w:type="dxa" w:w="6803"/>
          </w:tcPr>
          <w:p>
            <w:r>
              <w:t xml:space="preserve"> </w:t>
            </w:r>
          </w:p>
        </w:tc>
        <w:tc>
          <w:tcPr>
            <w:tcW w:type="dxa" w:w="2041"/>
          </w:tcPr>
          <w:p>
            <w:r>
              <w:t xml:space="preserve"> </w:t>
            </w:r>
          </w:p>
        </w:tc>
      </w:tr>
      <w:tr>
        <w:tc>
          <w:tcPr>
            <w:tcW w:type="dxa" w:w="907"/>
          </w:tcPr>
          <w:p>
            <w:r>
              <w:t>6</w:t>
            </w:r>
          </w:p>
        </w:tc>
        <w:tc>
          <w:tcPr>
            <w:tcW w:type="dxa" w:w="6803"/>
          </w:tcPr>
          <w:p>
            <w:r>
              <w:t xml:space="preserve"> </w:t>
            </w:r>
          </w:p>
        </w:tc>
        <w:tc>
          <w:tcPr>
            <w:tcW w:type="dxa" w:w="2041"/>
          </w:tcPr>
          <w:p>
            <w:r>
              <w:t xml:space="preserve"> </w:t>
            </w:r>
          </w:p>
        </w:tc>
      </w:tr>
    </w:tbl>
    <w:p>
      <w:pPr>
        <w:spacing w:before="200" w:after="120"/>
        <w:pBdr>
          <w:bottom w:val="single" w:sz="10" w:space="3" w:color="E3D6C0"/>
        </w:pBdr>
      </w:pPr>
      <w:r>
        <w:rPr>
          <w:rFonts w:ascii="Calibri" w:hAnsi="Calibri" w:cs="Calibri"/>
          <w:b/>
          <w:color w:val="2B2D42"/>
          <w:sz w:val="26"/>
        </w:rPr>
        <w:t>Décisions actées</w:t>
      </w:r>
    </w:p>
    <w:tbl>
      <w:tblPr>
        <w:tblW w:type="auto" w:w="0"/>
        <w:jc w:val="left"/>
        <w:tblLayout w:type="fixed"/>
        <w:tblLook w:firstColumn="1" w:firstRow="1" w:lastColumn="0" w:lastRow="0" w:noHBand="0" w:noVBand="1" w:val="04A0"/>
        <w:tblBorders>
          <w:top w:val="single" w:sz="8" w:space="0" w:color="E3D6C0"/>
          <w:left w:val="single" w:sz="8" w:space="0" w:color="E3D6C0"/>
          <w:bottom w:val="single" w:sz="8" w:space="0" w:color="E3D6C0"/>
          <w:right w:val="single" w:sz="8" w:space="0" w:color="E3D6C0"/>
          <w:insideH w:val="single" w:sz="8" w:space="0" w:color="E3D6C0"/>
          <w:insideV w:val="single" w:sz="8" w:space="0" w:color="E3D6C0"/>
        </w:tblBorders>
      </w:tblPr>
      <w:tblGrid>
        <w:gridCol w:w="4082"/>
        <w:gridCol w:w="2494"/>
        <w:gridCol w:w="1701"/>
        <w:gridCol w:w="1871"/>
      </w:tblGrid>
      <w:tr>
        <w:tc>
          <w:tcPr>
            <w:tcW w:type="dxa" w:w="2635"/>
            <w:shd w:val="clear" w:color="auto" w:fill="2B2D42"/>
          </w:tcPr>
          <w:p>
            <w:r>
              <w:rPr>
                <w:rFonts w:ascii="Calibri" w:hAnsi="Calibri" w:cs="Calibri"/>
                <w:b/>
                <w:color w:val="FFFFFF"/>
                <w:sz w:val="19"/>
              </w:rPr>
              <w:t>DÉCISION</w:t>
            </w:r>
          </w:p>
        </w:tc>
        <w:tc>
          <w:tcPr>
            <w:tcW w:type="dxa" w:w="2635"/>
            <w:shd w:val="clear" w:color="auto" w:fill="2B2D42"/>
          </w:tcPr>
          <w:p>
            <w:r>
              <w:rPr>
                <w:rFonts w:ascii="Calibri" w:hAnsi="Calibri" w:cs="Calibri"/>
                <w:b/>
                <w:color w:val="FFFFFF"/>
                <w:sz w:val="19"/>
              </w:rPr>
              <w:t>RESPONSABLE / VALIDATEUR</w:t>
            </w:r>
          </w:p>
        </w:tc>
        <w:tc>
          <w:tcPr>
            <w:tcW w:type="dxa" w:w="2635"/>
            <w:shd w:val="clear" w:color="auto" w:fill="2B2D42"/>
          </w:tcPr>
          <w:p>
            <w:r>
              <w:rPr>
                <w:rFonts w:ascii="Calibri" w:hAnsi="Calibri" w:cs="Calibri"/>
                <w:b/>
                <w:color w:val="FFFFFF"/>
                <w:sz w:val="19"/>
              </w:rPr>
              <w:t>ÉCHÉANCE</w:t>
            </w:r>
          </w:p>
        </w:tc>
        <w:tc>
          <w:tcPr>
            <w:tcW w:type="dxa" w:w="2635"/>
            <w:shd w:val="clear" w:color="auto" w:fill="2B2D42"/>
          </w:tcPr>
          <w:p>
            <w:r>
              <w:rPr>
                <w:rFonts w:ascii="Calibri" w:hAnsi="Calibri" w:cs="Calibri"/>
                <w:b/>
                <w:color w:val="FFFFFF"/>
                <w:sz w:val="19"/>
              </w:rPr>
              <w:t>REMARQUE</w:t>
            </w:r>
          </w:p>
        </w:tc>
      </w:tr>
      <w:tr>
        <w:tc>
          <w:tcPr>
            <w:tcW w:type="dxa" w:w="4082"/>
          </w:tcPr>
          <w:p>
            <w:r>
              <w:t xml:space="preserve"> </w:t>
            </w:r>
          </w:p>
        </w:tc>
        <w:tc>
          <w:tcPr>
            <w:tcW w:type="dxa" w:w="2494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871"/>
          </w:tcPr>
          <w:p>
            <w:r>
              <w:t xml:space="preserve"> </w:t>
            </w:r>
          </w:p>
        </w:tc>
      </w:tr>
      <w:tr>
        <w:tc>
          <w:tcPr>
            <w:tcW w:type="dxa" w:w="4082"/>
          </w:tcPr>
          <w:p>
            <w:r>
              <w:t xml:space="preserve"> </w:t>
            </w:r>
          </w:p>
        </w:tc>
        <w:tc>
          <w:tcPr>
            <w:tcW w:type="dxa" w:w="2494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871"/>
          </w:tcPr>
          <w:p>
            <w:r>
              <w:t xml:space="preserve"> </w:t>
            </w:r>
          </w:p>
        </w:tc>
      </w:tr>
      <w:tr>
        <w:tc>
          <w:tcPr>
            <w:tcW w:type="dxa" w:w="4082"/>
          </w:tcPr>
          <w:p>
            <w:r>
              <w:t xml:space="preserve"> </w:t>
            </w:r>
          </w:p>
        </w:tc>
        <w:tc>
          <w:tcPr>
            <w:tcW w:type="dxa" w:w="2494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871"/>
          </w:tcPr>
          <w:p>
            <w:r>
              <w:t xml:space="preserve"> </w:t>
            </w:r>
          </w:p>
        </w:tc>
      </w:tr>
      <w:tr>
        <w:tc>
          <w:tcPr>
            <w:tcW w:type="dxa" w:w="4082"/>
          </w:tcPr>
          <w:p>
            <w:r>
              <w:t xml:space="preserve"> </w:t>
            </w:r>
          </w:p>
        </w:tc>
        <w:tc>
          <w:tcPr>
            <w:tcW w:type="dxa" w:w="2494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871"/>
          </w:tcPr>
          <w:p>
            <w:r>
              <w:t xml:space="preserve"> </w:t>
            </w:r>
          </w:p>
        </w:tc>
      </w:tr>
      <w:tr>
        <w:tc>
          <w:tcPr>
            <w:tcW w:type="dxa" w:w="4082"/>
          </w:tcPr>
          <w:p>
            <w:r>
              <w:t xml:space="preserve"> </w:t>
            </w:r>
          </w:p>
        </w:tc>
        <w:tc>
          <w:tcPr>
            <w:tcW w:type="dxa" w:w="2494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871"/>
          </w:tcPr>
          <w:p>
            <w:r>
              <w:t xml:space="preserve"> </w:t>
            </w:r>
          </w:p>
        </w:tc>
      </w:tr>
    </w:tbl>
    <w:p>
      <w:pPr>
        <w:spacing w:before="200" w:after="120"/>
        <w:pBdr>
          <w:bottom w:val="single" w:sz="10" w:space="3" w:color="E3D6C0"/>
        </w:pBdr>
      </w:pPr>
      <w:r>
        <w:rPr>
          <w:rFonts w:ascii="Calibri" w:hAnsi="Calibri" w:cs="Calibri"/>
          <w:b/>
          <w:color w:val="2B2D42"/>
          <w:sz w:val="26"/>
        </w:rPr>
        <w:t>Plan d’actions</w:t>
      </w:r>
    </w:p>
    <w:tbl>
      <w:tblPr>
        <w:tblW w:type="auto" w:w="0"/>
        <w:jc w:val="left"/>
        <w:tblLayout w:type="fixed"/>
        <w:tblLook w:firstColumn="1" w:firstRow="1" w:lastColumn="0" w:lastRow="0" w:noHBand="0" w:noVBand="1" w:val="04A0"/>
        <w:tblBorders>
          <w:top w:val="single" w:sz="8" w:space="0" w:color="E3D6C0"/>
          <w:left w:val="single" w:sz="8" w:space="0" w:color="E3D6C0"/>
          <w:bottom w:val="single" w:sz="8" w:space="0" w:color="E3D6C0"/>
          <w:right w:val="single" w:sz="8" w:space="0" w:color="E3D6C0"/>
          <w:insideH w:val="single" w:sz="8" w:space="0" w:color="E3D6C0"/>
          <w:insideV w:val="single" w:sz="8" w:space="0" w:color="E3D6C0"/>
        </w:tblBorders>
      </w:tblPr>
      <w:tblGrid>
        <w:gridCol w:w="3515"/>
        <w:gridCol w:w="2154"/>
        <w:gridCol w:w="1587"/>
        <w:gridCol w:w="1474"/>
        <w:gridCol w:w="1134"/>
        <w:gridCol w:w="1020"/>
      </w:tblGrid>
      <w:tr>
        <w:tc>
          <w:tcPr>
            <w:tcW w:type="dxa" w:w="1757"/>
            <w:shd w:val="clear" w:color="auto" w:fill="3A86FF"/>
          </w:tcPr>
          <w:p>
            <w:r>
              <w:rPr>
                <w:rFonts w:ascii="Calibri" w:hAnsi="Calibri" w:cs="Calibri"/>
                <w:b/>
                <w:color w:val="FFFFFF"/>
                <w:sz w:val="18"/>
              </w:rPr>
              <w:t>ACTION</w:t>
            </w:r>
          </w:p>
        </w:tc>
        <w:tc>
          <w:tcPr>
            <w:tcW w:type="dxa" w:w="1757"/>
            <w:shd w:val="clear" w:color="auto" w:fill="3A86FF"/>
          </w:tcPr>
          <w:p>
            <w:r>
              <w:rPr>
                <w:rFonts w:ascii="Calibri" w:hAnsi="Calibri" w:cs="Calibri"/>
                <w:b/>
                <w:color w:val="FFFFFF"/>
                <w:sz w:val="18"/>
              </w:rPr>
              <w:t>RESPONSABLE</w:t>
            </w:r>
          </w:p>
        </w:tc>
        <w:tc>
          <w:tcPr>
            <w:tcW w:type="dxa" w:w="1757"/>
            <w:shd w:val="clear" w:color="auto" w:fill="3A86FF"/>
          </w:tcPr>
          <w:p>
            <w:r>
              <w:rPr>
                <w:rFonts w:ascii="Calibri" w:hAnsi="Calibri" w:cs="Calibri"/>
                <w:b/>
                <w:color w:val="FFFFFF"/>
                <w:sz w:val="18"/>
              </w:rPr>
              <w:t>ÉCHÉANCE</w:t>
            </w:r>
          </w:p>
        </w:tc>
        <w:tc>
          <w:tcPr>
            <w:tcW w:type="dxa" w:w="1757"/>
            <w:shd w:val="clear" w:color="auto" w:fill="3A86FF"/>
          </w:tcPr>
          <w:p>
            <w:r>
              <w:rPr>
                <w:rFonts w:ascii="Calibri" w:hAnsi="Calibri" w:cs="Calibri"/>
                <w:b/>
                <w:color w:val="FFFFFF"/>
                <w:sz w:val="18"/>
              </w:rPr>
              <w:t>PRIORITÉ</w:t>
            </w:r>
          </w:p>
        </w:tc>
        <w:tc>
          <w:tcPr>
            <w:tcW w:type="dxa" w:w="1757"/>
            <w:shd w:val="clear" w:color="auto" w:fill="3A86FF"/>
          </w:tcPr>
          <w:p>
            <w:r>
              <w:rPr>
                <w:rFonts w:ascii="Calibri" w:hAnsi="Calibri" w:cs="Calibri"/>
                <w:b/>
                <w:color w:val="FFFFFF"/>
                <w:sz w:val="18"/>
              </w:rPr>
              <w:t>STATUT</w:t>
            </w:r>
          </w:p>
        </w:tc>
        <w:tc>
          <w:tcPr>
            <w:tcW w:type="dxa" w:w="1757"/>
            <w:shd w:val="clear" w:color="auto" w:fill="3A86FF"/>
          </w:tcPr>
          <w:p>
            <w:r>
              <w:rPr>
                <w:rFonts w:ascii="Calibri" w:hAnsi="Calibri" w:cs="Calibri"/>
                <w:b/>
                <w:color w:val="FFFFFF"/>
                <w:sz w:val="18"/>
              </w:rPr>
              <w:t>PREUVE</w:t>
            </w:r>
          </w:p>
        </w:tc>
      </w:tr>
      <w:tr>
        <w:tc>
          <w:tcPr>
            <w:tcW w:type="dxa" w:w="3515"/>
          </w:tcPr>
          <w:p>
            <w:r>
              <w:t xml:space="preserve"> </w:t>
            </w:r>
          </w:p>
        </w:tc>
        <w:tc>
          <w:tcPr>
            <w:tcW w:type="dxa" w:w="2154"/>
          </w:tcPr>
          <w:p>
            <w:r>
              <w:t xml:space="preserve"> </w:t>
            </w:r>
          </w:p>
        </w:tc>
        <w:tc>
          <w:tcPr>
            <w:tcW w:type="dxa" w:w="1587"/>
          </w:tcPr>
          <w:p>
            <w:r>
              <w:t xml:space="preserve"> </w:t>
            </w:r>
          </w:p>
        </w:tc>
        <w:tc>
          <w:tcPr>
            <w:tcW w:type="dxa" w:w="1474"/>
          </w:tcPr>
          <w:p>
            <w:r>
              <w:t xml:space="preserve"> </w:t>
            </w:r>
          </w:p>
        </w:tc>
        <w:tc>
          <w:tcPr>
            <w:tcW w:type="dxa" w:w="1134"/>
          </w:tcPr>
          <w:p>
            <w:r>
              <w:t xml:space="preserve"> </w:t>
            </w:r>
          </w:p>
        </w:tc>
        <w:tc>
          <w:tcPr>
            <w:tcW w:type="dxa" w:w="1020"/>
          </w:tcPr>
          <w:p>
            <w:r>
              <w:t xml:space="preserve"> </w:t>
            </w:r>
          </w:p>
        </w:tc>
      </w:tr>
      <w:tr>
        <w:tc>
          <w:tcPr>
            <w:tcW w:type="dxa" w:w="3515"/>
          </w:tcPr>
          <w:p>
            <w:r>
              <w:t xml:space="preserve"> </w:t>
            </w:r>
          </w:p>
        </w:tc>
        <w:tc>
          <w:tcPr>
            <w:tcW w:type="dxa" w:w="2154"/>
          </w:tcPr>
          <w:p>
            <w:r>
              <w:t xml:space="preserve"> </w:t>
            </w:r>
          </w:p>
        </w:tc>
        <w:tc>
          <w:tcPr>
            <w:tcW w:type="dxa" w:w="1587"/>
          </w:tcPr>
          <w:p>
            <w:r>
              <w:t xml:space="preserve"> </w:t>
            </w:r>
          </w:p>
        </w:tc>
        <w:tc>
          <w:tcPr>
            <w:tcW w:type="dxa" w:w="1474"/>
          </w:tcPr>
          <w:p>
            <w:r>
              <w:t xml:space="preserve"> </w:t>
            </w:r>
          </w:p>
        </w:tc>
        <w:tc>
          <w:tcPr>
            <w:tcW w:type="dxa" w:w="1134"/>
          </w:tcPr>
          <w:p>
            <w:r>
              <w:t xml:space="preserve"> </w:t>
            </w:r>
          </w:p>
        </w:tc>
        <w:tc>
          <w:tcPr>
            <w:tcW w:type="dxa" w:w="1020"/>
          </w:tcPr>
          <w:p>
            <w:r>
              <w:t xml:space="preserve"> </w:t>
            </w:r>
          </w:p>
        </w:tc>
      </w:tr>
      <w:tr>
        <w:tc>
          <w:tcPr>
            <w:tcW w:type="dxa" w:w="3515"/>
          </w:tcPr>
          <w:p>
            <w:r>
              <w:t xml:space="preserve"> </w:t>
            </w:r>
          </w:p>
        </w:tc>
        <w:tc>
          <w:tcPr>
            <w:tcW w:type="dxa" w:w="2154"/>
          </w:tcPr>
          <w:p>
            <w:r>
              <w:t xml:space="preserve"> </w:t>
            </w:r>
          </w:p>
        </w:tc>
        <w:tc>
          <w:tcPr>
            <w:tcW w:type="dxa" w:w="1587"/>
          </w:tcPr>
          <w:p>
            <w:r>
              <w:t xml:space="preserve"> </w:t>
            </w:r>
          </w:p>
        </w:tc>
        <w:tc>
          <w:tcPr>
            <w:tcW w:type="dxa" w:w="1474"/>
          </w:tcPr>
          <w:p>
            <w:r>
              <w:t xml:space="preserve"> </w:t>
            </w:r>
          </w:p>
        </w:tc>
        <w:tc>
          <w:tcPr>
            <w:tcW w:type="dxa" w:w="1134"/>
          </w:tcPr>
          <w:p>
            <w:r>
              <w:t xml:space="preserve"> </w:t>
            </w:r>
          </w:p>
        </w:tc>
        <w:tc>
          <w:tcPr>
            <w:tcW w:type="dxa" w:w="1020"/>
          </w:tcPr>
          <w:p>
            <w:r>
              <w:t xml:space="preserve"> </w:t>
            </w:r>
          </w:p>
        </w:tc>
      </w:tr>
      <w:tr>
        <w:tc>
          <w:tcPr>
            <w:tcW w:type="dxa" w:w="3515"/>
          </w:tcPr>
          <w:p>
            <w:r>
              <w:t xml:space="preserve"> </w:t>
            </w:r>
          </w:p>
        </w:tc>
        <w:tc>
          <w:tcPr>
            <w:tcW w:type="dxa" w:w="2154"/>
          </w:tcPr>
          <w:p>
            <w:r>
              <w:t xml:space="preserve"> </w:t>
            </w:r>
          </w:p>
        </w:tc>
        <w:tc>
          <w:tcPr>
            <w:tcW w:type="dxa" w:w="1587"/>
          </w:tcPr>
          <w:p>
            <w:r>
              <w:t xml:space="preserve"> </w:t>
            </w:r>
          </w:p>
        </w:tc>
        <w:tc>
          <w:tcPr>
            <w:tcW w:type="dxa" w:w="1474"/>
          </w:tcPr>
          <w:p>
            <w:r>
              <w:t xml:space="preserve"> </w:t>
            </w:r>
          </w:p>
        </w:tc>
        <w:tc>
          <w:tcPr>
            <w:tcW w:type="dxa" w:w="1134"/>
          </w:tcPr>
          <w:p>
            <w:r>
              <w:t xml:space="preserve"> </w:t>
            </w:r>
          </w:p>
        </w:tc>
        <w:tc>
          <w:tcPr>
            <w:tcW w:type="dxa" w:w="1020"/>
          </w:tcPr>
          <w:p>
            <w:r>
              <w:t xml:space="preserve"> </w:t>
            </w:r>
          </w:p>
        </w:tc>
      </w:tr>
      <w:tr>
        <w:tc>
          <w:tcPr>
            <w:tcW w:type="dxa" w:w="3515"/>
          </w:tcPr>
          <w:p>
            <w:r>
              <w:t xml:space="preserve"> </w:t>
            </w:r>
          </w:p>
        </w:tc>
        <w:tc>
          <w:tcPr>
            <w:tcW w:type="dxa" w:w="2154"/>
          </w:tcPr>
          <w:p>
            <w:r>
              <w:t xml:space="preserve"> </w:t>
            </w:r>
          </w:p>
        </w:tc>
        <w:tc>
          <w:tcPr>
            <w:tcW w:type="dxa" w:w="1587"/>
          </w:tcPr>
          <w:p>
            <w:r>
              <w:t xml:space="preserve"> </w:t>
            </w:r>
          </w:p>
        </w:tc>
        <w:tc>
          <w:tcPr>
            <w:tcW w:type="dxa" w:w="1474"/>
          </w:tcPr>
          <w:p>
            <w:r>
              <w:t xml:space="preserve"> </w:t>
            </w:r>
          </w:p>
        </w:tc>
        <w:tc>
          <w:tcPr>
            <w:tcW w:type="dxa" w:w="1134"/>
          </w:tcPr>
          <w:p>
            <w:r>
              <w:t xml:space="preserve"> </w:t>
            </w:r>
          </w:p>
        </w:tc>
        <w:tc>
          <w:tcPr>
            <w:tcW w:type="dxa" w:w="1020"/>
          </w:tcPr>
          <w:p>
            <w:r>
              <w:t xml:space="preserve"> </w:t>
            </w:r>
          </w:p>
        </w:tc>
      </w:tr>
      <w:tr>
        <w:tc>
          <w:tcPr>
            <w:tcW w:type="dxa" w:w="3515"/>
          </w:tcPr>
          <w:p>
            <w:r>
              <w:t xml:space="preserve"> </w:t>
            </w:r>
          </w:p>
        </w:tc>
        <w:tc>
          <w:tcPr>
            <w:tcW w:type="dxa" w:w="2154"/>
          </w:tcPr>
          <w:p>
            <w:r>
              <w:t xml:space="preserve"> </w:t>
            </w:r>
          </w:p>
        </w:tc>
        <w:tc>
          <w:tcPr>
            <w:tcW w:type="dxa" w:w="1587"/>
          </w:tcPr>
          <w:p>
            <w:r>
              <w:t xml:space="preserve"> </w:t>
            </w:r>
          </w:p>
        </w:tc>
        <w:tc>
          <w:tcPr>
            <w:tcW w:type="dxa" w:w="1474"/>
          </w:tcPr>
          <w:p>
            <w:r>
              <w:t xml:space="preserve"> </w:t>
            </w:r>
          </w:p>
        </w:tc>
        <w:tc>
          <w:tcPr>
            <w:tcW w:type="dxa" w:w="1134"/>
          </w:tcPr>
          <w:p>
            <w:r>
              <w:t xml:space="preserve"> </w:t>
            </w:r>
          </w:p>
        </w:tc>
        <w:tc>
          <w:tcPr>
            <w:tcW w:type="dxa" w:w="1020"/>
          </w:tcPr>
          <w:p>
            <w:r>
              <w:t xml:space="preserve"> </w:t>
            </w:r>
          </w:p>
        </w:tc>
      </w:tr>
      <w:tr>
        <w:tc>
          <w:tcPr>
            <w:tcW w:type="dxa" w:w="3515"/>
          </w:tcPr>
          <w:p>
            <w:r>
              <w:t xml:space="preserve"> </w:t>
            </w:r>
          </w:p>
        </w:tc>
        <w:tc>
          <w:tcPr>
            <w:tcW w:type="dxa" w:w="2154"/>
          </w:tcPr>
          <w:p>
            <w:r>
              <w:t xml:space="preserve"> </w:t>
            </w:r>
          </w:p>
        </w:tc>
        <w:tc>
          <w:tcPr>
            <w:tcW w:type="dxa" w:w="1587"/>
          </w:tcPr>
          <w:p>
            <w:r>
              <w:t xml:space="preserve"> </w:t>
            </w:r>
          </w:p>
        </w:tc>
        <w:tc>
          <w:tcPr>
            <w:tcW w:type="dxa" w:w="1474"/>
          </w:tcPr>
          <w:p>
            <w:r>
              <w:t xml:space="preserve"> </w:t>
            </w:r>
          </w:p>
        </w:tc>
        <w:tc>
          <w:tcPr>
            <w:tcW w:type="dxa" w:w="1134"/>
          </w:tcPr>
          <w:p>
            <w:r>
              <w:t xml:space="preserve"> </w:t>
            </w:r>
          </w:p>
        </w:tc>
        <w:tc>
          <w:tcPr>
            <w:tcW w:type="dxa" w:w="1020"/>
          </w:tcPr>
          <w:p>
            <w:r>
              <w:t xml:space="preserve"> </w:t>
            </w:r>
          </w:p>
        </w:tc>
      </w:tr>
    </w:tbl>
    <w:p>
      <w:pPr>
        <w:spacing w:before="200" w:after="120"/>
        <w:pBdr>
          <w:bottom w:val="single" w:sz="10" w:space="3" w:color="E3D6C0"/>
        </w:pBdr>
      </w:pPr>
      <w:r>
        <w:rPr>
          <w:rFonts w:ascii="Calibri" w:hAnsi="Calibri" w:cs="Calibri"/>
          <w:b/>
          <w:color w:val="2B2D42"/>
          <w:sz w:val="26"/>
        </w:rPr>
        <w:t>Notes — pages lignées</w:t>
      </w:r>
    </w:p>
    <w:p>
      <w:pPr>
        <w:pBdr>
          <w:bottom w:val="single" w:sz="6" w:space="2" w:color="E3D6C0"/>
        </w:pBdr>
        <w:spacing w:before="40" w:after="40"/>
      </w:pPr>
      <w:r>
        <w:t xml:space="preserve"> </w:t>
      </w:r>
    </w:p>
    <w:p>
      <w:pPr>
        <w:pBdr>
          <w:bottom w:val="single" w:sz="6" w:space="2" w:color="E3D6C0"/>
        </w:pBdr>
        <w:spacing w:before="40" w:after="40"/>
      </w:pPr>
      <w:r>
        <w:t xml:space="preserve"> </w:t>
      </w:r>
    </w:p>
    <w:p>
      <w:pPr>
        <w:pBdr>
          <w:bottom w:val="single" w:sz="6" w:space="2" w:color="E3D6C0"/>
        </w:pBdr>
        <w:spacing w:before="40" w:after="40"/>
      </w:pPr>
      <w:r>
        <w:t xml:space="preserve"> </w:t>
      </w:r>
    </w:p>
    <w:p>
      <w:pPr>
        <w:pBdr>
          <w:bottom w:val="single" w:sz="6" w:space="2" w:color="E3D6C0"/>
        </w:pBdr>
        <w:spacing w:before="40" w:after="40"/>
      </w:pPr>
      <w:r>
        <w:t xml:space="preserve"> </w:t>
      </w:r>
    </w:p>
    <w:p>
      <w:pPr>
        <w:pBdr>
          <w:bottom w:val="single" w:sz="6" w:space="2" w:color="E3D6C0"/>
        </w:pBdr>
        <w:spacing w:before="40" w:after="40"/>
      </w:pPr>
      <w:r>
        <w:t xml:space="preserve"> </w:t>
      </w:r>
    </w:p>
    <w:p>
      <w:pPr>
        <w:pBdr>
          <w:bottom w:val="single" w:sz="6" w:space="2" w:color="E3D6C0"/>
        </w:pBdr>
        <w:spacing w:before="40" w:after="40"/>
      </w:pPr>
      <w:r>
        <w:t xml:space="preserve"> </w:t>
      </w:r>
    </w:p>
    <w:p>
      <w:pPr>
        <w:pBdr>
          <w:bottom w:val="single" w:sz="6" w:space="2" w:color="E3D6C0"/>
        </w:pBdr>
        <w:spacing w:before="40" w:after="40"/>
      </w:pPr>
      <w:r>
        <w:t xml:space="preserve"> </w:t>
      </w:r>
    </w:p>
    <w:p>
      <w:pPr>
        <w:pBdr>
          <w:bottom w:val="single" w:sz="6" w:space="2" w:color="E3D6C0"/>
        </w:pBdr>
        <w:spacing w:before="40" w:after="40"/>
      </w:pPr>
      <w:r>
        <w:t xml:space="preserve"> </w:t>
      </w:r>
    </w:p>
    <w:p>
      <w:pPr>
        <w:pBdr>
          <w:bottom w:val="single" w:sz="6" w:space="2" w:color="E3D6C0"/>
        </w:pBdr>
        <w:spacing w:before="40" w:after="40"/>
      </w:pPr>
      <w:r>
        <w:t xml:space="preserve"> </w:t>
      </w:r>
    </w:p>
    <w:p>
      <w:pPr>
        <w:pBdr>
          <w:bottom w:val="single" w:sz="6" w:space="2" w:color="E3D6C0"/>
        </w:pBdr>
        <w:spacing w:before="40" w:after="40"/>
      </w:pPr>
      <w:r>
        <w:t xml:space="preserve"> </w:t>
      </w:r>
    </w:p>
    <w:p>
      <w:pPr>
        <w:pBdr>
          <w:bottom w:val="single" w:sz="6" w:space="2" w:color="E3D6C0"/>
        </w:pBdr>
        <w:spacing w:before="40" w:after="40"/>
      </w:pPr>
      <w:r>
        <w:t xml:space="preserve"> </w:t>
      </w:r>
    </w:p>
    <w:p>
      <w:pPr>
        <w:pBdr>
          <w:bottom w:val="single" w:sz="6" w:space="2" w:color="E3D6C0"/>
        </w:pBdr>
        <w:spacing w:before="40" w:after="40"/>
      </w:pPr>
      <w:r>
        <w:t xml:space="preserve"> </w:t>
      </w:r>
    </w:p>
    <w:p>
      <w:pPr>
        <w:pBdr>
          <w:bottom w:val="single" w:sz="6" w:space="2" w:color="E3D6C0"/>
        </w:pBdr>
        <w:spacing w:before="40" w:after="40"/>
      </w:pPr>
      <w:r>
        <w:t xml:space="preserve"> </w:t>
      </w:r>
    </w:p>
    <w:p>
      <w:pPr>
        <w:pBdr>
          <w:bottom w:val="single" w:sz="6" w:space="2" w:color="E3D6C0"/>
        </w:pBdr>
        <w:spacing w:before="40" w:after="40"/>
      </w:pPr>
      <w:r>
        <w:t xml:space="preserve"> </w:t>
      </w:r>
    </w:p>
    <w:p>
      <w:pPr>
        <w:spacing w:before="200" w:after="120"/>
        <w:pBdr>
          <w:bottom w:val="single" w:sz="10" w:space="3" w:color="E3D6C0"/>
        </w:pBdr>
      </w:pPr>
      <w:r>
        <w:rPr>
          <w:rFonts w:ascii="Calibri" w:hAnsi="Calibri" w:cs="Calibri"/>
          <w:b/>
          <w:color w:val="2B2D42"/>
          <w:sz w:val="26"/>
        </w:rPr>
        <w:t>Parking lot &amp; Prochaine réunion</w:t>
      </w:r>
    </w:p>
    <w:tbl>
      <w:tblPr>
        <w:tblW w:type="auto" w:w="0"/>
        <w:tblLayout w:type="fixed"/>
        <w:tblLook w:firstColumn="1" w:firstRow="1" w:lastColumn="0" w:lastRow="0" w:noHBand="0" w:noVBand="1" w:val="04A0"/>
        <w:tblBorders>
          <w:top w:val="single" w:sz="8" w:space="0" w:color="E3D6C0"/>
          <w:left w:val="single" w:sz="8" w:space="0" w:color="E3D6C0"/>
          <w:bottom w:val="single" w:sz="8" w:space="0" w:color="E3D6C0"/>
          <w:right w:val="single" w:sz="8" w:space="0" w:color="E3D6C0"/>
          <w:insideH w:val="single" w:sz="8" w:space="0" w:color="E3D6C0"/>
          <w:insideV w:val="single" w:sz="8" w:space="0" w:color="E3D6C0"/>
        </w:tblBorders>
      </w:tblPr>
      <w:tblGrid>
        <w:gridCol w:w="5102"/>
        <w:gridCol w:w="5046"/>
      </w:tblGrid>
      <w:tr>
        <w:tc>
          <w:tcPr>
            <w:tcW w:type="dxa" w:w="5270"/>
            <w:shd w:val="clear" w:color="auto" w:fill="FFFDF7"/>
          </w:tcPr>
          <w:p>
            <w:r>
              <w:rPr>
                <w:rFonts w:ascii="Calibri" w:hAnsi="Calibri" w:cs="Calibri"/>
                <w:b/>
                <w:color w:val="2B2D42"/>
                <w:sz w:val="22"/>
              </w:rPr>
              <w:t>PARKING LOT</w:t>
            </w:r>
          </w:p>
          <w:p>
            <w:r>
              <w:t>• ______________________________________________</w:t>
            </w:r>
          </w:p>
          <w:p>
            <w:r>
              <w:t>• ______________________________________________</w:t>
            </w:r>
          </w:p>
          <w:p>
            <w:r>
              <w:t>• ______________________________________________</w:t>
            </w:r>
          </w:p>
          <w:p>
            <w:r>
              <w:t>• ______________________________________________</w:t>
            </w:r>
          </w:p>
          <w:p>
            <w:r>
              <w:t>• ______________________________________________</w:t>
            </w:r>
          </w:p>
          <w:p>
            <w:r>
              <w:t>• ______________________________________________</w:t>
            </w:r>
          </w:p>
        </w:tc>
        <w:tc>
          <w:tcPr>
            <w:tcW w:type="dxa" w:w="5270"/>
            <w:shd w:val="clear" w:color="auto" w:fill="FFFDF7"/>
          </w:tcPr>
          <w:p>
            <w:r>
              <w:rPr>
                <w:rFonts w:ascii="Calibri" w:hAnsi="Calibri" w:cs="Calibri"/>
                <w:b/>
                <w:color w:val="2B2D42"/>
                <w:sz w:val="22"/>
              </w:rPr>
              <w:t>PROCHAINE RÉUNION</w:t>
            </w:r>
          </w:p>
          <w:p>
            <w:r>
              <w:t>Date / Heure : ________________________________</w:t>
            </w:r>
          </w:p>
          <w:p>
            <w:r>
              <w:t>Lieu / Visio : ________________________________</w:t>
            </w:r>
          </w:p>
          <w:p>
            <w:r>
              <w:t>Objectif : ____________________________________</w:t>
            </w:r>
          </w:p>
          <w:p>
            <w:r>
              <w:t>Préparation attendue : ________________________</w:t>
            </w:r>
          </w:p>
          <w:p>
            <w:r>
              <w:t>Pièces jointes / liens : _______________________</w:t>
            </w:r>
          </w:p>
        </w:tc>
      </w:tr>
    </w:tbl>
    <w:p/>
    <w:p>
      <w:pPr>
        <w:spacing w:before="200" w:after="120"/>
        <w:pBdr>
          <w:bottom w:val="single" w:sz="10" w:space="3" w:color="E3D6C0"/>
        </w:pBdr>
      </w:pPr>
      <w:r>
        <w:rPr>
          <w:rFonts w:ascii="Calibri" w:hAnsi="Calibri" w:cs="Calibri"/>
          <w:b/>
          <w:color w:val="2B2D42"/>
          <w:sz w:val="26"/>
        </w:rPr>
        <w:t>Diffusion &amp; Validation</w:t>
      </w:r>
    </w:p>
    <w:tbl>
      <w:tblPr>
        <w:tblW w:type="auto" w:w="0"/>
        <w:jc w:val="left"/>
        <w:tblLayout w:type="fixed"/>
        <w:tblLook w:firstColumn="1" w:firstRow="1" w:lastColumn="0" w:lastRow="0" w:noHBand="0" w:noVBand="1" w:val="04A0"/>
        <w:tblBorders>
          <w:top w:val="single" w:sz="8" w:space="0" w:color="E3D6C0"/>
          <w:left w:val="single" w:sz="8" w:space="0" w:color="E3D6C0"/>
          <w:bottom w:val="single" w:sz="8" w:space="0" w:color="E3D6C0"/>
          <w:right w:val="single" w:sz="8" w:space="0" w:color="E3D6C0"/>
          <w:insideH w:val="single" w:sz="8" w:space="0" w:color="E3D6C0"/>
          <w:insideV w:val="single" w:sz="8" w:space="0" w:color="E3D6C0"/>
        </w:tblBorders>
      </w:tblPr>
      <w:tblGrid>
        <w:gridCol w:w="1928"/>
        <w:gridCol w:w="3402"/>
        <w:gridCol w:w="1701"/>
        <w:gridCol w:w="2948"/>
      </w:tblGrid>
      <w:tr>
        <w:tc>
          <w:tcPr>
            <w:tcW w:type="dxa" w:w="2635"/>
            <w:shd w:val="clear" w:color="auto" w:fill="F7E9D0"/>
          </w:tcPr>
          <w:p>
            <w:pPr>
              <w:spacing w:before="40" w:after="40"/>
            </w:pPr>
            <w:r>
              <w:rPr>
                <w:rFonts w:ascii="Calibri" w:hAnsi="Calibri" w:cs="Calibri"/>
                <w:b/>
                <w:color w:val="2B2D42"/>
                <w:sz w:val="19"/>
              </w:rPr>
              <w:t>DIFFUSION</w:t>
            </w:r>
          </w:p>
        </w:tc>
        <w:tc>
          <w:tcPr>
            <w:tcW w:type="dxa" w:w="2635"/>
          </w:tcPr>
          <w:p>
            <w:pPr>
              <w:spacing w:before="40" w:after="40"/>
            </w:pPr>
            <w:r>
              <w:rPr>
                <w:rFonts w:ascii="Calibri" w:hAnsi="Calibri" w:cs="Calibri"/>
                <w:b w:val="0"/>
                <w:color w:val="222222"/>
                <w:sz w:val="21"/>
              </w:rPr>
              <w:t>______________________________</w:t>
            </w:r>
          </w:p>
        </w:tc>
        <w:tc>
          <w:tcPr>
            <w:tcW w:type="dxa" w:w="2635"/>
            <w:shd w:val="clear" w:color="auto" w:fill="F7E9D0"/>
          </w:tcPr>
          <w:p>
            <w:pPr>
              <w:spacing w:before="40" w:after="40"/>
            </w:pPr>
            <w:r>
              <w:rPr>
                <w:rFonts w:ascii="Calibri" w:hAnsi="Calibri" w:cs="Calibri"/>
                <w:b/>
                <w:color w:val="2B2D42"/>
                <w:sz w:val="19"/>
              </w:rPr>
              <w:t>DATE D’ENVOI</w:t>
            </w:r>
          </w:p>
        </w:tc>
        <w:tc>
          <w:tcPr>
            <w:tcW w:type="dxa" w:w="2635"/>
          </w:tcPr>
          <w:p>
            <w:pPr>
              <w:spacing w:before="40" w:after="40"/>
            </w:pPr>
            <w:r>
              <w:rPr>
                <w:rFonts w:ascii="Calibri" w:hAnsi="Calibri" w:cs="Calibri"/>
                <w:b w:val="0"/>
                <w:color w:val="222222"/>
                <w:sz w:val="21"/>
              </w:rPr>
              <w:t>JJ/MM/AAAA</w:t>
            </w:r>
          </w:p>
        </w:tc>
      </w:tr>
      <w:tr>
        <w:tc>
          <w:tcPr>
            <w:tcW w:type="dxa" w:w="2635"/>
            <w:shd w:val="clear" w:color="auto" w:fill="F7E9D0"/>
          </w:tcPr>
          <w:p>
            <w:pPr>
              <w:spacing w:before="40" w:after="40"/>
            </w:pPr>
            <w:r>
              <w:rPr>
                <w:rFonts w:ascii="Calibri" w:hAnsi="Calibri" w:cs="Calibri"/>
                <w:b/>
                <w:color w:val="2B2D42"/>
                <w:sz w:val="19"/>
              </w:rPr>
              <w:t>RÉDIGÉ PAR</w:t>
            </w:r>
          </w:p>
        </w:tc>
        <w:tc>
          <w:tcPr>
            <w:tcW w:type="dxa" w:w="2635"/>
          </w:tcPr>
          <w:p>
            <w:pPr>
              <w:spacing w:before="40" w:after="40"/>
            </w:pPr>
            <w:r>
              <w:rPr>
                <w:rFonts w:ascii="Calibri" w:hAnsi="Calibri" w:cs="Calibri"/>
                <w:b w:val="0"/>
                <w:color w:val="222222"/>
                <w:sz w:val="21"/>
              </w:rPr>
              <w:t>______________________________</w:t>
            </w:r>
          </w:p>
        </w:tc>
        <w:tc>
          <w:tcPr>
            <w:tcW w:type="dxa" w:w="2635"/>
            <w:shd w:val="clear" w:color="auto" w:fill="F7E9D0"/>
          </w:tcPr>
          <w:p>
            <w:pPr>
              <w:spacing w:before="40" w:after="40"/>
            </w:pPr>
            <w:r>
              <w:rPr>
                <w:rFonts w:ascii="Calibri" w:hAnsi="Calibri" w:cs="Calibri"/>
                <w:b/>
                <w:color w:val="2B2D42"/>
                <w:sz w:val="19"/>
              </w:rPr>
              <w:t>VALIDÉ PAR</w:t>
            </w:r>
          </w:p>
        </w:tc>
        <w:tc>
          <w:tcPr>
            <w:tcW w:type="dxa" w:w="2635"/>
          </w:tcPr>
          <w:p>
            <w:pPr>
              <w:spacing w:before="40" w:after="40"/>
            </w:pPr>
            <w:r>
              <w:rPr>
                <w:rFonts w:ascii="Calibri" w:hAnsi="Calibri" w:cs="Calibri"/>
                <w:b w:val="0"/>
                <w:color w:val="222222"/>
                <w:sz w:val="21"/>
              </w:rPr>
              <w:t>__________________</w:t>
            </w:r>
          </w:p>
        </w:tc>
      </w:tr>
    </w:tbl>
    <w:sectPr w:rsidR="00FC693F" w:rsidRPr="0006063C" w:rsidSect="00034616">
      <w:footerReference w:type="default" r:id="rId9"/>
      <w:pgSz w:w="12240" w:h="15840"/>
      <w:pgMar w:top="680" w:right="850" w:bottom="680" w:left="8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/>
    <w:r>
      <w:rPr>
        <w:rFonts w:ascii="Calibri" w:hAnsi="Calibri" w:cs="Calibri"/>
        <w:b w:val="0"/>
        <w:color w:val="7A8699"/>
        <w:sz w:val="18"/>
      </w:rPr>
      <w:t>lecoursgratuit.com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