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 w:cs="Calibri"/>
          <w:b/>
          <w:color w:val="124559"/>
          <w:sz w:val="44"/>
        </w:rPr>
        <w:t>COMPTE RENDU DE RÉUNION</w:t>
      </w:r>
    </w:p>
    <w:p>
      <w:pPr>
        <w:jc w:val="center"/>
      </w:pPr>
      <w:r>
        <w:rPr>
          <w:rFonts w:ascii="Calibri" w:hAnsi="Calibri" w:cs="Calibri"/>
          <w:b w:val="0"/>
          <w:color w:val="17202A"/>
          <w:sz w:val="22"/>
        </w:rPr>
        <w:t>Design “Cartes” — sections en blocs, lecture type dashboard</w:t>
      </w:r>
    </w:p>
    <w:p>
      <w:pPr>
        <w:spacing w:after="160"/>
        <w:jc w:val="center"/>
        <w:pBdr>
          <w:bottom w:val="single" w:sz="18" w:space="2" w:color="FF6B6B"/>
        </w:pBdr>
      </w:pP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402"/>
        <w:gridCol w:w="3402"/>
        <w:gridCol w:w="3402"/>
      </w:tblGrid>
      <w:tr>
        <w:tc>
          <w:tcPr>
            <w:tcW w:type="dxa" w:w="3589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3175"/>
            </w:tblGrid>
            <w:tr>
              <w:tc>
                <w:tcPr>
                  <w:tcW w:type="dxa" w:w="3589"/>
                  <w:shd w:val="clear" w:color="auto" w:fill="124559"/>
                </w:tcPr>
                <w:p>
                  <w:pPr>
                    <w:spacing w:before="40" w:after="40"/>
                  </w:pPr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 xml:space="preserve">  DATE  </w:t>
                  </w:r>
                </w:p>
              </w:tc>
            </w:tr>
            <w:tr>
              <w:tc>
                <w:tcPr>
                  <w:tcW w:type="dxa" w:w="3589"/>
                  <w:shd w:val="clear" w:color="auto" w:fill="FFFFFF"/>
                </w:tcPr>
                <w:p>
                  <w:pPr>
                    <w:spacing w:before="100" w:after="100"/>
                  </w:pPr>
                  <w:r>
                    <w:rPr>
                      <w:rFonts w:ascii="Calibri" w:hAnsi="Calibri" w:cs="Calibri"/>
                      <w:b/>
                      <w:color w:val="17202A"/>
                      <w:sz w:val="21"/>
                    </w:rPr>
                    <w:t>JJ/MM/AAAA</w:t>
                  </w:r>
                </w:p>
              </w:tc>
            </w:tr>
          </w:tbl>
          <w:p/>
        </w:tc>
        <w:tc>
          <w:tcPr>
            <w:tcW w:type="dxa" w:w="3589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3175"/>
            </w:tblGrid>
            <w:tr>
              <w:tc>
                <w:tcPr>
                  <w:tcW w:type="dxa" w:w="3589"/>
                  <w:shd w:val="clear" w:color="auto" w:fill="124559"/>
                </w:tcPr>
                <w:p>
                  <w:pPr>
                    <w:spacing w:before="40" w:after="40"/>
                  </w:pPr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 xml:space="preserve">  HEURE  </w:t>
                  </w:r>
                </w:p>
              </w:tc>
            </w:tr>
            <w:tr>
              <w:tc>
                <w:tcPr>
                  <w:tcW w:type="dxa" w:w="3589"/>
                  <w:shd w:val="clear" w:color="auto" w:fill="FFFFFF"/>
                </w:tcPr>
                <w:p>
                  <w:pPr>
                    <w:spacing w:before="100" w:after="100"/>
                  </w:pPr>
                  <w:r>
                    <w:rPr>
                      <w:rFonts w:ascii="Calibri" w:hAnsi="Calibri" w:cs="Calibri"/>
                      <w:b/>
                      <w:color w:val="17202A"/>
                      <w:sz w:val="21"/>
                    </w:rPr>
                    <w:t>____:____ – ____:____</w:t>
                  </w:r>
                </w:p>
              </w:tc>
            </w:tr>
          </w:tbl>
          <w:p/>
        </w:tc>
        <w:tc>
          <w:tcPr>
            <w:tcW w:type="dxa" w:w="3589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3175"/>
            </w:tblGrid>
            <w:tr>
              <w:tc>
                <w:tcPr>
                  <w:tcW w:type="dxa" w:w="3589"/>
                  <w:shd w:val="clear" w:color="auto" w:fill="124559"/>
                </w:tcPr>
                <w:p>
                  <w:pPr>
                    <w:spacing w:before="40" w:after="40"/>
                  </w:pPr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 xml:space="preserve">  LIEU / MODE  </w:t>
                  </w:r>
                </w:p>
              </w:tc>
            </w:tr>
            <w:tr>
              <w:tc>
                <w:tcPr>
                  <w:tcW w:type="dxa" w:w="3589"/>
                  <w:shd w:val="clear" w:color="auto" w:fill="FFFFFF"/>
                </w:tcPr>
                <w:p>
                  <w:pPr>
                    <w:spacing w:before="100" w:after="100"/>
                  </w:pPr>
                  <w:r>
                    <w:rPr>
                      <w:rFonts w:ascii="Calibri" w:hAnsi="Calibri" w:cs="Calibri"/>
                      <w:b/>
                      <w:color w:val="17202A"/>
                      <w:sz w:val="21"/>
                    </w:rPr>
                    <w:t>Présentiel / Visio</w:t>
                  </w:r>
                </w:p>
              </w:tc>
            </w:tr>
          </w:tbl>
          <w:p/>
        </w:tc>
      </w:tr>
      <w:tr>
        <w:tc>
          <w:tcPr>
            <w:tcW w:type="dxa" w:w="3589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3175"/>
            </w:tblGrid>
            <w:tr>
              <w:tc>
                <w:tcPr>
                  <w:tcW w:type="dxa" w:w="3589"/>
                  <w:shd w:val="clear" w:color="auto" w:fill="2EC4B6"/>
                </w:tcPr>
                <w:p>
                  <w:pPr>
                    <w:spacing w:before="40" w:after="40"/>
                  </w:pPr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 xml:space="preserve">  ANIMATEUR  </w:t>
                  </w:r>
                </w:p>
              </w:tc>
            </w:tr>
            <w:tr>
              <w:tc>
                <w:tcPr>
                  <w:tcW w:type="dxa" w:w="3589"/>
                  <w:shd w:val="clear" w:color="auto" w:fill="FFFFFF"/>
                </w:tcPr>
                <w:p>
                  <w:pPr>
                    <w:spacing w:before="100" w:after="100"/>
                  </w:pPr>
                  <w:r>
                    <w:rPr>
                      <w:rFonts w:ascii="Calibri" w:hAnsi="Calibri" w:cs="Calibri"/>
                      <w:b/>
                      <w:color w:val="17202A"/>
                      <w:sz w:val="21"/>
                    </w:rPr>
                    <w:t>________________</w:t>
                  </w:r>
                </w:p>
              </w:tc>
            </w:tr>
          </w:tbl>
          <w:p/>
        </w:tc>
        <w:tc>
          <w:tcPr>
            <w:tcW w:type="dxa" w:w="3589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3175"/>
            </w:tblGrid>
            <w:tr>
              <w:tc>
                <w:tcPr>
                  <w:tcW w:type="dxa" w:w="3589"/>
                  <w:shd w:val="clear" w:color="auto" w:fill="2EC4B6"/>
                </w:tcPr>
                <w:p>
                  <w:pPr>
                    <w:spacing w:before="40" w:after="40"/>
                  </w:pPr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 xml:space="preserve">  RÉFÉRENCE  </w:t>
                  </w:r>
                </w:p>
              </w:tc>
            </w:tr>
            <w:tr>
              <w:tc>
                <w:tcPr>
                  <w:tcW w:type="dxa" w:w="3589"/>
                  <w:shd w:val="clear" w:color="auto" w:fill="FFFFFF"/>
                </w:tcPr>
                <w:p>
                  <w:pPr>
                    <w:spacing w:before="100" w:after="100"/>
                  </w:pPr>
                  <w:r>
                    <w:rPr>
                      <w:rFonts w:ascii="Calibri" w:hAnsi="Calibri" w:cs="Calibri"/>
                      <w:b/>
                      <w:color w:val="17202A"/>
                      <w:sz w:val="21"/>
                    </w:rPr>
                    <w:t>CRR-____</w:t>
                  </w:r>
                </w:p>
              </w:tc>
            </w:tr>
          </w:tbl>
          <w:p/>
        </w:tc>
        <w:tc>
          <w:tcPr>
            <w:tcW w:type="dxa" w:w="3589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3175"/>
            </w:tblGrid>
            <w:tr>
              <w:tc>
                <w:tcPr>
                  <w:tcW w:type="dxa" w:w="3589"/>
                  <w:shd w:val="clear" w:color="auto" w:fill="2EC4B6"/>
                </w:tcPr>
                <w:p>
                  <w:pPr>
                    <w:spacing w:before="40" w:after="40"/>
                  </w:pPr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 xml:space="preserve">  DIFFUSION  </w:t>
                  </w:r>
                </w:p>
              </w:tc>
            </w:tr>
            <w:tr>
              <w:tc>
                <w:tcPr>
                  <w:tcW w:type="dxa" w:w="3589"/>
                  <w:shd w:val="clear" w:color="auto" w:fill="FFFFFF"/>
                </w:tcPr>
                <w:p>
                  <w:pPr>
                    <w:spacing w:before="100" w:after="100"/>
                  </w:pPr>
                  <w:r>
                    <w:rPr>
                      <w:rFonts w:ascii="Calibri" w:hAnsi="Calibri" w:cs="Calibri"/>
                      <w:b/>
                      <w:color w:val="17202A"/>
                      <w:sz w:val="21"/>
                    </w:rPr>
                    <w:t>Interne / Externe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766"/>
            <w:shd w:val="clear" w:color="auto" w:fill="124559"/>
          </w:tcPr>
          <w:p>
            <w:pPr>
              <w:spacing w:before="60" w:after="60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  OBJET &amp; CONTEXTE  </w:t>
            </w:r>
          </w:p>
        </w:tc>
      </w:tr>
      <w:tr>
        <w:tc>
          <w:tcPr>
            <w:tcW w:type="dxa" w:w="10766"/>
            <w:shd w:val="clear" w:color="auto" w:fill="F7FBFC"/>
          </w:tcPr>
          <w:p>
            <w:pPr>
              <w:spacing w:before="80"/>
            </w:pPr>
            <w:r>
              <w:rPr>
                <w:rFonts w:ascii="Calibri" w:hAnsi="Calibri" w:cs="Calibri"/>
                <w:b/>
                <w:color w:val="124559"/>
                <w:sz w:val="21"/>
              </w:rPr>
              <w:t xml:space="preserve">Objet : </w:t>
            </w:r>
            <w:r>
              <w:t>______________________________________________</w:t>
            </w:r>
          </w:p>
          <w:p>
            <w:r>
              <w:rPr>
                <w:rFonts w:ascii="Calibri" w:hAnsi="Calibri" w:cs="Calibri"/>
                <w:b/>
                <w:color w:val="124559"/>
                <w:sz w:val="21"/>
              </w:rPr>
              <w:t xml:space="preserve">Objectif : </w:t>
            </w:r>
            <w:r>
              <w:t>______________________________________________</w:t>
            </w:r>
          </w:p>
          <w:p>
            <w:r>
              <w:rPr>
                <w:rFonts w:ascii="Calibri" w:hAnsi="Calibri" w:cs="Calibri"/>
                <w:b/>
                <w:color w:val="124559"/>
                <w:sz w:val="21"/>
              </w:rPr>
              <w:t xml:space="preserve">Contexte : </w:t>
            </w:r>
            <w:r>
              <w:t>______________________________________________________________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766"/>
            <w:shd w:val="clear" w:color="auto" w:fill="2EC4B6"/>
          </w:tcPr>
          <w:p>
            <w:pPr>
              <w:spacing w:before="60" w:after="60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  PARTICIPANTS  </w:t>
            </w:r>
          </w:p>
        </w:tc>
      </w:tr>
      <w:tr>
        <w:tc>
          <w:tcPr>
            <w:tcW w:type="dxa" w:w="10766"/>
            <w:shd w:val="clear" w:color="auto" w:fill="F7FBFC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3458"/>
              <w:gridCol w:w="2324"/>
              <w:gridCol w:w="1757"/>
              <w:gridCol w:w="1984"/>
            </w:tblGrid>
            <w:tr>
              <w:tc>
                <w:tcPr>
                  <w:tcW w:type="dxa" w:w="2691"/>
                  <w:shd w:val="clear" w:color="auto" w:fill="124559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NOM &amp; PRÉNOM</w:t>
                  </w:r>
                </w:p>
              </w:tc>
              <w:tc>
                <w:tcPr>
                  <w:tcW w:type="dxa" w:w="2691"/>
                  <w:shd w:val="clear" w:color="auto" w:fill="124559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FONCTION / SERVICE</w:t>
                  </w:r>
                </w:p>
              </w:tc>
              <w:tc>
                <w:tcPr>
                  <w:tcW w:type="dxa" w:w="2691"/>
                  <w:shd w:val="clear" w:color="auto" w:fill="124559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PRÉSENCE</w:t>
                  </w:r>
                </w:p>
              </w:tc>
              <w:tc>
                <w:tcPr>
                  <w:tcW w:type="dxa" w:w="2691"/>
                  <w:shd w:val="clear" w:color="auto" w:fill="124559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CONTACT / REMARQUE</w:t>
                  </w:r>
                </w:p>
              </w:tc>
            </w:tr>
            <w:tr>
              <w:tc>
                <w:tcPr>
                  <w:tcW w:type="dxa" w:w="345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32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75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8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5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32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75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8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5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32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75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8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5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32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75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8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5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32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75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84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766"/>
            <w:shd w:val="clear" w:color="auto" w:fill="124559"/>
          </w:tcPr>
          <w:p>
            <w:pPr>
              <w:spacing w:before="60" w:after="60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  ORDRE DU JOUR  </w:t>
            </w:r>
          </w:p>
        </w:tc>
      </w:tr>
      <w:tr>
        <w:tc>
          <w:tcPr>
            <w:tcW w:type="dxa" w:w="10766"/>
            <w:shd w:val="clear" w:color="auto" w:fill="F7FBFC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794"/>
              <w:gridCol w:w="6633"/>
              <w:gridCol w:w="2098"/>
            </w:tblGrid>
            <w:tr>
              <w:tc>
                <w:tcPr>
                  <w:tcW w:type="dxa" w:w="3589"/>
                  <w:shd w:val="clear" w:color="auto" w:fill="FF6B6B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#</w:t>
                  </w:r>
                </w:p>
              </w:tc>
              <w:tc>
                <w:tcPr>
                  <w:tcW w:type="dxa" w:w="3589"/>
                  <w:shd w:val="clear" w:color="auto" w:fill="FF6B6B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SUJET</w:t>
                  </w:r>
                </w:p>
              </w:tc>
              <w:tc>
                <w:tcPr>
                  <w:tcW w:type="dxa" w:w="3589"/>
                  <w:shd w:val="clear" w:color="auto" w:fill="FF6B6B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TEMPS (MIN)</w:t>
                  </w:r>
                </w:p>
              </w:tc>
            </w:tr>
            <w:tr>
              <w:tc>
                <w:tcPr>
                  <w:tcW w:type="dxa" w:w="794"/>
                </w:tcPr>
                <w:p>
                  <w:r>
                    <w:t>1</w:t>
                  </w:r>
                </w:p>
              </w:tc>
              <w:tc>
                <w:tcPr>
                  <w:tcW w:type="dxa" w:w="6633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98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794"/>
                </w:tcPr>
                <w:p>
                  <w:r>
                    <w:t>2</w:t>
                  </w:r>
                </w:p>
              </w:tc>
              <w:tc>
                <w:tcPr>
                  <w:tcW w:type="dxa" w:w="6633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98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794"/>
                </w:tcPr>
                <w:p>
                  <w:r>
                    <w:t>3</w:t>
                  </w:r>
                </w:p>
              </w:tc>
              <w:tc>
                <w:tcPr>
                  <w:tcW w:type="dxa" w:w="6633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98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794"/>
                </w:tcPr>
                <w:p>
                  <w:r>
                    <w:t>4</w:t>
                  </w:r>
                </w:p>
              </w:tc>
              <w:tc>
                <w:tcPr>
                  <w:tcW w:type="dxa" w:w="6633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98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794"/>
                </w:tcPr>
                <w:p>
                  <w:r>
                    <w:t>5</w:t>
                  </w:r>
                </w:p>
              </w:tc>
              <w:tc>
                <w:tcPr>
                  <w:tcW w:type="dxa" w:w="6633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98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794"/>
                </w:tcPr>
                <w:p>
                  <w:r>
                    <w:t>6</w:t>
                  </w:r>
                </w:p>
              </w:tc>
              <w:tc>
                <w:tcPr>
                  <w:tcW w:type="dxa" w:w="6633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98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766"/>
            <w:shd w:val="clear" w:color="auto" w:fill="FF6B6B"/>
          </w:tcPr>
          <w:p>
            <w:pPr>
              <w:spacing w:before="60" w:after="60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  SYNTHÈSE (POINTS CLÉS)  </w:t>
            </w:r>
          </w:p>
        </w:tc>
      </w:tr>
      <w:tr>
        <w:tc>
          <w:tcPr>
            <w:tcW w:type="dxa" w:w="10766"/>
            <w:shd w:val="clear" w:color="auto" w:fill="F7FBFC"/>
          </w:tcPr>
          <w:p>
            <w:pPr>
              <w:spacing w:before="80"/>
            </w:pPr>
            <w:r>
              <w:rPr>
                <w:rFonts w:ascii="Calibri" w:hAnsi="Calibri" w:cs="Calibri"/>
                <w:b/>
                <w:color w:val="FF6B6B"/>
                <w:sz w:val="22"/>
              </w:rPr>
              <w:t xml:space="preserve">• </w:t>
            </w:r>
            <w:r>
              <w:rPr>
                <w:rFonts w:ascii="Calibri" w:hAnsi="Calibri" w:cs="Calibri"/>
                <w:b w:val="0"/>
                <w:color w:val="17202A"/>
                <w:sz w:val="22"/>
              </w:rPr>
              <w:t>À compléter : 3 à 6 points qui résument l’essentiel.</w:t>
            </w:r>
          </w:p>
          <w:p>
            <w:r>
              <w:t>• ________________________________________________</w:t>
            </w:r>
          </w:p>
          <w:p>
            <w:r>
              <w:t>• ________________________________________________</w:t>
            </w:r>
          </w:p>
          <w:p>
            <w:r>
              <w:t>• ________________________________________________</w:t>
            </w:r>
          </w:p>
          <w:p>
            <w:r>
              <w:t>• ________________________________________________</w:t>
            </w:r>
          </w:p>
          <w:p>
            <w:r>
              <w:t>• ________________________________________________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766"/>
            <w:shd w:val="clear" w:color="auto" w:fill="2EC4B6"/>
          </w:tcPr>
          <w:p>
            <w:pPr>
              <w:spacing w:before="60" w:after="60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  DÉCISIONS ACTÉES  </w:t>
            </w:r>
          </w:p>
        </w:tc>
      </w:tr>
      <w:tr>
        <w:tc>
          <w:tcPr>
            <w:tcW w:type="dxa" w:w="10766"/>
            <w:shd w:val="clear" w:color="auto" w:fill="F7FBFC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3969"/>
              <w:gridCol w:w="2438"/>
              <w:gridCol w:w="1644"/>
              <w:gridCol w:w="1928"/>
            </w:tblGrid>
            <w:tr>
              <w:tc>
                <w:tcPr>
                  <w:tcW w:type="dxa" w:w="2691"/>
                  <w:shd w:val="clear" w:color="auto" w:fill="124559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DÉCISION</w:t>
                  </w:r>
                </w:p>
              </w:tc>
              <w:tc>
                <w:tcPr>
                  <w:tcW w:type="dxa" w:w="2691"/>
                  <w:shd w:val="clear" w:color="auto" w:fill="124559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RESPONSABLE / VALIDATEUR</w:t>
                  </w:r>
                </w:p>
              </w:tc>
              <w:tc>
                <w:tcPr>
                  <w:tcW w:type="dxa" w:w="2691"/>
                  <w:shd w:val="clear" w:color="auto" w:fill="124559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ÉCHÉANCE</w:t>
                  </w:r>
                </w:p>
              </w:tc>
              <w:tc>
                <w:tcPr>
                  <w:tcW w:type="dxa" w:w="2691"/>
                  <w:shd w:val="clear" w:color="auto" w:fill="124559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REMARQUE</w:t>
                  </w:r>
                </w:p>
              </w:tc>
            </w:tr>
            <w:tr>
              <w:tc>
                <w:tcPr>
                  <w:tcW w:type="dxa" w:w="3969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43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64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28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969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43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64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28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969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43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64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28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969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43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64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28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969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438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64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928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766"/>
            <w:shd w:val="clear" w:color="auto" w:fill="124559"/>
          </w:tcPr>
          <w:p>
            <w:pPr>
              <w:spacing w:before="60" w:after="60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  PLAN D’ACTIONS (SUIVI)  </w:t>
            </w:r>
          </w:p>
        </w:tc>
      </w:tr>
      <w:tr>
        <w:tc>
          <w:tcPr>
            <w:tcW w:type="dxa" w:w="10766"/>
            <w:shd w:val="clear" w:color="auto" w:fill="F7FBFC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3402"/>
              <w:gridCol w:w="2041"/>
              <w:gridCol w:w="1531"/>
              <w:gridCol w:w="1417"/>
              <w:gridCol w:w="1134"/>
              <w:gridCol w:w="1134"/>
            </w:tblGrid>
            <w:tr>
              <w:tc>
                <w:tcPr>
                  <w:tcW w:type="dxa" w:w="1794"/>
                  <w:shd w:val="clear" w:color="auto" w:fill="FF6B6B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ACTION</w:t>
                  </w:r>
                </w:p>
              </w:tc>
              <w:tc>
                <w:tcPr>
                  <w:tcW w:type="dxa" w:w="1794"/>
                  <w:shd w:val="clear" w:color="auto" w:fill="FF6B6B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RESPONSABLE</w:t>
                  </w:r>
                </w:p>
              </w:tc>
              <w:tc>
                <w:tcPr>
                  <w:tcW w:type="dxa" w:w="1794"/>
                  <w:shd w:val="clear" w:color="auto" w:fill="FF6B6B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ÉCHÉANCE</w:t>
                  </w:r>
                </w:p>
              </w:tc>
              <w:tc>
                <w:tcPr>
                  <w:tcW w:type="dxa" w:w="1794"/>
                  <w:shd w:val="clear" w:color="auto" w:fill="FF6B6B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PRIORITÉ</w:t>
                  </w:r>
                </w:p>
              </w:tc>
              <w:tc>
                <w:tcPr>
                  <w:tcW w:type="dxa" w:w="1794"/>
                  <w:shd w:val="clear" w:color="auto" w:fill="FF6B6B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STATUT</w:t>
                  </w:r>
                </w:p>
              </w:tc>
              <w:tc>
                <w:tcPr>
                  <w:tcW w:type="dxa" w:w="1794"/>
                  <w:shd w:val="clear" w:color="auto" w:fill="FF6B6B"/>
                </w:tcPr>
                <w:p>
                  <w:r>
                    <w:rPr>
                      <w:rFonts w:ascii="Calibri" w:hAnsi="Calibri" w:cs="Calibri"/>
                      <w:b/>
                      <w:color w:val="FFFFFF"/>
                      <w:sz w:val="18"/>
                    </w:rPr>
                    <w:t>PREUVE</w:t>
                  </w:r>
                </w:p>
              </w:tc>
            </w:tr>
            <w:tr>
              <w:tc>
                <w:tcPr>
                  <w:tcW w:type="dxa" w:w="3402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4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53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41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02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4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53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41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02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4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53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41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02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4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53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41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02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4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53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41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02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4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53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41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402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204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531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417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  <w:tc>
                <w:tcPr>
                  <w:tcW w:type="dxa" w:w="1134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766"/>
            <w:shd w:val="clear" w:color="auto" w:fill="2EC4B6"/>
          </w:tcPr>
          <w:p>
            <w:pPr>
              <w:spacing w:before="60" w:after="60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  NOTES PAR POINT  </w:t>
            </w:r>
          </w:p>
        </w:tc>
      </w:tr>
      <w:tr>
        <w:tc>
          <w:tcPr>
            <w:tcW w:type="dxa" w:w="10766"/>
            <w:shd w:val="clear" w:color="auto" w:fill="F7FBFC"/>
          </w:tcPr>
          <w:p>
            <w:pPr>
              <w:spacing w:before="80"/>
            </w:pPr>
            <w:r>
              <w:t>Point : ________________________________    Conclusion : 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02"/>
        <w:gridCol w:w="5046"/>
      </w:tblGrid>
      <w:tr>
        <w:tc>
          <w:tcPr>
            <w:tcW w:type="dxa" w:w="5383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4989"/>
            </w:tblGrid>
            <w:tr>
              <w:tc>
                <w:tcPr>
                  <w:tcW w:type="dxa" w:w="5383"/>
                  <w:shd w:val="clear" w:color="auto" w:fill="124559"/>
                </w:tcPr>
                <w:p>
                  <w:pPr>
                    <w:spacing w:before="60" w:after="60"/>
                  </w:pPr>
                  <w:r>
                    <w:rPr>
                      <w:rFonts w:ascii="Calibri" w:hAnsi="Calibri" w:cs="Calibri"/>
                      <w:b/>
                      <w:color w:val="FFFFFF"/>
                      <w:sz w:val="20"/>
                    </w:rPr>
                    <w:t xml:space="preserve">  PARKING LOT  </w:t>
                  </w:r>
                </w:p>
              </w:tc>
            </w:tr>
            <w:tr>
              <w:tc>
                <w:tcPr>
                  <w:tcW w:type="dxa" w:w="5383"/>
                  <w:shd w:val="clear" w:color="auto" w:fill="F7FBFC"/>
                </w:tcPr>
                <w:p/>
                <w:p>
                  <w:r>
                    <w:t>• ______________________________________________</w:t>
                  </w:r>
                </w:p>
                <w:p>
                  <w:r>
                    <w:t>• ______________________________________________</w:t>
                  </w:r>
                </w:p>
                <w:p>
                  <w:r>
                    <w:t>• ______________________________________________</w:t>
                  </w:r>
                </w:p>
                <w:p>
                  <w:r>
                    <w:t>• ______________________________________________</w:t>
                  </w:r>
                </w:p>
                <w:p>
                  <w:r>
                    <w:t>• ______________________________________________</w:t>
                  </w:r>
                </w:p>
                <w:p>
                  <w:r>
                    <w:t>• ______________________________________________</w:t>
                  </w:r>
                </w:p>
                <w:p>
                  <w:r>
                    <w:t>• ______________________________________________</w:t>
                  </w:r>
                </w:p>
              </w:tc>
            </w:tr>
          </w:tbl>
          <w:p/>
        </w:tc>
        <w:tc>
          <w:tcPr>
            <w:tcW w:type="dxa" w:w="5383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4932"/>
            </w:tblGrid>
            <w:tr>
              <w:tc>
                <w:tcPr>
                  <w:tcW w:type="dxa" w:w="5383"/>
                  <w:shd w:val="clear" w:color="auto" w:fill="FF6B6B"/>
                </w:tcPr>
                <w:p>
                  <w:pPr>
                    <w:spacing w:before="60" w:after="60"/>
                  </w:pPr>
                  <w:r>
                    <w:rPr>
                      <w:rFonts w:ascii="Calibri" w:hAnsi="Calibri" w:cs="Calibri"/>
                      <w:b/>
                      <w:color w:val="FFFFFF"/>
                      <w:sz w:val="20"/>
                    </w:rPr>
                    <w:t xml:space="preserve">  PROCHAINE RÉUNION  </w:t>
                  </w:r>
                </w:p>
              </w:tc>
            </w:tr>
            <w:tr>
              <w:tc>
                <w:tcPr>
                  <w:tcW w:type="dxa" w:w="5383"/>
                  <w:shd w:val="clear" w:color="auto" w:fill="F7FBFC"/>
                </w:tcPr>
                <w:p>
                  <w:r>
                    <w:t>Date / Heure : ________________________________</w:t>
                  </w:r>
                </w:p>
                <w:p>
                  <w:r>
                    <w:t>Lieu / Visio : ________________________________</w:t>
                  </w:r>
                </w:p>
                <w:p>
                  <w:r>
                    <w:t>Objectif : ____________________________________</w:t>
                  </w:r>
                </w:p>
                <w:p>
                  <w:r>
                    <w:t>Préparation : _________________________________</w:t>
                  </w:r>
                </w:p>
                <w:p>
                  <w:r>
                    <w:t>Pièces jointes / liens : _______________________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766"/>
            <w:shd w:val="clear" w:color="auto" w:fill="124559"/>
          </w:tcPr>
          <w:p>
            <w:pPr>
              <w:spacing w:before="60" w:after="60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  DIFFUSION &amp; VALIDATION  </w:t>
            </w:r>
          </w:p>
        </w:tc>
      </w:tr>
      <w:tr>
        <w:tc>
          <w:tcPr>
            <w:tcW w:type="dxa" w:w="10766"/>
            <w:shd w:val="clear" w:color="auto" w:fill="F7FBFC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8" w:space="0" w:color="D3E4EA"/>
                <w:left w:val="single" w:sz="8" w:space="0" w:color="D3E4EA"/>
                <w:bottom w:val="single" w:sz="8" w:space="0" w:color="D3E4EA"/>
                <w:right w:val="single" w:sz="8" w:space="0" w:color="D3E4EA"/>
                <w:insideH w:val="single" w:sz="8" w:space="0" w:color="D3E4EA"/>
                <w:insideV w:val="single" w:sz="8" w:space="0" w:color="D3E4EA"/>
              </w:tblBorders>
            </w:tblPr>
            <w:tblGrid>
              <w:gridCol w:w="1814"/>
              <w:gridCol w:w="3231"/>
              <w:gridCol w:w="1701"/>
              <w:gridCol w:w="3231"/>
            </w:tblGrid>
            <w:tr>
              <w:tc>
                <w:tcPr>
                  <w:tcW w:type="dxa" w:w="2691"/>
                  <w:shd w:val="clear" w:color="auto" w:fill="EAF4F6"/>
                </w:tcPr>
                <w:p>
                  <w:r>
                    <w:rPr>
                      <w:rFonts w:ascii="Calibri" w:hAnsi="Calibri" w:cs="Calibri"/>
                      <w:b/>
                      <w:color w:val="124559"/>
                      <w:sz w:val="18"/>
                    </w:rPr>
                    <w:t>DIFFUSION</w:t>
                  </w:r>
                </w:p>
              </w:tc>
              <w:tc>
                <w:tcPr>
                  <w:tcW w:type="dxa" w:w="2691"/>
                  <w:shd w:val="clear" w:color="auto" w:fill="FFFFFF"/>
                </w:tcPr>
                <w:p>
                  <w:r>
                    <w:rPr>
                      <w:rFonts w:ascii="Calibri" w:hAnsi="Calibri" w:cs="Calibri"/>
                      <w:b w:val="0"/>
                      <w:color w:val="17202A"/>
                      <w:sz w:val="21"/>
                    </w:rPr>
                    <w:t>______________________________</w:t>
                  </w:r>
                </w:p>
              </w:tc>
              <w:tc>
                <w:tcPr>
                  <w:tcW w:type="dxa" w:w="2691"/>
                  <w:shd w:val="clear" w:color="auto" w:fill="EAF4F6"/>
                </w:tcPr>
                <w:p>
                  <w:r>
                    <w:rPr>
                      <w:rFonts w:ascii="Calibri" w:hAnsi="Calibri" w:cs="Calibri"/>
                      <w:b/>
                      <w:color w:val="124559"/>
                      <w:sz w:val="18"/>
                    </w:rPr>
                    <w:t>DATE D’ENVOI</w:t>
                  </w:r>
                </w:p>
              </w:tc>
              <w:tc>
                <w:tcPr>
                  <w:tcW w:type="dxa" w:w="2691"/>
                  <w:shd w:val="clear" w:color="auto" w:fill="FFFFFF"/>
                </w:tcPr>
                <w:p>
                  <w:r>
                    <w:rPr>
                      <w:rFonts w:ascii="Calibri" w:hAnsi="Calibri" w:cs="Calibri"/>
                      <w:b w:val="0"/>
                      <w:color w:val="17202A"/>
                      <w:sz w:val="21"/>
                    </w:rPr>
                    <w:t>JJ/MM/AAAA</w:t>
                  </w:r>
                </w:p>
              </w:tc>
            </w:tr>
            <w:tr>
              <w:tc>
                <w:tcPr>
                  <w:tcW w:type="dxa" w:w="2691"/>
                  <w:shd w:val="clear" w:color="auto" w:fill="EAF4F6"/>
                </w:tcPr>
                <w:p>
                  <w:r>
                    <w:rPr>
                      <w:rFonts w:ascii="Calibri" w:hAnsi="Calibri" w:cs="Calibri"/>
                      <w:b/>
                      <w:color w:val="124559"/>
                      <w:sz w:val="18"/>
                    </w:rPr>
                    <w:t>RÉDIGÉ PAR</w:t>
                  </w:r>
                </w:p>
              </w:tc>
              <w:tc>
                <w:tcPr>
                  <w:tcW w:type="dxa" w:w="2691"/>
                  <w:shd w:val="clear" w:color="auto" w:fill="FFFFFF"/>
                </w:tcPr>
                <w:p>
                  <w:r>
                    <w:rPr>
                      <w:rFonts w:ascii="Calibri" w:hAnsi="Calibri" w:cs="Calibri"/>
                      <w:b w:val="0"/>
                      <w:color w:val="17202A"/>
                      <w:sz w:val="21"/>
                    </w:rPr>
                    <w:t>______________________________</w:t>
                  </w:r>
                </w:p>
              </w:tc>
              <w:tc>
                <w:tcPr>
                  <w:tcW w:type="dxa" w:w="2691"/>
                  <w:shd w:val="clear" w:color="auto" w:fill="EAF4F6"/>
                </w:tcPr>
                <w:p>
                  <w:r>
                    <w:rPr>
                      <w:rFonts w:ascii="Calibri" w:hAnsi="Calibri" w:cs="Calibri"/>
                      <w:b/>
                      <w:color w:val="124559"/>
                      <w:sz w:val="18"/>
                    </w:rPr>
                    <w:t>VALIDÉ PAR</w:t>
                  </w:r>
                </w:p>
              </w:tc>
              <w:tc>
                <w:tcPr>
                  <w:tcW w:type="dxa" w:w="2691"/>
                  <w:shd w:val="clear" w:color="auto" w:fill="FFFFFF"/>
                </w:tcPr>
                <w:p>
                  <w:r>
                    <w:rPr>
                      <w:rFonts w:ascii="Calibri" w:hAnsi="Calibri" w:cs="Calibri"/>
                      <w:b w:val="0"/>
                      <w:color w:val="17202A"/>
                      <w:sz w:val="21"/>
                    </w:rPr>
                    <w:t>__________________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680" w:right="737" w:bottom="680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rFonts w:ascii="Calibri" w:hAnsi="Calibri" w:cs="Calibri"/>
        <w:b w:val="0"/>
        <w:color w:val="7A8699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