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1F4E3D"/>
            <w:tcMar>
              <w:top w:w="120" w:type="dxa"/>
              <w:start w:w="180" w:type="dxa"/>
              <w:bottom w:w="120" w:type="dxa"/>
              <w:end w:w="180" w:type="dxa"/>
            </w:tcMar>
            <w:vAlign w:val="center"/>
          </w:tcPr>
          <w:p>
            <w:pPr>
              <w:jc w:val="left"/>
            </w:pPr>
            <w:r>
              <w:rPr>
                <w:b/>
                <w:color w:val="FFFFFF"/>
                <w:sz w:val="36"/>
              </w:rPr>
              <w:t>Fiche d'exercices - Conjugaison : les temps indispensables</w:t>
            </w:r>
          </w:p>
          <w:p>
            <w:pPr>
              <w:jc w:val="left"/>
            </w:pPr>
            <w:r>
              <w:rPr>
                <w:color w:val="E6F5F0"/>
                <w:sz w:val="22"/>
              </w:rPr>
              <w:t>Présent | Imparfait / Passé composé | Futur simple / Futur proche | Plus-que-parfait | Passé simple | Futur antérieur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466"/>
        <w:gridCol w:w="2466"/>
        <w:gridCol w:w="2466"/>
        <w:gridCol w:w="2466"/>
      </w:tblGrid>
      <w:tr>
        <w:tc>
          <w:tcPr>
            <w:tcW w:type="dxa" w:w="2466"/>
            <w:shd w:val="clear" w:color="auto" w:fill="F2F5F4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sz w:val="20"/>
              </w:rPr>
              <w:t>Nom</w:t>
            </w:r>
          </w:p>
        </w:tc>
        <w:tc>
          <w:tcPr>
            <w:tcW w:type="dxa" w:w="2466"/>
            <w:shd w:val="clear" w:color="auto" w:fill="F2F5F4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sz w:val="20"/>
              </w:rPr>
              <w:t>Prénom</w:t>
            </w:r>
          </w:p>
        </w:tc>
        <w:tc>
          <w:tcPr>
            <w:tcW w:type="dxa" w:w="2466"/>
            <w:shd w:val="clear" w:color="auto" w:fill="F2F5F4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sz w:val="20"/>
              </w:rPr>
              <w:t>Classe / Groupe</w:t>
            </w:r>
          </w:p>
        </w:tc>
        <w:tc>
          <w:tcPr>
            <w:tcW w:type="dxa" w:w="2466"/>
            <w:shd w:val="clear" w:color="auto" w:fill="F2F5F4"/>
            <w:vAlign w:val="center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r>
              <w:rPr>
                <w:b/>
                <w:sz w:val="20"/>
              </w:rPr>
              <w:t>Date</w:t>
            </w:r>
          </w:p>
        </w:tc>
      </w:tr>
      <w:tr>
        <w:tc>
          <w:tcPr>
            <w:tcW w:type="dxa" w:w="2466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466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466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>
              <w:t xml:space="preserve"> </w:t>
            </w:r>
          </w:p>
        </w:tc>
        <w:tc>
          <w:tcPr>
            <w:tcW w:type="dxa" w:w="2466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>
              <w:t xml:space="preserve"> </w:t>
            </w:r>
          </w:p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866"/>
      </w:tblGrid>
      <w:tr>
        <w:tc>
          <w:tcPr>
            <w:tcW w:type="dxa" w:w="9866"/>
            <w:shd w:val="clear" w:color="auto" w:fill="E9F3EF"/>
            <w:tcMar>
              <w:top w:w="120" w:type="dxa"/>
              <w:start w:w="180" w:type="dxa"/>
              <w:bottom w:w="120" w:type="dxa"/>
              <w:end w:w="180" w:type="dxa"/>
            </w:tcMar>
          </w:tcPr>
          <w:p>
            <w:pPr>
              <w:jc w:val="left"/>
            </w:pPr>
            <w:r>
              <w:rPr>
                <w:b/>
                <w:sz w:val="22"/>
              </w:rPr>
              <w:t>Consignes :</w:t>
            </w:r>
          </w:p>
          <w:p>
            <w:r>
              <w:rPr>
                <w:sz w:val="20"/>
              </w:rPr>
              <w:t>1) Complétez les phrases au temps demandé. 2) Soignez les accords (sujet / participe passé). 3) Lisez toute la phrase avant de choisir le temps.</w:t>
            </w:r>
          </w:p>
        </w:tc>
      </w:tr>
    </w:tbl>
    <w:p/>
    <w:p>
      <w:r>
        <w:rPr>
          <w:b/>
          <w:sz w:val="24"/>
        </w:rPr>
        <w:t>Exercice 1 - Présent de l'indicatif (verbes fréquents)</w:t>
      </w:r>
    </w:p>
    <w:p>
      <w:pPr>
        <w:spacing w:after="80"/>
      </w:pPr>
      <w:r>
        <w:rPr>
          <w:sz w:val="21"/>
        </w:rPr>
        <w:t>Conjuguez au présent :</w:t>
      </w:r>
    </w:p>
    <w:p>
      <w:pPr>
        <w:ind w:left="227"/>
      </w:pPr>
      <w:r>
        <w:rPr>
          <w:sz w:val="21"/>
        </w:rPr>
        <w:t>1. Je (prendre) _______ le dossier et je (le poser) _______ sur le bureau.</w:t>
      </w:r>
    </w:p>
    <w:p>
      <w:pPr>
        <w:ind w:left="227"/>
      </w:pPr>
      <w:r>
        <w:rPr>
          <w:sz w:val="21"/>
        </w:rPr>
        <w:t>2. Nous (faire) _______ le point, puis nous (aller) _______ vérifier les chiffres.</w:t>
      </w:r>
    </w:p>
    <w:p>
      <w:pPr>
        <w:ind w:left="227"/>
      </w:pPr>
      <w:r>
        <w:rPr>
          <w:sz w:val="21"/>
        </w:rPr>
        <w:t>3. Tu (voir) _______ cette erreur ? Elle (venir) _______ d'une mauvaise saisie.</w:t>
      </w:r>
    </w:p>
    <w:p>
      <w:pPr>
        <w:ind w:left="227"/>
      </w:pPr>
      <w:r>
        <w:rPr>
          <w:sz w:val="21"/>
        </w:rPr>
        <w:t>4. Ils (pouvoir) _______ confirmer, mais ils (vouloir) _______ d'abord relire.</w:t>
      </w:r>
    </w:p>
    <w:p>
      <w:r>
        <w:rPr>
          <w:b/>
          <w:sz w:val="24"/>
        </w:rPr>
        <w:t>Exercice 2 - Présent ou futur simple (valeurs)</w:t>
      </w:r>
    </w:p>
    <w:p>
      <w:pPr>
        <w:spacing w:after="80"/>
      </w:pPr>
      <w:r>
        <w:rPr>
          <w:sz w:val="21"/>
        </w:rPr>
        <w:t>Choisissez le bon temps : présent ou futur simple.</w:t>
      </w:r>
    </w:p>
    <w:p>
      <w:pPr>
        <w:ind w:left="227"/>
      </w:pPr>
      <w:r>
        <w:rPr>
          <w:sz w:val="21"/>
        </w:rPr>
        <w:t>1. L'eau (bouillir) _______ à 100°C.</w:t>
      </w:r>
    </w:p>
    <w:p>
      <w:pPr>
        <w:ind w:left="227"/>
      </w:pPr>
      <w:r>
        <w:rPr>
          <w:sz w:val="21"/>
        </w:rPr>
        <w:t>2. Demain, je (terminer) _______ ce chapitre.</w:t>
      </w:r>
    </w:p>
    <w:p>
      <w:pPr>
        <w:ind w:left="227"/>
      </w:pPr>
      <w:r>
        <w:rPr>
          <w:sz w:val="21"/>
        </w:rPr>
        <w:t>3. En général, il (arriver) _______ à l'heure.</w:t>
      </w:r>
    </w:p>
    <w:p>
      <w:pPr>
        <w:ind w:left="227"/>
      </w:pPr>
      <w:r>
        <w:rPr>
          <w:sz w:val="21"/>
        </w:rPr>
        <w:t>4. La semaine prochaine, nous (présenter) _______ le projet.</w:t>
      </w:r>
    </w:p>
    <w:p>
      <w:r>
        <w:rPr>
          <w:b/>
          <w:sz w:val="24"/>
        </w:rPr>
        <w:t>Exercice 3 - Imparfait ou passé composé</w:t>
      </w:r>
    </w:p>
    <w:p>
      <w:pPr>
        <w:spacing w:after="80"/>
      </w:pPr>
      <w:r>
        <w:rPr>
          <w:sz w:val="21"/>
        </w:rPr>
        <w:t>Complétez au temps correct (imparfait ou passé composé).</w:t>
      </w:r>
    </w:p>
    <w:p>
      <w:pPr>
        <w:ind w:left="227"/>
      </w:pPr>
      <w:r>
        <w:rPr>
          <w:sz w:val="21"/>
        </w:rPr>
        <w:t>1. Quand j'(être) _______ enfant, je (lire) _______ tous les soirs.</w:t>
      </w:r>
    </w:p>
    <w:p>
      <w:pPr>
        <w:ind w:left="227"/>
      </w:pPr>
      <w:r>
        <w:rPr>
          <w:sz w:val="21"/>
        </w:rPr>
        <w:t>2. Hier, je (prendre) _______ le bus et je (croiser) _______ un ancien camarade.</w:t>
      </w:r>
    </w:p>
    <w:p>
      <w:pPr>
        <w:ind w:left="227"/>
      </w:pPr>
      <w:r>
        <w:rPr>
          <w:sz w:val="21"/>
        </w:rPr>
        <w:t>3. Pendant qu'elle (préparer) _______ le rapport, le téléphone (sonner) _______.</w:t>
      </w:r>
    </w:p>
    <w:p>
      <w:pPr>
        <w:ind w:left="227"/>
      </w:pPr>
      <w:r>
        <w:rPr>
          <w:sz w:val="21"/>
        </w:rPr>
        <w:t>4. Il (pleuvoir) _______ depuis une heure quand nous (arriver) _______.</w:t>
      </w:r>
    </w:p>
    <w:p>
      <w:r>
        <w:rPr>
          <w:b/>
          <w:sz w:val="24"/>
        </w:rPr>
        <w:t>Exercice 4 - Récit : décor vs action</w:t>
      </w:r>
    </w:p>
    <w:p>
      <w:pPr>
        <w:spacing w:after="80"/>
      </w:pPr>
      <w:r>
        <w:rPr>
          <w:sz w:val="21"/>
        </w:rPr>
        <w:t>Complétez en choisissant imparfait ou passé composé.</w:t>
      </w:r>
    </w:p>
    <w:p>
      <w:pPr>
        <w:ind w:left="227"/>
      </w:pPr>
      <w:r>
        <w:rPr>
          <w:sz w:val="21"/>
        </w:rPr>
        <w:t>La salle (être) _______ silencieuse. Les candidats (attendre) _______ leur tour.</w:t>
      </w:r>
    </w:p>
    <w:p>
      <w:pPr>
        <w:ind w:left="227"/>
      </w:pPr>
      <w:r>
        <w:rPr>
          <w:sz w:val="21"/>
        </w:rPr>
        <w:t>Soudain, la porte (s'ouvrir) _______ et un surveillant (annoncer) _______ le début de l'épreuve.</w:t>
      </w:r>
    </w:p>
    <w:p>
      <w:r>
        <w:rPr>
          <w:b/>
          <w:sz w:val="24"/>
        </w:rPr>
        <w:t>Exercice 5 - Réécriture (changer l'effet)</w:t>
      </w:r>
    </w:p>
    <w:p>
      <w:pPr>
        <w:spacing w:after="80"/>
      </w:pPr>
      <w:r>
        <w:rPr>
          <w:sz w:val="21"/>
        </w:rPr>
        <w:t>Réécrivez pour insister sur l'action « sortir » comme un fait principal :</w:t>
      </w:r>
    </w:p>
    <w:p>
      <w:pPr>
        <w:ind w:left="227"/>
      </w:pPr>
      <w:r>
        <w:rPr>
          <w:sz w:val="21"/>
        </w:rPr>
        <w:t>Phrase de départ : Il pleuvait quand je suis sorti.</w:t>
      </w:r>
    </w:p>
    <w:p>
      <w:pPr>
        <w:ind w:left="227"/>
      </w:pPr>
      <w:r>
        <w:rPr>
          <w:sz w:val="21"/>
        </w:rPr>
        <w:t>Réécriture : ________________________________________________________________</w:t>
      </w:r>
    </w:p>
    <w:p>
      <w:r>
        <w:rPr>
          <w:b/>
          <w:sz w:val="24"/>
        </w:rPr>
        <w:t>Exercice 6 - Futur simple ou futur proche</w:t>
      </w:r>
    </w:p>
    <w:p>
      <w:pPr>
        <w:spacing w:after="80"/>
      </w:pPr>
      <w:r>
        <w:rPr>
          <w:sz w:val="21"/>
        </w:rPr>
        <w:t>Complétez avec le futur simple ou le futur proche (aller + infinitif).</w:t>
      </w:r>
    </w:p>
    <w:p>
      <w:pPr>
        <w:ind w:left="227"/>
      </w:pPr>
      <w:r>
        <w:rPr>
          <w:sz w:val="21"/>
        </w:rPr>
        <w:t>1. Attention, ça (tomber) _______ !</w:t>
      </w:r>
    </w:p>
    <w:p>
      <w:pPr>
        <w:ind w:left="227"/>
      </w:pPr>
      <w:r>
        <w:rPr>
          <w:sz w:val="21"/>
        </w:rPr>
        <w:t>2. Dans dix ans, ils (habiter) _______ peut-être ailleurs.</w:t>
      </w:r>
    </w:p>
    <w:p>
      <w:pPr>
        <w:ind w:left="227"/>
      </w:pPr>
      <w:r>
        <w:rPr>
          <w:sz w:val="21"/>
        </w:rPr>
        <w:t>3. Je (envoyer) _______ le mail tout de suite.</w:t>
      </w:r>
    </w:p>
    <w:p>
      <w:pPr>
        <w:ind w:left="227"/>
      </w:pPr>
      <w:r>
        <w:t>4. Vers 18 h, nous (commencer) _______ la réunion.</w:t>
      </w:r>
    </w:p>
    <w:p>
      <w:r>
        <w:rPr>
          <w:b/>
          <w:sz w:val="24"/>
        </w:rPr>
        <w:t>Exercice 7 - Transformation (futur proche → futur simple)</w:t>
      </w:r>
    </w:p>
    <w:p>
      <w:pPr>
        <w:spacing w:after="80"/>
      </w:pPr>
      <w:r>
        <w:rPr>
          <w:sz w:val="21"/>
        </w:rPr>
        <w:t>Réécrivez les phrases au futur simple :</w:t>
      </w:r>
    </w:p>
    <w:p>
      <w:pPr>
        <w:ind w:left="227"/>
      </w:pPr>
      <w:r>
        <w:rPr>
          <w:sz w:val="21"/>
        </w:rPr>
        <w:t>1. Je vais relire le document demain. → ____________________________________</w:t>
      </w:r>
    </w:p>
    <w:p>
      <w:pPr>
        <w:ind w:left="227"/>
      </w:pPr>
      <w:r>
        <w:rPr>
          <w:sz w:val="21"/>
        </w:rPr>
        <w:t>2. On va vérifier les résultats ce soir. → __________________________________</w:t>
      </w:r>
    </w:p>
    <w:p>
      <w:r>
        <w:br w:type="page"/>
      </w:r>
    </w:p>
    <w:p>
      <w:r>
        <w:rPr>
          <w:b/>
          <w:sz w:val="24"/>
        </w:rPr>
        <w:t>Exercice 8 - Plus-que-parfait (antériorité dans le passé)</w:t>
      </w:r>
    </w:p>
    <w:p>
      <w:pPr>
        <w:spacing w:after="80"/>
      </w:pPr>
      <w:r>
        <w:rPr>
          <w:sz w:val="21"/>
        </w:rPr>
        <w:t>Complétez (plus-que-parfait ou passé composé).</w:t>
      </w:r>
    </w:p>
    <w:p>
      <w:pPr>
        <w:ind w:left="227"/>
      </w:pPr>
      <w:r>
        <w:rPr>
          <w:sz w:val="21"/>
        </w:rPr>
        <w:t>1. Quand je suis arrivé, ils (déjà partir) _______.</w:t>
      </w:r>
    </w:p>
    <w:p>
      <w:pPr>
        <w:ind w:left="227"/>
      </w:pPr>
      <w:r>
        <w:rPr>
          <w:sz w:val="21"/>
        </w:rPr>
        <w:t>2. Elle a reconnu l'erreur qu'elle (faire) _______ la veille.</w:t>
      </w:r>
    </w:p>
    <w:p>
      <w:pPr>
        <w:ind w:left="227"/>
      </w:pPr>
      <w:r>
        <w:rPr>
          <w:sz w:val="21"/>
        </w:rPr>
        <w:t>3. Nous avons compris qu'il (oublier) _______ le rendez-vous.</w:t>
      </w:r>
    </w:p>
    <w:p>
      <w:r>
        <w:rPr>
          <w:b/>
          <w:sz w:val="24"/>
        </w:rPr>
        <w:t>Exercice 9 - Chronologie</w:t>
      </w:r>
    </w:p>
    <w:p>
      <w:pPr>
        <w:spacing w:after="80"/>
      </w:pPr>
      <w:r>
        <w:rPr>
          <w:sz w:val="21"/>
        </w:rPr>
        <w:t>Indiquez l'ordre des actions (1 = d'abord, 2 = ensuite).</w:t>
      </w:r>
    </w:p>
    <w:p>
      <w:pPr>
        <w:ind w:left="227"/>
      </w:pPr>
      <w:r>
        <w:rPr>
          <w:sz w:val="21"/>
        </w:rPr>
        <w:t>Phrase : Il a présenté un dossier qu'il avait préparé la semaine précédente.</w:t>
      </w:r>
    </w:p>
    <w:p>
      <w:pPr>
        <w:ind w:left="227"/>
      </w:pPr>
      <w:r>
        <w:rPr>
          <w:sz w:val="21"/>
        </w:rPr>
        <w:t>Ordre : (______) avait préparé | (______) a présenté</w:t>
      </w:r>
    </w:p>
    <w:p>
      <w:r>
        <w:rPr>
          <w:b/>
          <w:sz w:val="24"/>
        </w:rPr>
        <w:t>Exercice 10 - Passé simple : reconnaissance</w:t>
      </w:r>
    </w:p>
    <w:p>
      <w:pPr>
        <w:spacing w:after="80"/>
      </w:pPr>
      <w:r>
        <w:rPr>
          <w:sz w:val="21"/>
        </w:rPr>
        <w:t>Soulignez les verbes au passé simple :</w:t>
      </w:r>
    </w:p>
    <w:p>
      <w:pPr>
        <w:ind w:left="227"/>
      </w:pPr>
      <w:r>
        <w:rPr>
          <w:sz w:val="21"/>
        </w:rPr>
        <w:t>Il entra, regarda autour de lui, puis s'assit sans un mot.</w:t>
      </w:r>
    </w:p>
    <w:p>
      <w:r>
        <w:rPr>
          <w:b/>
          <w:sz w:val="24"/>
        </w:rPr>
        <w:t>Exercice 11 - Passé simple : conjugaison</w:t>
      </w:r>
    </w:p>
    <w:p>
      <w:pPr>
        <w:spacing w:after="80"/>
      </w:pPr>
      <w:r>
        <w:rPr>
          <w:sz w:val="21"/>
        </w:rPr>
        <w:t>Conjuguez à la 3e personne du singulier (il/elle) :</w:t>
      </w:r>
    </w:p>
    <w:p>
      <w:pPr>
        <w:ind w:left="227"/>
      </w:pPr>
      <w:r>
        <w:rPr>
          <w:sz w:val="21"/>
        </w:rPr>
        <w:t>1. (faire) → il _______</w:t>
      </w:r>
    </w:p>
    <w:p>
      <w:pPr>
        <w:ind w:left="227"/>
      </w:pPr>
      <w:r>
        <w:rPr>
          <w:sz w:val="21"/>
        </w:rPr>
        <w:t>2. (dire) → il _______</w:t>
      </w:r>
    </w:p>
    <w:p>
      <w:pPr>
        <w:ind w:left="227"/>
      </w:pPr>
      <w:r>
        <w:rPr>
          <w:sz w:val="21"/>
        </w:rPr>
        <w:t>3. (venir) → il _______</w:t>
      </w:r>
    </w:p>
    <w:p>
      <w:pPr>
        <w:ind w:left="227"/>
      </w:pPr>
      <w:r>
        <w:rPr>
          <w:sz w:val="21"/>
        </w:rPr>
        <w:t>4. (prendre) → il _______</w:t>
      </w:r>
    </w:p>
    <w:p>
      <w:r>
        <w:rPr>
          <w:b/>
          <w:sz w:val="24"/>
        </w:rPr>
        <w:t>Exercice 12 - Passé simple ou imparfait</w:t>
      </w:r>
    </w:p>
    <w:p>
      <w:pPr>
        <w:spacing w:after="80"/>
      </w:pPr>
      <w:r>
        <w:rPr>
          <w:sz w:val="21"/>
        </w:rPr>
        <w:t>Complétez :</w:t>
      </w:r>
    </w:p>
    <w:p>
      <w:pPr>
        <w:ind w:left="227"/>
      </w:pPr>
      <w:r>
        <w:rPr>
          <w:sz w:val="21"/>
        </w:rPr>
        <w:t>Le vent (souffler) _______ fort. Soudain, la fenêtre (claquer) _______.</w:t>
      </w:r>
    </w:p>
    <w:p>
      <w:r>
        <w:rPr>
          <w:b/>
          <w:sz w:val="24"/>
        </w:rPr>
        <w:t>Exercice 13 - Futur antérieur (quand ce sera fait)</w:t>
      </w:r>
    </w:p>
    <w:p>
      <w:pPr>
        <w:spacing w:after="80"/>
      </w:pPr>
      <w:r>
        <w:rPr>
          <w:sz w:val="21"/>
        </w:rPr>
        <w:t>Complétez au futur antérieur :</w:t>
      </w:r>
    </w:p>
    <w:p>
      <w:pPr>
        <w:ind w:left="227"/>
      </w:pPr>
      <w:r>
        <w:rPr>
          <w:sz w:val="21"/>
        </w:rPr>
        <w:t>1. Quand tu (finir) _______ ton travail, tu pourras sortir.</w:t>
      </w:r>
    </w:p>
    <w:p>
      <w:pPr>
        <w:ind w:left="227"/>
      </w:pPr>
      <w:r>
        <w:rPr>
          <w:sz w:val="21"/>
        </w:rPr>
        <w:t>2. Dès qu'ils (signer) _______ le contrat, on lancera la production.</w:t>
      </w:r>
    </w:p>
    <w:p>
      <w:pPr>
        <w:ind w:left="227"/>
      </w:pPr>
      <w:r>
        <w:rPr>
          <w:sz w:val="21"/>
        </w:rPr>
        <w:t>3. Une fois que nous (réunir) _______ toutes les pièces, nous déposerons le dossier.</w:t>
      </w:r>
    </w:p>
    <w:p>
      <w:r>
        <w:rPr>
          <w:b/>
          <w:sz w:val="24"/>
        </w:rPr>
        <w:t>Exercice 14 - Futur antérieur vs futur simple</w:t>
      </w:r>
    </w:p>
    <w:p>
      <w:pPr>
        <w:spacing w:after="80"/>
      </w:pPr>
      <w:r>
        <w:rPr>
          <w:sz w:val="21"/>
        </w:rPr>
        <w:t>Complétez :</w:t>
      </w:r>
    </w:p>
    <w:p>
      <w:pPr>
        <w:ind w:left="227"/>
      </w:pPr>
      <w:r>
        <w:rPr>
          <w:sz w:val="21"/>
        </w:rPr>
        <w:t>1. Quand vous (recevoir) _______ la réponse, vous (me prévenir) _______.</w:t>
      </w:r>
    </w:p>
    <w:p>
      <w:pPr>
        <w:ind w:left="227"/>
      </w:pPr>
      <w:r>
        <w:rPr>
          <w:sz w:val="21"/>
        </w:rPr>
        <w:t>2. Dès que j'(terminer) _______ ce chapitre, je (faire) _______ l'exercice.</w:t>
      </w:r>
    </w:p>
    <w:p>
      <w:r>
        <w:br w:type="page"/>
      </w:r>
    </w:p>
    <w:p>
      <w:pPr>
        <w:jc w:val="center"/>
      </w:pPr>
      <w:r>
        <w:rPr>
          <w:b/>
          <w:sz w:val="32"/>
        </w:rPr>
        <w:t>Corrigés</w:t>
      </w:r>
    </w:p>
    <w:p/>
    <w:p>
      <w:r>
        <w:rPr>
          <w:b/>
          <w:sz w:val="24"/>
        </w:rPr>
        <w:t>Exercice 1 - Correction</w:t>
      </w:r>
    </w:p>
    <w:p>
      <w:pPr>
        <w:ind w:left="227"/>
      </w:pPr>
      <w:r>
        <w:rPr>
          <w:sz w:val="21"/>
        </w:rPr>
        <w:t>1. prends / pose</w:t>
      </w:r>
    </w:p>
    <w:p>
      <w:pPr>
        <w:ind w:left="227"/>
      </w:pPr>
      <w:r>
        <w:rPr>
          <w:sz w:val="21"/>
        </w:rPr>
        <w:t>2. faisons / allons</w:t>
      </w:r>
    </w:p>
    <w:p>
      <w:pPr>
        <w:ind w:left="227"/>
      </w:pPr>
      <w:r>
        <w:rPr>
          <w:sz w:val="21"/>
        </w:rPr>
        <w:t>3. vois / vient</w:t>
      </w:r>
    </w:p>
    <w:p>
      <w:pPr>
        <w:ind w:left="227"/>
      </w:pPr>
      <w:r>
        <w:rPr>
          <w:sz w:val="21"/>
        </w:rPr>
        <w:t>4. peuvent / veulent</w:t>
      </w:r>
    </w:p>
    <w:p>
      <w:r>
        <w:rPr>
          <w:b/>
          <w:sz w:val="24"/>
        </w:rPr>
        <w:t>Exercice 2 - Correction</w:t>
      </w:r>
    </w:p>
    <w:p>
      <w:pPr>
        <w:ind w:left="227"/>
      </w:pPr>
      <w:r>
        <w:rPr>
          <w:sz w:val="21"/>
        </w:rPr>
        <w:t>1. bout (vérité générale)</w:t>
      </w:r>
    </w:p>
    <w:p>
      <w:pPr>
        <w:ind w:left="227"/>
      </w:pPr>
      <w:r>
        <w:rPr>
          <w:sz w:val="21"/>
        </w:rPr>
        <w:t>2. terminerai (projection datée)</w:t>
      </w:r>
    </w:p>
    <w:p>
      <w:pPr>
        <w:ind w:left="227"/>
      </w:pPr>
      <w:r>
        <w:rPr>
          <w:sz w:val="21"/>
        </w:rPr>
        <w:t>3. arrive (habitude)</w:t>
      </w:r>
    </w:p>
    <w:p>
      <w:pPr>
        <w:ind w:left="227"/>
      </w:pPr>
      <w:r>
        <w:rPr>
          <w:sz w:val="21"/>
        </w:rPr>
        <w:t>4. présenterons (projection)</w:t>
      </w:r>
    </w:p>
    <w:p>
      <w:r>
        <w:rPr>
          <w:b/>
          <w:sz w:val="24"/>
        </w:rPr>
        <w:t>Exercice 3 - Correction</w:t>
      </w:r>
    </w:p>
    <w:p>
      <w:pPr>
        <w:ind w:left="227"/>
      </w:pPr>
      <w:r>
        <w:rPr>
          <w:sz w:val="21"/>
        </w:rPr>
        <w:t>1. étais / lisais</w:t>
      </w:r>
    </w:p>
    <w:p>
      <w:pPr>
        <w:ind w:left="227"/>
      </w:pPr>
      <w:r>
        <w:rPr>
          <w:sz w:val="21"/>
        </w:rPr>
        <w:t>2. ai pris / ai croisé</w:t>
      </w:r>
    </w:p>
    <w:p>
      <w:pPr>
        <w:ind w:left="227"/>
      </w:pPr>
      <w:r>
        <w:rPr>
          <w:sz w:val="21"/>
        </w:rPr>
        <w:t>3. préparait / a sonné</w:t>
      </w:r>
    </w:p>
    <w:p>
      <w:pPr>
        <w:ind w:left="227"/>
      </w:pPr>
      <w:r>
        <w:rPr>
          <w:sz w:val="21"/>
        </w:rPr>
        <w:t>4. pleuvait / sommes arrivés</w:t>
      </w:r>
    </w:p>
    <w:p>
      <w:pPr>
        <w:ind w:left="227"/>
      </w:pPr>
      <w:r>
        <w:rPr>
          <w:i/>
          <w:sz w:val="20"/>
        </w:rPr>
        <w:t>Astuce : l'imparfait installe le contexte (action longue), le passé composé marque l'événement ponctuel ou achevé.</w:t>
      </w:r>
    </w:p>
    <w:p>
      <w:r>
        <w:rPr>
          <w:b/>
          <w:sz w:val="24"/>
        </w:rPr>
        <w:t>Exercice 4 - Correction</w:t>
      </w:r>
    </w:p>
    <w:p>
      <w:pPr>
        <w:ind w:left="227"/>
      </w:pPr>
      <w:r>
        <w:rPr>
          <w:sz w:val="21"/>
        </w:rPr>
        <w:t>était / attendaient / s'est ouverte / a annoncé</w:t>
      </w:r>
    </w:p>
    <w:p>
      <w:r>
        <w:rPr>
          <w:b/>
          <w:sz w:val="24"/>
        </w:rPr>
        <w:t>Exercice 5 - Correction</w:t>
      </w:r>
    </w:p>
    <w:p>
      <w:pPr>
        <w:ind w:left="227"/>
      </w:pPr>
      <w:r>
        <w:rPr>
          <w:sz w:val="21"/>
        </w:rPr>
        <w:t>Exemple : Je suis sorti, et il s'est mis à pleuvoir.</w:t>
      </w:r>
    </w:p>
    <w:p>
      <w:r>
        <w:rPr>
          <w:b/>
          <w:sz w:val="24"/>
        </w:rPr>
        <w:t>Exercice 6 - Correction</w:t>
      </w:r>
    </w:p>
    <w:p>
      <w:pPr>
        <w:ind w:left="227"/>
      </w:pPr>
      <w:r>
        <w:rPr>
          <w:sz w:val="21"/>
        </w:rPr>
        <w:t>1. va tomber</w:t>
      </w:r>
    </w:p>
    <w:p>
      <w:pPr>
        <w:ind w:left="227"/>
      </w:pPr>
      <w:r>
        <w:rPr>
          <w:sz w:val="21"/>
        </w:rPr>
        <w:t>2. habiteront</w:t>
      </w:r>
    </w:p>
    <w:p>
      <w:pPr>
        <w:ind w:left="227"/>
      </w:pPr>
      <w:r>
        <w:rPr>
          <w:sz w:val="21"/>
        </w:rPr>
        <w:t>3. vais envoyer</w:t>
      </w:r>
    </w:p>
    <w:p>
      <w:pPr>
        <w:ind w:left="227"/>
      </w:pPr>
      <w:r>
        <w:rPr>
          <w:sz w:val="21"/>
        </w:rPr>
        <w:t>4. commencerons</w:t>
      </w:r>
    </w:p>
    <w:p>
      <w:r>
        <w:rPr>
          <w:b/>
          <w:sz w:val="24"/>
        </w:rPr>
        <w:t>Exercice 7 - Correction</w:t>
      </w:r>
    </w:p>
    <w:p>
      <w:pPr>
        <w:ind w:left="227"/>
      </w:pPr>
      <w:r>
        <w:rPr>
          <w:sz w:val="21"/>
        </w:rPr>
        <w:t>1. Je relirai le document demain.</w:t>
      </w:r>
    </w:p>
    <w:p>
      <w:pPr>
        <w:ind w:left="227"/>
      </w:pPr>
      <w:r>
        <w:rPr>
          <w:sz w:val="21"/>
        </w:rPr>
        <w:t>2. Nous vérifierons les résultats ce soir.</w:t>
      </w:r>
    </w:p>
    <w:p>
      <w:r>
        <w:rPr>
          <w:b/>
          <w:sz w:val="24"/>
        </w:rPr>
        <w:t>Exercice 8 - Correction</w:t>
      </w:r>
    </w:p>
    <w:p>
      <w:pPr>
        <w:ind w:left="227"/>
      </w:pPr>
      <w:r>
        <w:rPr>
          <w:sz w:val="21"/>
        </w:rPr>
        <w:t>1. étaient déjà partis</w:t>
      </w:r>
    </w:p>
    <w:p>
      <w:pPr>
        <w:ind w:left="227"/>
      </w:pPr>
      <w:r>
        <w:rPr>
          <w:sz w:val="21"/>
        </w:rPr>
        <w:t>2. avait faite</w:t>
      </w:r>
    </w:p>
    <w:p>
      <w:pPr>
        <w:ind w:left="227"/>
      </w:pPr>
      <w:r>
        <w:rPr>
          <w:sz w:val="21"/>
        </w:rPr>
        <w:t>3. avait oublié</w:t>
      </w:r>
    </w:p>
    <w:p>
      <w:r>
        <w:rPr>
          <w:b/>
          <w:sz w:val="24"/>
        </w:rPr>
        <w:t>Exercice 9 - Correction</w:t>
      </w:r>
    </w:p>
    <w:p>
      <w:pPr>
        <w:ind w:left="227"/>
      </w:pPr>
      <w:r>
        <w:rPr>
          <w:sz w:val="21"/>
        </w:rPr>
        <w:t>1) avait préparé (d'abord) | 2) a présenté (ensuite)</w:t>
      </w:r>
    </w:p>
    <w:p>
      <w:r>
        <w:rPr>
          <w:b/>
          <w:sz w:val="24"/>
        </w:rPr>
        <w:t>Exercice 10 - Correction</w:t>
      </w:r>
    </w:p>
    <w:p>
      <w:pPr>
        <w:ind w:left="227"/>
      </w:pPr>
      <w:r>
        <w:rPr>
          <w:sz w:val="21"/>
        </w:rPr>
        <w:t>Verbes au passé simple : entra / regarda / s'assit</w:t>
      </w:r>
    </w:p>
    <w:p>
      <w:r>
        <w:rPr>
          <w:b/>
          <w:sz w:val="24"/>
        </w:rPr>
        <w:t>Exercice 11 - Correction</w:t>
      </w:r>
    </w:p>
    <w:p>
      <w:pPr>
        <w:ind w:left="227"/>
      </w:pPr>
      <w:r>
        <w:rPr>
          <w:sz w:val="21"/>
        </w:rPr>
        <w:t>fit / dit / vint / prit</w:t>
      </w:r>
    </w:p>
    <w:p>
      <w:r>
        <w:rPr>
          <w:b/>
          <w:sz w:val="24"/>
        </w:rPr>
        <w:t>Exercice 12 - Correction</w:t>
      </w:r>
    </w:p>
    <w:p>
      <w:pPr>
        <w:ind w:left="227"/>
      </w:pPr>
      <w:r>
        <w:rPr>
          <w:sz w:val="21"/>
        </w:rPr>
        <w:t>soufflait / claqua</w:t>
      </w:r>
    </w:p>
    <w:p>
      <w:r>
        <w:rPr>
          <w:b/>
          <w:sz w:val="24"/>
        </w:rPr>
        <w:t>Exercice 13 - Correction</w:t>
      </w:r>
    </w:p>
    <w:p>
      <w:pPr>
        <w:ind w:left="227"/>
      </w:pPr>
      <w:r>
        <w:rPr>
          <w:sz w:val="21"/>
        </w:rPr>
        <w:t>auras fini / auront signé / aurons réuni</w:t>
      </w:r>
    </w:p>
    <w:p>
      <w:r>
        <w:rPr>
          <w:b/>
          <w:sz w:val="24"/>
        </w:rPr>
        <w:t>Exercice 14 - Correction</w:t>
      </w:r>
    </w:p>
    <w:p>
      <w:pPr>
        <w:ind w:left="227"/>
      </w:pPr>
      <w:r>
        <w:rPr>
          <w:sz w:val="21"/>
        </w:rPr>
        <w:t>aurez reçu / me préviendrez</w:t>
      </w:r>
    </w:p>
    <w:p>
      <w:pPr>
        <w:ind w:left="227"/>
      </w:pPr>
      <w:r>
        <w:rPr>
          <w:sz w:val="21"/>
        </w:rPr>
        <w:t>aurai terminé / ferai</w:t>
      </w:r>
    </w:p>
    <w:sectPr w:rsidR="00FC693F" w:rsidRPr="0006063C" w:rsidSect="00034616">
      <w:footerReference w:type="default" r:id="rId9"/>
      <w:pgSz w:w="11906" w:h="16838"/>
      <w:pgMar w:top="907" w:right="1020" w:bottom="907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8"/>
      </w:rPr>
      <w:t>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