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1F4E79"/>
          </w:tcPr>
          <w:p>
            <w:pPr>
              <w:spacing w:before="120" w:after="120" w:line="240" w:lineRule="auto"/>
              <w:jc w:val="center"/>
            </w:pPr>
            <w:r>
              <w:rPr>
                <w:b/>
                <w:color w:val="FFFFFF"/>
                <w:sz w:val="30"/>
              </w:rPr>
              <w:t>VARIANTE 1 - TON NEUTRE ET PROFESSIONNEL</w:t>
            </w:r>
          </w:p>
        </w:tc>
      </w:tr>
    </w:tbl>
    <w:p>
      <w:pPr>
        <w:spacing w:after="12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top"/>
            <w:shd w:val="clear" w:color="auto" w:fill="F7F7F7"/>
          </w:tcPr>
          <w:p>
            <w:pPr>
              <w:spacing w:before="0" w:after="0" w:line="252" w:lineRule="auto"/>
            </w:pPr>
            <w:r>
              <w:rPr>
                <w:b/>
              </w:rPr>
              <w:t>[Votre société]</w:t>
              <w:br/>
            </w:r>
            <w:r>
              <w:t>[Adresse]</w:t>
              <w:br/>
              <w:t>[Code postal, Ville]</w:t>
              <w:br/>
              <w:t>[Téléphone] - [Email]</w:t>
              <w:br/>
              <w:t>[SIRET / ICE]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top"/>
          </w:tcPr>
          <w:p>
            <w:pPr>
              <w:spacing w:before="0" w:after="0" w:line="252" w:lineRule="auto"/>
            </w:pPr>
            <w:r>
              <w:rPr>
                <w:b/>
              </w:rPr>
              <w:t xml:space="preserve">À l’attention de : </w:t>
            </w:r>
            <w:r>
              <w:t>[Nom du client / Société]</w:t>
              <w:br/>
              <w:t>[Adresse client]</w:t>
              <w:br/>
              <w:t>[Code postal, Ville]</w:t>
            </w:r>
          </w:p>
        </w:tc>
      </w:tr>
    </w:tbl>
    <w:p>
      <w:pPr>
        <w:spacing w:after="120"/>
      </w:pPr>
    </w:p>
    <w:p>
      <w:pPr>
        <w:spacing w:before="0" w:after="120" w:line="259" w:lineRule="auto"/>
      </w:pPr>
      <w:r>
        <w:rPr>
          <w:b/>
        </w:rPr>
        <w:t xml:space="preserve">Fait à : </w:t>
      </w:r>
      <w:r>
        <w:t>[Ville], le [Date]</w:t>
      </w:r>
    </w:p>
    <w:p>
      <w:pPr>
        <w:spacing w:before="0" w:after="160" w:line="259" w:lineRule="auto"/>
      </w:pPr>
      <w:r>
        <w:rPr>
          <w:b/>
        </w:rPr>
        <w:t xml:space="preserve">Objet : </w:t>
      </w:r>
      <w:r>
        <w:t>Mise en demeure de payer - Facture n° [XXX]</w:t>
      </w:r>
    </w:p>
    <w:p>
      <w:pPr>
        <w:spacing w:before="0" w:after="100" w:line="259" w:lineRule="auto"/>
      </w:pPr>
      <w:r>
        <w:t>Madame, Monsieur,</w:t>
      </w:r>
    </w:p>
    <w:p>
      <w:pPr>
        <w:spacing w:before="0" w:after="100" w:line="259" w:lineRule="auto"/>
      </w:pPr>
      <w:r>
        <w:t>Malgré nos relances, nous constatons que la facture n° [XXX] émise le [date], relative à [prestation / commande], demeure impayée à ce jour.</w:t>
      </w:r>
    </w:p>
    <w:p>
      <w:pPr>
        <w:spacing w:before="0" w:after="100" w:line="259" w:lineRule="auto"/>
      </w:pPr>
      <w:r>
        <w:t>Par la présente, nous vous mettons en demeure de procéder au règlement de la somme totale de [Montant] [€ / MAD] dans un délai de [8/15] jours à compter de la réception du présent courrier.</w:t>
      </w:r>
    </w:p>
    <w:p>
      <w:pPr>
        <w:spacing w:before="0" w:after="100" w:line="259" w:lineRule="auto"/>
      </w:pPr>
      <w:r>
        <w:t>Si un élément administratif bloque le règlement (bon de commande, réception, validation interne), merci de nous l’indiquer rapidement afin de résoudre la situation sans délai.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shd w:val="clear" w:color="auto" w:fill="EEF3F8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Facture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[XXX]</w:t>
            </w:r>
          </w:p>
        </w:tc>
      </w:tr>
      <w:tr>
        <w:tc>
          <w:tcPr>
            <w:tcW w:type="dxa" w:w="5213"/>
            <w:shd w:val="clear" w:color="auto" w:fill="EEF3F8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Date d’émission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[JJ/MM/AAAA]</w:t>
            </w:r>
          </w:p>
        </w:tc>
      </w:tr>
      <w:tr>
        <w:tc>
          <w:tcPr>
            <w:tcW w:type="dxa" w:w="5213"/>
            <w:shd w:val="clear" w:color="auto" w:fill="EEF3F8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Échéance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[JJ/MM/AAAA]</w:t>
            </w:r>
          </w:p>
        </w:tc>
      </w:tr>
      <w:tr>
        <w:tc>
          <w:tcPr>
            <w:tcW w:type="dxa" w:w="5213"/>
            <w:shd w:val="clear" w:color="auto" w:fill="EEF3F8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Montant dû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[Montant] [€ / MAD]</w:t>
            </w:r>
          </w:p>
        </w:tc>
      </w:tr>
    </w:tbl>
    <w:p>
      <w:pPr>
        <w:spacing w:after="12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shd w:val="clear" w:color="auto" w:fill="F2F2F2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Mode de paiement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[Virement / Chèque / Lien de paiement]</w:t>
            </w:r>
          </w:p>
        </w:tc>
      </w:tr>
      <w:tr>
        <w:tc>
          <w:tcPr>
            <w:tcW w:type="dxa" w:w="5213"/>
            <w:shd w:val="clear" w:color="auto" w:fill="F2F2F2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IBAN / RIB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[IBAN / RIB]</w:t>
            </w:r>
          </w:p>
        </w:tc>
      </w:tr>
      <w:tr>
        <w:tc>
          <w:tcPr>
            <w:tcW w:type="dxa" w:w="5213"/>
            <w:shd w:val="clear" w:color="auto" w:fill="F2F2F2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Référence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Facture [XXX]</w:t>
            </w:r>
          </w:p>
        </w:tc>
      </w:tr>
    </w:tbl>
    <w:p>
      <w:pPr>
        <w:spacing w:after="120"/>
      </w:pPr>
    </w:p>
    <w:p>
      <w:pPr>
        <w:spacing w:before="0" w:after="160" w:line="259" w:lineRule="auto"/>
      </w:pPr>
      <w:r>
        <w:t>Dans l’attente de votre règlement, veuillez agréer, Madame, Monsieur, l’expression de nos salutations distinguées.</w:t>
      </w:r>
    </w:p>
    <w:p>
      <w:pPr>
        <w:spacing w:before="40" w:after="40" w:line="259" w:lineRule="auto"/>
      </w:pPr>
      <w:r>
        <w:rPr>
          <w:b/>
        </w:rPr>
        <w:t>[Nom, fonction]</w:t>
        <w:br/>
      </w:r>
      <w:r>
        <w:t>[Signature]</w:t>
      </w:r>
    </w:p>
    <w:p>
      <w:pPr>
        <w:spacing w:before="40" w:after="0" w:line="259" w:lineRule="auto"/>
      </w:pPr>
      <w:r>
        <w:rPr>
          <w:color w:val="5A5A5A"/>
          <w:sz w:val="18"/>
        </w:rPr>
        <w:t>Pièces jointes : Copie facture n° [XXX] + [Devis / BC / BL] (si applicable)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C55A11"/>
          </w:tcPr>
          <w:p>
            <w:pPr>
              <w:spacing w:before="120" w:after="120" w:line="240" w:lineRule="auto"/>
              <w:jc w:val="center"/>
            </w:pPr>
            <w:r>
              <w:rPr>
                <w:b/>
                <w:color w:val="FFFFFF"/>
                <w:sz w:val="30"/>
              </w:rPr>
              <w:t>VARIANTE 2 - TON FERME ET CADRE</w:t>
            </w:r>
          </w:p>
        </w:tc>
      </w:tr>
    </w:tbl>
    <w:p>
      <w:pPr>
        <w:spacing w:after="12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top"/>
            <w:shd w:val="clear" w:color="auto" w:fill="F7F7F7"/>
          </w:tcPr>
          <w:p>
            <w:pPr>
              <w:spacing w:before="0" w:after="0" w:line="252" w:lineRule="auto"/>
            </w:pPr>
            <w:r>
              <w:rPr>
                <w:b/>
              </w:rPr>
              <w:t>[Votre société]</w:t>
              <w:br/>
            </w:r>
            <w:r>
              <w:t>[Adresse]</w:t>
              <w:br/>
              <w:t>[Code postal, Ville]</w:t>
              <w:br/>
              <w:t>[Téléphone] - [Email]</w:t>
              <w:br/>
              <w:t>[SIRET / ICE]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top"/>
          </w:tcPr>
          <w:p>
            <w:pPr>
              <w:spacing w:before="0" w:after="0" w:line="252" w:lineRule="auto"/>
            </w:pPr>
            <w:r>
              <w:rPr>
                <w:b/>
              </w:rPr>
              <w:t xml:space="preserve">À l’attention de : </w:t>
            </w:r>
            <w:r>
              <w:t>[Nom du client / Société]</w:t>
              <w:br/>
              <w:t>[Adresse client]</w:t>
              <w:br/>
              <w:t>[Code postal, Ville]</w:t>
            </w:r>
          </w:p>
        </w:tc>
      </w:tr>
    </w:tbl>
    <w:p>
      <w:pPr>
        <w:spacing w:after="120"/>
      </w:pPr>
    </w:p>
    <w:p>
      <w:pPr>
        <w:spacing w:before="0" w:after="120" w:line="259" w:lineRule="auto"/>
      </w:pPr>
      <w:r>
        <w:rPr>
          <w:b/>
        </w:rPr>
        <w:t xml:space="preserve">Fait à : </w:t>
      </w:r>
      <w:r>
        <w:t>[Ville], le [Date]</w:t>
      </w:r>
    </w:p>
    <w:p>
      <w:pPr>
        <w:spacing w:before="0" w:after="160" w:line="259" w:lineRule="auto"/>
      </w:pPr>
      <w:r>
        <w:rPr>
          <w:b/>
        </w:rPr>
        <w:t xml:space="preserve">Objet : </w:t>
      </w:r>
      <w:r>
        <w:t>Mise en demeure - régularisation sous [8/15] jours - Facture n° [XXX]</w:t>
      </w:r>
    </w:p>
    <w:p>
      <w:pPr>
        <w:spacing w:before="0" w:after="100" w:line="259" w:lineRule="auto"/>
      </w:pPr>
      <w:r>
        <w:t>Madame, Monsieur,</w:t>
      </w:r>
    </w:p>
    <w:p>
      <w:pPr>
        <w:spacing w:before="0" w:after="100" w:line="259" w:lineRule="auto"/>
      </w:pPr>
      <w:r>
        <w:t>Nous vous informons que la facture n° [XXX] du [date], d’un montant de [Montant] [€ / MAD], relative à [prestation / commande], demeure impayée malgré nos relances.</w:t>
      </w:r>
    </w:p>
    <w:p>
      <w:pPr>
        <w:spacing w:before="0" w:after="100" w:line="259" w:lineRule="auto"/>
      </w:pPr>
      <w:r>
        <w:t>Par la présente, nous vous mettons formellement en demeure de régler la somme de [Montant] [€ / MAD] au plus tard le [date limite] (ou dans un délai de [8/15] jours à compter de la réception du présent courrier).</w:t>
      </w:r>
    </w:p>
    <w:p>
      <w:pPr>
        <w:spacing w:before="0" w:after="100" w:line="259" w:lineRule="auto"/>
      </w:pPr>
      <w:r>
        <w:t>À défaut de règlement dans ce délai, nous engagerons sans nouvel avis les démarches de recouvrement appropriées, aux frais et risques du débiteur, conformément à nos conditions de vente / contrat.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shd w:val="clear" w:color="auto" w:fill="EEF3F8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Facture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[XXX]</w:t>
            </w:r>
          </w:p>
        </w:tc>
      </w:tr>
      <w:tr>
        <w:tc>
          <w:tcPr>
            <w:tcW w:type="dxa" w:w="5213"/>
            <w:shd w:val="clear" w:color="auto" w:fill="EEF3F8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Date d’émission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[JJ/MM/AAAA]</w:t>
            </w:r>
          </w:p>
        </w:tc>
      </w:tr>
      <w:tr>
        <w:tc>
          <w:tcPr>
            <w:tcW w:type="dxa" w:w="5213"/>
            <w:shd w:val="clear" w:color="auto" w:fill="EEF3F8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Échéance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[JJ/MM/AAAA]</w:t>
            </w:r>
          </w:p>
        </w:tc>
      </w:tr>
      <w:tr>
        <w:tc>
          <w:tcPr>
            <w:tcW w:type="dxa" w:w="5213"/>
            <w:shd w:val="clear" w:color="auto" w:fill="EEF3F8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Montant dû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[Montant] [€ / MAD]</w:t>
            </w:r>
          </w:p>
        </w:tc>
      </w:tr>
    </w:tbl>
    <w:p>
      <w:pPr>
        <w:spacing w:after="120"/>
      </w:pPr>
    </w:p>
    <w:p>
      <w:pPr>
        <w:spacing w:before="0" w:after="80" w:line="259" w:lineRule="auto"/>
      </w:pPr>
      <w:r>
        <w:t>Si vous souhaitez proposer un échéancier, merci de nous adresser une proposition écrite (datée, chiffrée et signée) avant l’échéance.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shd w:val="clear" w:color="auto" w:fill="F2F2F2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Mode de paiement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[Virement / Chèque / Lien de paiement]</w:t>
            </w:r>
          </w:p>
        </w:tc>
      </w:tr>
      <w:tr>
        <w:tc>
          <w:tcPr>
            <w:tcW w:type="dxa" w:w="5213"/>
            <w:shd w:val="clear" w:color="auto" w:fill="F2F2F2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IBAN / RIB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[IBAN / RIB]</w:t>
            </w:r>
          </w:p>
        </w:tc>
      </w:tr>
      <w:tr>
        <w:tc>
          <w:tcPr>
            <w:tcW w:type="dxa" w:w="5213"/>
            <w:shd w:val="clear" w:color="auto" w:fill="F2F2F2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Référence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Facture [XXX]</w:t>
            </w:r>
          </w:p>
        </w:tc>
      </w:tr>
    </w:tbl>
    <w:p>
      <w:pPr>
        <w:spacing w:after="120"/>
      </w:pPr>
    </w:p>
    <w:p>
      <w:pPr>
        <w:spacing w:before="0" w:after="160" w:line="259" w:lineRule="auto"/>
      </w:pPr>
      <w:r>
        <w:t>Cordialement,</w:t>
      </w:r>
    </w:p>
    <w:p>
      <w:pPr>
        <w:spacing w:before="40" w:after="40" w:line="259" w:lineRule="auto"/>
      </w:pPr>
      <w:r>
        <w:rPr>
          <w:b/>
        </w:rPr>
        <w:t>[Nom, fonction]</w:t>
        <w:br/>
      </w:r>
      <w:r>
        <w:t>[Signature]</w:t>
      </w:r>
    </w:p>
    <w:p>
      <w:pPr>
        <w:spacing w:before="40" w:after="0" w:line="259" w:lineRule="auto"/>
      </w:pPr>
      <w:r>
        <w:rPr>
          <w:color w:val="5A5A5A"/>
          <w:sz w:val="18"/>
        </w:rPr>
        <w:t>Pièces jointes : Facture + justificatifs (devis / BC / BL)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A61C00"/>
          </w:tcPr>
          <w:p>
            <w:pPr>
              <w:spacing w:before="120" w:after="120" w:line="240" w:lineRule="auto"/>
              <w:jc w:val="center"/>
            </w:pPr>
            <w:r>
              <w:rPr>
                <w:b/>
                <w:color w:val="FFFFFF"/>
                <w:sz w:val="30"/>
              </w:rPr>
              <w:t>VARIANTE 3 - DERNIER AVERTISSEMENT</w:t>
            </w:r>
          </w:p>
        </w:tc>
      </w:tr>
    </w:tbl>
    <w:p>
      <w:pPr>
        <w:spacing w:after="12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top"/>
            <w:shd w:val="clear" w:color="auto" w:fill="F7F7F7"/>
          </w:tcPr>
          <w:p>
            <w:pPr>
              <w:spacing w:before="0" w:after="0" w:line="252" w:lineRule="auto"/>
            </w:pPr>
            <w:r>
              <w:rPr>
                <w:b/>
              </w:rPr>
              <w:t>[Votre société]</w:t>
              <w:br/>
            </w:r>
            <w:r>
              <w:t>[Adresse]</w:t>
              <w:br/>
              <w:t>[Code postal, Ville]</w:t>
              <w:br/>
              <w:t>[Téléphone] - [Email]</w:t>
              <w:br/>
              <w:t>[SIRET / ICE]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top"/>
          </w:tcPr>
          <w:p>
            <w:pPr>
              <w:spacing w:before="0" w:after="0" w:line="252" w:lineRule="auto"/>
            </w:pPr>
            <w:r>
              <w:rPr>
                <w:b/>
              </w:rPr>
              <w:t xml:space="preserve">À l’attention de : </w:t>
            </w:r>
            <w:r>
              <w:t>[Nom du client / Société]</w:t>
              <w:br/>
              <w:t>[Adresse client]</w:t>
              <w:br/>
              <w:t>[Code postal, Ville]</w:t>
            </w:r>
          </w:p>
        </w:tc>
      </w:tr>
    </w:tbl>
    <w:p>
      <w:pPr>
        <w:spacing w:after="120"/>
      </w:pPr>
    </w:p>
    <w:p>
      <w:pPr>
        <w:spacing w:before="0" w:after="120" w:line="259" w:lineRule="auto"/>
      </w:pPr>
      <w:r>
        <w:rPr>
          <w:b/>
        </w:rPr>
        <w:t xml:space="preserve">Fait à : </w:t>
      </w:r>
      <w:r>
        <w:t>[Ville], le [Date]</w:t>
      </w:r>
    </w:p>
    <w:p>
      <w:pPr>
        <w:spacing w:before="0" w:after="160" w:line="259" w:lineRule="auto"/>
      </w:pPr>
      <w:r>
        <w:rPr>
          <w:b/>
        </w:rPr>
        <w:t xml:space="preserve">Objet : </w:t>
      </w:r>
      <w:r>
        <w:t>Dernière mise en demeure avant recouvrement / action - Facture n° [XXX]</w:t>
      </w:r>
    </w:p>
    <w:p>
      <w:pPr>
        <w:spacing w:before="0" w:after="100" w:line="259" w:lineRule="auto"/>
      </w:pPr>
      <w:r>
        <w:t>Madame, Monsieur,</w:t>
      </w:r>
    </w:p>
    <w:p>
      <w:pPr>
        <w:spacing w:before="0" w:after="100" w:line="259" w:lineRule="auto"/>
      </w:pPr>
      <w:r>
        <w:t>Sauf erreur de notre part, la facture n° [XXX] du [date], d’un montant de [Montant] [€ / MAD], reste impayée à ce jour, malgré nos relances et nos demandes de régularisation.</w:t>
      </w:r>
    </w:p>
    <w:p>
      <w:pPr>
        <w:spacing w:before="0" w:after="100" w:line="259" w:lineRule="auto"/>
      </w:pPr>
      <w:r>
        <w:t>En conséquence, nous vous adressons une dernière mise en demeure de régler la somme de [Montant] [€ / MAD] au plus tard le [date limite] (ou dans un délai de [8] jours à compter de la réception du présent courrier).</w:t>
      </w:r>
    </w:p>
    <w:p>
      <w:pPr>
        <w:spacing w:before="0" w:after="100" w:line="259" w:lineRule="auto"/>
      </w:pPr>
      <w:r>
        <w:t>À défaut de paiement intégral dans ce délai, nous transmettrons le dossier sans autre avis à notre service de recouvrement / conseil, afin d’engager les démarches nécessaires.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shd w:val="clear" w:color="auto" w:fill="EEF3F8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Facture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[XXX]</w:t>
            </w:r>
          </w:p>
        </w:tc>
      </w:tr>
      <w:tr>
        <w:tc>
          <w:tcPr>
            <w:tcW w:type="dxa" w:w="5213"/>
            <w:shd w:val="clear" w:color="auto" w:fill="EEF3F8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Date d’émission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[JJ/MM/AAAA]</w:t>
            </w:r>
          </w:p>
        </w:tc>
      </w:tr>
      <w:tr>
        <w:tc>
          <w:tcPr>
            <w:tcW w:type="dxa" w:w="5213"/>
            <w:shd w:val="clear" w:color="auto" w:fill="EEF3F8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Échéance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[JJ/MM/AAAA]</w:t>
            </w:r>
          </w:p>
        </w:tc>
      </w:tr>
      <w:tr>
        <w:tc>
          <w:tcPr>
            <w:tcW w:type="dxa" w:w="5213"/>
            <w:shd w:val="clear" w:color="auto" w:fill="EEF3F8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Montant dû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[Montant] [€ / MAD]</w:t>
            </w:r>
          </w:p>
        </w:tc>
      </w:tr>
    </w:tbl>
    <w:p>
      <w:pPr>
        <w:spacing w:after="120"/>
      </w:pPr>
    </w:p>
    <w:p>
      <w:pPr>
        <w:spacing w:before="0" w:after="80" w:line="259" w:lineRule="auto"/>
      </w:pPr>
      <w:r>
        <w:t>Si vous contestez tout ou partie de la facture, merci d’adresser dans le même délai un courrier écrit et motivé, accompagné des justificatifs.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shd w:val="clear" w:color="auto" w:fill="F2F2F2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Mode de paiement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[Virement / Chèque / Lien de paiement]</w:t>
            </w:r>
          </w:p>
        </w:tc>
      </w:tr>
      <w:tr>
        <w:tc>
          <w:tcPr>
            <w:tcW w:type="dxa" w:w="5213"/>
            <w:shd w:val="clear" w:color="auto" w:fill="F2F2F2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IBAN / RIB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[IBAN / RIB]</w:t>
            </w:r>
          </w:p>
        </w:tc>
      </w:tr>
      <w:tr>
        <w:tc>
          <w:tcPr>
            <w:tcW w:type="dxa" w:w="5213"/>
            <w:shd w:val="clear" w:color="auto" w:fill="F2F2F2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b/>
                <w:sz w:val="20"/>
              </w:rPr>
              <w:t>Référence</w:t>
            </w:r>
          </w:p>
        </w:tc>
        <w:tc>
          <w:tcPr>
            <w:tcW w:type="dxa" w:w="521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vAlign w:val="center"/>
          </w:tcPr>
          <w:p>
            <w:pPr>
              <w:spacing w:before="0" w:after="0" w:line="240" w:lineRule="auto"/>
            </w:pPr>
            <w:r>
              <w:rPr>
                <w:sz w:val="20"/>
              </w:rPr>
              <w:t>Facture [XXX]</w:t>
            </w:r>
          </w:p>
        </w:tc>
      </w:tr>
    </w:tbl>
    <w:p>
      <w:pPr>
        <w:spacing w:after="120"/>
      </w:pPr>
    </w:p>
    <w:p>
      <w:pPr>
        <w:spacing w:before="0" w:after="160" w:line="259" w:lineRule="auto"/>
      </w:pPr>
      <w:r>
        <w:t>Veuillez agréer, Madame, Monsieur, l’expression de nos salutations distinguées.</w:t>
      </w:r>
    </w:p>
    <w:p>
      <w:pPr>
        <w:spacing w:before="40" w:after="40" w:line="259" w:lineRule="auto"/>
      </w:pPr>
      <w:r>
        <w:rPr>
          <w:b/>
        </w:rPr>
        <w:t>[Nom, fonction]</w:t>
        <w:br/>
      </w:r>
      <w:r>
        <w:t>[Signature]</w:t>
      </w:r>
    </w:p>
    <w:p>
      <w:pPr>
        <w:spacing w:before="40" w:after="0" w:line="259" w:lineRule="auto"/>
      </w:pPr>
      <w:r>
        <w:rPr>
          <w:color w:val="5A5A5A"/>
          <w:sz w:val="18"/>
        </w:rPr>
        <w:t>Pièces jointes : Facture + pièces justificatives + relances (si utile)</w:t>
      </w:r>
    </w:p>
    <w:sectPr w:rsidR="00FC693F" w:rsidRPr="0006063C" w:rsidSect="00034616">
      <w:footerReference w:type="default" r:id="rId9"/>
      <w:pgSz w:w="12240" w:h="15840"/>
      <w:pgMar w:top="850" w:right="907" w:bottom="68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