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1F4E7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FFFFFF"/>
                <w:sz w:val="28"/>
              </w:rPr>
              <w:t>Imprimables - Production d’écrits CE1 (15 exercices)</w:t>
            </w:r>
          </w:p>
        </w:tc>
      </w:tr>
    </w:tbl>
    <w:p>
      <w:pPr>
        <w:spacing w:before="200" w:after="120" w:line="276" w:lineRule="auto"/>
      </w:pPr>
      <w:r>
        <w:rPr>
          <w:rFonts w:ascii="Calibri" w:hAnsi="Calibri" w:eastAsia="Calibri"/>
          <w:b w:val="0"/>
          <w:color w:val="1F2D3D"/>
          <w:sz w:val="24"/>
        </w:rPr>
        <w:t>Fiches élèves imprimables + corrigés (exemples) - prêtes pour la classe</w:t>
      </w:r>
    </w:p>
    <w:p>
      <w:pPr>
        <w:spacing w:before="0" w:after="2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Conseil d’utilisation : 10 à 15 minutes par séance. Terminer par 2 minutes de relecture avec la ligne « Je vérifie ».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Partie 1 - Fiches élèves</w:t>
            </w:r>
          </w:p>
        </w:tc>
      </w:tr>
    </w:tbl>
    <w:p>
      <w:pPr>
        <w:spacing w:before="160" w:after="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Chaque fiche correspond à un exercice type. Vous pouvez les utiliser dans l’ordre ou piocher selon vos objectifs.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1 - Compléter une phrase pour qu’elle ait du sens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Complète chaque phrase avec un mot qui convient (verbe, nom ou adjectif).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Choisis un mot qui fait une phrase logique. Relis à voix basse pour vérifier.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Le chat __________ sur le canapé.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Dans la cour, je vois un(e) 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Le gâteau est __________.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2 - Deux phrases à partir d’un dessin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Dessine une scène (maison, parc, récréation). Puis écris 2 phrases qui racontent ton dessin.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Aide-mémo : Qui ? Où ? Que fait-il/elle ?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J’écris 2 phrases :</w:t>
      </w:r>
    </w:p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de dessin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tcBorders>
              <w:left w:val="single" w:sz="12" w:space="0" w:color="B7B7B7"/>
              <w:top w:val="single" w:sz="12" w:space="0" w:color="B7B7B7"/>
              <w:right w:val="single" w:sz="12" w:space="0" w:color="B7B7B7"/>
              <w:bottom w:val="single" w:sz="12" w:space="0" w:color="B7B7B7"/>
            </w:tcBorders>
          </w:tcPr>
          <w:p>
            <w:pPr>
              <w:spacing w:before="0" w:after="0" w:line="240" w:lineRule="auto"/>
            </w:pPr>
            <w:r/>
            <w:r>
              <w:br/>
              <w:br/>
              <w:br/>
              <w:br/>
              <w:br/>
              <w:br/>
              <w:br/>
              <w:br/>
              <w:br/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3 - Remettre les mots dans l’ordre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Remets les mots dans l’ordre pour former une phrase correcte. Ajoute la majuscule et le point.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Pense à l’ordre : Qui ? (sujet) - fait quoi ? (verbe) - quoi/où/quand ?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mange / Paul / une pomme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dans / nage / la piscine / Hugo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ce matin / Léa / chante / doucement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4 - Relier deux phrases (et / parce que)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Transforme chaque paire de phrases en une seule phrase en utilisant ET ou PARCE QUE.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ET = j’ajoute une action. PARCE QUE = j’explique une raison.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Je mets mon manteau. Il fait froid.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Le chien court. Il aboie.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Je range ma chambre. Je veux aider.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5 - Enrichir une phrase (adjectif + détail)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Réécris chaque phrase en ajoutant 1 adjectif et 1 détail (où/quand/comment).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Détails possibles : ce matin, dans le jardin, très vite, doucement, sous la pluie…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Un oiseau vole.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Un enfant court.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Le chat dort.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6 - Mini-texte avec une banque de mots (3 phrases)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Écris 3 phrases en utilisant au moins 5 mots de la liste.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Mots : le matin - l’école - courir - content - retrouver - copains - jouer - rire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Mon mini-texte (3 phrases) :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7 - Continuer une histoire (2 à 4 phrases)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Lis le début puis continue l’histoire en ajoutant 2 à 4 phrases.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Raconte une suite logique : qui ? où ? qu’est-ce qui arrive ? comment ça finit ?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Début : Ce matin, j’ai trouvé une petite clé dans ma poche…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Suite :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8 - Raconter en 3 étapes (début / problème / solution)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Écris 3 phrases : 1) début 2) problème 3) solution.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Tu peux utiliser : puis, soudain, enfin.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Début :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Problème : 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Solution : ______________________________________________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9 - Écrire au passé avec « Hier » (3 phrases)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Écris 3 phrases qui commencent par « Hier, … ». Raconte des actions simples.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Tu peux utiliser : j’ai… / je suis allé(e)… / j’ai joué / j’ai mangé / j’ai regardé…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Hier, ________________________________________________.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Hier, ________________________________________________.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Hier, ________________________________________________.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10 - Décrire un animal en 4 phrases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Décris ton animal préféré en 4 phrases : 1) lequel 2) couleur/taille 3) ce qu’il fait 4) pourquoi tu l’aimes.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Commence par : Mon animal préféré est…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1)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2)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3)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4) ________________________________________________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11 - Carte postale (5 lignes)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Écris une carte postale à un(e) ami(e) : lieu, météo, activité, émotion, au revoir.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Tu peux commencer par : Bonjour… / Coucou…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Destinataire : 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Bonjour ____________________________,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____________________________________________________________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____________________________________________________________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____________________________________________________________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À bientôt, ____________________________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12 - Dialogue (4 répliques)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Écris un mini-dialogue avec 4 répliques. Utilise les tirets.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Choisis un thème : demander un jeu, retrouver un objet, inviter, s’excuser…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________________________________________________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________________________________________________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13 - Expliquer un jeu (D’abord / Ensuite / Puis / Enfin)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Explique un jeu simple en 4 étapes. Utilise les mots : D’abord, Ensuite, Puis, Enfin.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Choisis un jeu : cache-cache, chat, marelle, ballon, cartes…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D’abord, ________________________________________________.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Ensuite, ________________________________________________.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Puis, ________________________________________________.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Enfin, ________________________________________________.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14 - Changer le point de vue (je -&gt; il/elle)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Réécris le texte en remplaçant JE par IL (ou ELLE).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Attention : mon -&gt; son, ma -&gt; sa, mes -&gt; ses.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Texte : Je prends mon cartable. Je marche vite. Je suis en retard.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Réécriture :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Exercice 15 - Petit texte (5 phrases) : la récréation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Nom et prénom : ____________________________</w:t>
            </w:r>
          </w:p>
        </w:tc>
        <w:tc>
          <w:tcPr>
            <w:tcW w:type="dxa" w:w="4989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8" w:space="0" w:color="B7B7B7"/>
            </w:tcBorders>
            <w:vAlign w:val="center"/>
          </w:tcPr>
          <w:p>
            <w:pPr>
              <w:spacing w:before="40" w:after="40" w:line="240" w:lineRule="auto"/>
            </w:pPr>
            <w:r>
              <w:rPr>
                <w:rFonts w:ascii="Calibri" w:hAnsi="Calibri" w:eastAsia="Calibri"/>
                <w:b w:val="0"/>
                <w:color w:val="1F2D3D"/>
                <w:sz w:val="20"/>
              </w:rPr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Consigne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Raconte un moment de récréation en 5 phrases : où, avec qui, action, événement, fin.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2F2F2"/>
            <w:tcBorders>
              <w:left w:val="single" w:sz="8" w:space="0" w:color="B7B7B7"/>
              <w:top w:val="single" w:sz="8" w:space="0" w:color="B7B7B7"/>
              <w:right w:val="single" w:sz="8" w:space="0" w:color="B7B7B7"/>
              <w:bottom w:val="nil" w:sz="6" w:space="0" w:color="000000"/>
            </w:tcBorders>
          </w:tcPr>
          <w:p>
            <w:pPr>
              <w:spacing w:before="80" w:after="40" w:line="240" w:lineRule="auto"/>
            </w:pPr>
            <w:r>
              <w:rPr>
                <w:rFonts w:ascii="Calibri" w:hAnsi="Calibri" w:eastAsia="Calibri"/>
                <w:b/>
                <w:color w:val="1F2D3D"/>
                <w:sz w:val="22"/>
              </w:rPr>
              <w:t>Aide</w:t>
            </w:r>
          </w:p>
        </w:tc>
      </w:tr>
      <w:tr>
        <w:tc>
          <w:tcPr>
            <w:tcW w:type="dxa" w:w="9978"/>
            <w:tcBorders>
              <w:left w:val="single" w:sz="8" w:space="0" w:color="B7B7B7"/>
              <w:top w:val="nil" w:sz="6" w:space="0" w:color="000000"/>
              <w:right w:val="single" w:sz="8" w:space="0" w:color="B7B7B7"/>
              <w:bottom w:val="single" w:sz="8" w:space="0" w:color="B7B7B7"/>
            </w:tcBorders>
          </w:tcPr>
          <w:p>
            <w:pPr>
              <w:spacing w:before="80" w:after="80" w:line="276" w:lineRule="auto"/>
              <w:jc w:val="left"/>
            </w:pPr>
            <w:r>
              <w:rPr>
                <w:rFonts w:ascii="Calibri" w:hAnsi="Calibri" w:eastAsia="Calibri"/>
                <w:b w:val="0"/>
                <w:color w:val="1F2D3D"/>
                <w:sz w:val="22"/>
              </w:rPr>
              <w:t>Tu peux utiliser : puis, soudain, ensuite, enfin.</w:t>
            </w:r>
          </w:p>
        </w:tc>
      </w:tr>
    </w:tbl>
    <w:p/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Travail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Écris tes 5 phrases :</w:t>
      </w:r>
    </w:p>
    <w:p>
      <w:pPr>
        <w:spacing w:before="120" w:after="80" w:line="240" w:lineRule="auto"/>
      </w:pPr>
      <w:r>
        <w:rPr>
          <w:rFonts w:ascii="Calibri" w:hAnsi="Calibri" w:eastAsia="Calibri"/>
          <w:b/>
          <w:color w:val="1F2D3D"/>
          <w:sz w:val="22"/>
        </w:rPr>
        <w:t>Espace d’écriture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  <w:tr>
        <w:tc>
          <w:tcPr>
            <w:tcW w:type="dxa" w:w="9978"/>
            <w:vAlign w:val="center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single" w:sz="6" w:space="0" w:color="B7B7B7"/>
            </w:tcBorders>
          </w:tcPr>
          <w:p>
            <w:pPr>
              <w:spacing w:before="0" w:after="0" w:line="240" w:lineRule="auto"/>
            </w:pPr>
            <w:r/>
            <w:r>
              <w:t xml:space="preserve"> </w:t>
            </w:r>
          </w:p>
        </w:tc>
      </w:tr>
    </w:tbl>
    <w:p>
      <w:pPr>
        <w:spacing w:before="120" w:after="0" w:line="240" w:lineRule="auto"/>
      </w:pPr>
      <w:r>
        <w:rPr>
          <w:rFonts w:ascii="Calibri" w:hAnsi="Calibri" w:eastAsia="Calibri"/>
          <w:b w:val="0"/>
          <w:color w:val="1F2D3D"/>
          <w:sz w:val="20"/>
        </w:rPr>
        <w:t>Je vérifie : ☐ Majuscule ☐ Point ☐ Mots séparés ☐ Ça a du sens ☐ Je relis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E2EFDA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Corrigés - Exemples de réponses (enseignant)</w:t>
            </w:r>
          </w:p>
        </w:tc>
      </w:tr>
    </w:tbl>
    <w:p>
      <w:pPr>
        <w:spacing w:before="200" w:after="20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Ces corrigés sont des exemples possibles. En production d’écrits, plusieurs réponses peuvent être acceptées si elles sont correctes et cohérentes.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- 1) Le chat dort sur le canapé.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- 2) Dans la cour, je vois un ballon.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- 3) Le gâteau est délicieux.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2 -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Au parc, Lina joue au ballon. Elle rit avec son frère.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3 -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- 1) Paul mange une pomme.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- 2) Hugo nage dans la piscine.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- 3) Léa chante doucement ce matin.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4 -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- 1) Je mets mon manteau parce qu’il fait froid.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- 2) Le chien court et il aboie.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- 3) Je range ma chambre parce que je veux aider.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5 -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Exemples : Un petit oiseau vole très haut ce matin. / Un enfant rapide court dans la cour. / Le chat gris dort sur le tapis.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6 -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Le matin, je vais à l’école. Je cours dans la cour, content. Je retrouve mes copains et nous rions.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7 -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Je ne savais pas d’où elle venait. À la récréation, je l’ai montrée à mon ami. Nous avons cherché une serrure et la clé a ouvert la boîte de jeux.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8 -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Tom part au marché. Il perd une pomme sur le chemin. Une dame le rattrape et lui rend la pomme.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9 -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Hier, j’ai joué au ballon. Hier, j’ai mangé une soupe. Hier, je suis allé chez ma grand-mère.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10 -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Mon animal préféré est le chat. Il est gris et blanc. Il dort beaucoup et joue avec une ficelle. Je l’aime parce qu’il est doux.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11 -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Bonjour Inès, je suis à la mer. Il fait chaud. Je nage et je construis un château de sable. Je suis très content. À bientôt !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12 -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- Tu viens jouer ? - Oui, j’arrive ! - On fait une partie de cache-cache ? - D’accord, je compte !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13 -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D’abord, on choisit celui qui compte. Ensuite, il ferme les yeux. Puis, les autres se cachent. Enfin, il cherche tout le monde.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14 -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Il prend son cartable. Il marche vite. Il est en retard.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F3F4F6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11827"/>
                <w:sz w:val="28"/>
              </w:rPr>
              <w:t>Exercice 15 - Corrigé (exemple)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- Exemple : Dans la cour, je suis avec Sara. Nous jouons à la marelle. Un ballon arrive près de nous. Je le rends au garçon. Ensuite, nous continuons à jouer.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vAlign w:val="center"/>
            <w:shd w:val="clear" w:color="auto" w:fill="D9E1F2"/>
            <w:tcBorders>
              <w:left w:val="nil" w:sz="6" w:space="0" w:color="000000"/>
              <w:top w:val="nil" w:sz="6" w:space="0" w:color="000000"/>
              <w:right w:val="nil" w:sz="6" w:space="0" w:color="000000"/>
              <w:bottom w:val="nil" w:sz="6" w:space="0" w:color="000000"/>
            </w:tcBorders>
          </w:tcPr>
          <w:p>
            <w:pPr>
              <w:spacing w:before="120" w:after="120" w:line="240" w:lineRule="auto"/>
              <w:jc w:val="left"/>
            </w:pPr>
            <w:r>
              <w:rPr>
                <w:rFonts w:ascii="Calibri" w:hAnsi="Calibri" w:eastAsia="Calibri"/>
                <w:b/>
                <w:color w:val="1F2D3D"/>
                <w:sz w:val="28"/>
              </w:rPr>
              <w:t>Mini-grille de relecture CE1</w:t>
            </w:r>
          </w:p>
        </w:tc>
      </w:tr>
    </w:tbl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Majuscule au début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Point à la fin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Mots séparés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Phrase compréhensible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J’ai relu au moins une fois</w:t>
      </w:r>
    </w:p>
    <w:p>
      <w:pPr>
        <w:spacing w:before="0" w:after="40" w:line="276" w:lineRule="auto"/>
      </w:pPr>
      <w:r>
        <w:rPr>
          <w:rFonts w:ascii="Calibri" w:hAnsi="Calibri" w:eastAsia="Calibri"/>
          <w:b w:val="0"/>
          <w:color w:val="1F2D3D"/>
          <w:sz w:val="22"/>
        </w:rPr>
        <w:t>☐ J’ai ajouté un détail (où / quand / comment) si possible</w:t>
      </w:r>
    </w:p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354" w:val="right"/>
      </w:tabs>
      <w:spacing w:before="0" w:after="0" w:line="240" w:lineRule="auto"/>
      <w:jc w:val="left"/>
    </w:pPr>
    <w:r>
      <w:rPr>
        <w:rFonts w:ascii="Calibri" w:hAnsi="Calibri" w:eastAsia="Calibri"/>
        <w:b w:val="0"/>
        <w:color w:val="6B7280"/>
        <w:sz w:val="18"/>
      </w:rPr>
    </w:r>
    <w:r>
      <w:rPr>
        <w:rFonts w:ascii="Calibri" w:hAnsi="Calibri" w:eastAsia="Calibri"/>
        <w:b w:val="0"/>
        <w:color w:val="6B7280"/>
        <w:sz w:val="18"/>
      </w:rPr>
      <w:t>lecoursgratuit.com</w:t>
    </w:r>
    <w:r>
      <w:rPr>
        <w:rFonts w:ascii="Calibri" w:hAnsi="Calibri" w:eastAsia="Calibri"/>
        <w:b w:val="0"/>
        <w:color w:val="6B7280"/>
        <w:sz w:val="18"/>
      </w:rPr>
      <w:tab/>
    </w:r>
    <w:r>
      <w:rPr>
        <w:rFonts w:ascii="Calibri" w:hAnsi="Calibri" w:eastAsia="Calibri"/>
        <w:b w:val="0"/>
        <w:color w:val="6B7280"/>
        <w:sz w:val="18"/>
      </w:rPr>
      <w:t xml:space="preserve">Page </w:t>
    </w:r>
    <w:r>
      <w:rPr>
        <w:rFonts w:ascii="Calibri" w:hAnsi="Calibri" w:eastAsia="Calibri"/>
        <w:b w:val="0"/>
        <w:color w:val="6B7280"/>
        <w:sz w:val="18"/>
      </w:rPr>
      <w:fldChar w:fldCharType="begin"/>
      <w:instrText xml:space="preserve">PAGE</w:instrText>
      <w:fldChar w:fldCharType="separate"/>
      <w:t>1</w:t>
      <w:fldChar w:fldCharType="end"/>
    </w:r>
    <w:r>
      <w:rPr>
        <w:rFonts w:ascii="Calibri" w:hAnsi="Calibri" w:eastAsia="Calibri"/>
        <w:b w:val="0"/>
        <w:color w:val="6B7280"/>
        <w:sz w:val="18"/>
      </w:rPr>
      <w:t xml:space="preserve"> / </w:t>
    </w:r>
    <w:r>
      <w:rPr>
        <w:rFonts w:ascii="Calibri" w:hAnsi="Calibri" w:eastAsia="Calibri"/>
        <w:b w:val="0"/>
        <w:color w:val="6B7280"/>
        <w:sz w:val="18"/>
      </w:rPr>
      <w:fldChar w:fldCharType="begin"/>
      <w:instrText xml:space="preserve">NUMPAGES</w:instrText>
      <w:fldChar w:fldCharType="separate"/>
      <w:t>1</w: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