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206"/>
      </w:tblGrid>
      <w:tr>
        <w:tc>
          <w:tcPr>
            <w:tcW w:type="dxa" w:w="10206"/>
            <w:shd w:val="clear" w:color="auto" w:fill="0B5D66"/>
            <w:tcMar>
              <w:top w:w="110" w:type="dxa"/>
              <w:bottom w:w="110" w:type="dxa"/>
              <w:left w:w="190" w:type="dxa"/>
              <w:right w:w="190" w:type="dxa"/>
            </w:tcMar>
          </w:tcPr>
          <w:p>
            <w:pPr>
              <w:pStyle w:val="LCG_Title"/>
              <w:jc w:val="left"/>
            </w:pPr>
            <w:r>
              <w:t>FICHE REUNION CONSOMMATEUR</w:t>
            </w:r>
          </w:p>
          <w:p>
            <w:pPr>
              <w:pStyle w:val="LCG_Subtitle"/>
              <w:jc w:val="left"/>
            </w:pPr>
            <w:r>
              <w:t>Compte rendu - retours, besoins, decisions &amp; actions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551"/>
        <w:gridCol w:w="2551"/>
        <w:gridCol w:w="2551"/>
        <w:gridCol w:w="2551"/>
      </w:tblGrid>
      <w:tr>
        <w:tc>
          <w:tcPr>
            <w:tcW w:type="dxa" w:w="2551"/>
            <w:tcMar>
              <w:top w:w="60" w:type="dxa"/>
              <w:bottom w:w="60" w:type="dxa"/>
              <w:left w:w="100" w:type="dxa"/>
              <w:right w:w="100" w:type="dxa"/>
            </w:tcMar>
            <w:shd w:val="clear" w:color="auto" w:fill="F2F4F7"/>
          </w:tcPr>
          <w:p>
            <w:r>
              <w:rPr>
                <w:b/>
                <w:color w:val="374151"/>
                <w:sz w:val="18"/>
              </w:rPr>
              <w:t>Date</w:t>
            </w:r>
          </w:p>
        </w:tc>
        <w:tc>
          <w:tcPr>
            <w:tcW w:type="dxa" w:w="2551"/>
            <w:tcMar>
              <w:top w:w="60" w:type="dxa"/>
              <w:bottom w:w="60" w:type="dxa"/>
              <w:left w:w="100" w:type="dxa"/>
              <w:right w:w="100" w:type="dxa"/>
            </w:tcMar>
            <w:shd w:val="clear" w:color="auto" w:fill="FFFFFF"/>
          </w:tcPr>
          <w:p>
            <w:r>
              <w:rPr>
                <w:color w:val="1F2937"/>
                <w:sz w:val="20"/>
              </w:rPr>
              <w:t>______/______/______</w:t>
            </w:r>
          </w:p>
        </w:tc>
        <w:tc>
          <w:tcPr>
            <w:tcW w:type="dxa" w:w="2551"/>
            <w:tcMar>
              <w:top w:w="60" w:type="dxa"/>
              <w:bottom w:w="60" w:type="dxa"/>
              <w:left w:w="100" w:type="dxa"/>
              <w:right w:w="100" w:type="dxa"/>
            </w:tcMar>
            <w:shd w:val="clear" w:color="auto" w:fill="F2F4F7"/>
          </w:tcPr>
          <w:p>
            <w:r>
              <w:rPr>
                <w:b/>
                <w:color w:val="374151"/>
                <w:sz w:val="18"/>
              </w:rPr>
              <w:t>Heure</w:t>
            </w:r>
          </w:p>
        </w:tc>
        <w:tc>
          <w:tcPr>
            <w:tcW w:type="dxa" w:w="2551"/>
            <w:tcMar>
              <w:top w:w="60" w:type="dxa"/>
              <w:bottom w:w="60" w:type="dxa"/>
              <w:left w:w="100" w:type="dxa"/>
              <w:right w:w="100" w:type="dxa"/>
            </w:tcMar>
            <w:shd w:val="clear" w:color="auto" w:fill="FFFFFF"/>
          </w:tcPr>
          <w:p>
            <w:r>
              <w:rPr>
                <w:color w:val="1F2937"/>
                <w:sz w:val="20"/>
              </w:rPr>
              <w:t>______:_____  a  _____:_____</w:t>
            </w:r>
          </w:p>
        </w:tc>
      </w:tr>
      <w:tr>
        <w:tc>
          <w:tcPr>
            <w:tcW w:type="dxa" w:w="2551"/>
            <w:tcMar>
              <w:top w:w="60" w:type="dxa"/>
              <w:bottom w:w="60" w:type="dxa"/>
              <w:left w:w="100" w:type="dxa"/>
              <w:right w:w="100" w:type="dxa"/>
            </w:tcMar>
            <w:shd w:val="clear" w:color="auto" w:fill="F2F4F7"/>
          </w:tcPr>
          <w:p>
            <w:r>
              <w:rPr>
                <w:b/>
                <w:color w:val="374151"/>
                <w:sz w:val="18"/>
              </w:rPr>
              <w:t>Lieu / visio</w:t>
            </w:r>
          </w:p>
        </w:tc>
        <w:tc>
          <w:tcPr>
            <w:tcW w:type="dxa" w:w="2551"/>
            <w:tcMar>
              <w:top w:w="60" w:type="dxa"/>
              <w:bottom w:w="60" w:type="dxa"/>
              <w:left w:w="100" w:type="dxa"/>
              <w:right w:w="100" w:type="dxa"/>
            </w:tcMar>
            <w:shd w:val="clear" w:color="auto" w:fill="FFFFFF"/>
          </w:tcPr>
          <w:p>
            <w:r>
              <w:rPr>
                <w:color w:val="1F2937"/>
                <w:sz w:val="20"/>
              </w:rPr>
              <w:t>__________________________________</w:t>
            </w:r>
          </w:p>
        </w:tc>
        <w:tc>
          <w:tcPr>
            <w:tcW w:type="dxa" w:w="2551"/>
            <w:tcMar>
              <w:top w:w="60" w:type="dxa"/>
              <w:bottom w:w="60" w:type="dxa"/>
              <w:left w:w="100" w:type="dxa"/>
              <w:right w:w="100" w:type="dxa"/>
            </w:tcMar>
            <w:shd w:val="clear" w:color="auto" w:fill="F2F4F7"/>
          </w:tcPr>
          <w:p>
            <w:r>
              <w:rPr>
                <w:b/>
                <w:color w:val="374151"/>
                <w:sz w:val="18"/>
              </w:rPr>
              <w:t>Animateur(trice)</w:t>
            </w:r>
          </w:p>
        </w:tc>
        <w:tc>
          <w:tcPr>
            <w:tcW w:type="dxa" w:w="2551"/>
            <w:tcMar>
              <w:top w:w="60" w:type="dxa"/>
              <w:bottom w:w="60" w:type="dxa"/>
              <w:left w:w="100" w:type="dxa"/>
              <w:right w:w="100" w:type="dxa"/>
            </w:tcMar>
            <w:shd w:val="clear" w:color="auto" w:fill="FFFFFF"/>
          </w:tcPr>
          <w:p>
            <w:r>
              <w:rPr>
                <w:color w:val="1F2937"/>
                <w:sz w:val="20"/>
              </w:rPr>
              <w:t>__________________________________</w:t>
            </w:r>
          </w:p>
        </w:tc>
      </w:tr>
      <w:tr>
        <w:tc>
          <w:tcPr>
            <w:tcW w:type="dxa" w:w="2551"/>
            <w:tcMar>
              <w:top w:w="60" w:type="dxa"/>
              <w:bottom w:w="60" w:type="dxa"/>
              <w:left w:w="100" w:type="dxa"/>
              <w:right w:w="100" w:type="dxa"/>
            </w:tcMar>
            <w:shd w:val="clear" w:color="auto" w:fill="F2F4F7"/>
          </w:tcPr>
          <w:p>
            <w:r>
              <w:rPr>
                <w:b/>
                <w:color w:val="374151"/>
                <w:sz w:val="18"/>
              </w:rPr>
              <w:t>Produit / service</w:t>
            </w:r>
          </w:p>
        </w:tc>
        <w:tc>
          <w:tcPr>
            <w:tcW w:type="dxa" w:w="2551"/>
            <w:tcMar>
              <w:top w:w="60" w:type="dxa"/>
              <w:bottom w:w="60" w:type="dxa"/>
              <w:left w:w="100" w:type="dxa"/>
              <w:right w:w="100" w:type="dxa"/>
            </w:tcMar>
            <w:shd w:val="clear" w:color="auto" w:fill="FFFFFF"/>
          </w:tcPr>
          <w:p>
            <w:r>
              <w:rPr>
                <w:color w:val="1F2937"/>
                <w:sz w:val="20"/>
              </w:rPr>
              <w:t>__________________________________</w:t>
            </w:r>
          </w:p>
        </w:tc>
        <w:tc>
          <w:tcPr>
            <w:tcW w:type="dxa" w:w="2551"/>
            <w:tcMar>
              <w:top w:w="60" w:type="dxa"/>
              <w:bottom w:w="60" w:type="dxa"/>
              <w:left w:w="100" w:type="dxa"/>
              <w:right w:w="100" w:type="dxa"/>
            </w:tcMar>
            <w:shd w:val="clear" w:color="auto" w:fill="F2F4F7"/>
          </w:tcPr>
          <w:p>
            <w:r>
              <w:rPr>
                <w:b/>
                <w:color w:val="374151"/>
                <w:sz w:val="18"/>
              </w:rPr>
              <w:t>Type de reunion</w:t>
            </w:r>
          </w:p>
        </w:tc>
        <w:tc>
          <w:tcPr>
            <w:tcW w:type="dxa" w:w="2551"/>
            <w:tcMar>
              <w:top w:w="60" w:type="dxa"/>
              <w:bottom w:w="60" w:type="dxa"/>
              <w:left w:w="100" w:type="dxa"/>
              <w:right w:w="100" w:type="dxa"/>
            </w:tcMar>
            <w:shd w:val="clear" w:color="auto" w:fill="FFFFFF"/>
          </w:tcPr>
          <w:p>
            <w:r>
              <w:rPr>
                <w:color w:val="1F2937"/>
                <w:sz w:val="20"/>
              </w:rPr>
              <w:t>☐ Focus group  ☐ Interview  ☐ Test produit  ☐ SAV / reclamations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206"/>
      </w:tblGrid>
      <w:tr>
        <w:tc>
          <w:tcPr>
            <w:tcW w:type="dxa" w:w="10206"/>
            <w:shd w:val="clear" w:color="auto" w:fill="E6F4F1"/>
            <w:tcMar>
              <w:top w:w="90" w:type="dxa"/>
              <w:bottom w:w="90" w:type="dxa"/>
              <w:left w:w="150" w:type="dxa"/>
              <w:right w:w="150" w:type="dxa"/>
            </w:tcMar>
          </w:tcPr>
          <w:p>
            <w:r>
              <w:rPr>
                <w:b/>
                <w:color w:val="0B5D66"/>
                <w:sz w:val="20"/>
              </w:rPr>
              <w:t xml:space="preserve">Note : </w:t>
            </w:r>
            <w:r>
              <w:t>En cas d'enregistrement audio/video ou de collecte d'identifiants, obtenir le consentement explicite et preciser l'usage des donnees.</w:t>
            </w:r>
          </w:p>
        </w:tc>
      </w:tr>
    </w:tbl>
    <w:p>
      <w:pPr>
        <w:pStyle w:val="LCG_H2"/>
      </w:pPr>
      <w:r>
        <w:t>1. Objectifs de la reunion</w:t>
      </w:r>
    </w:p>
    <w:p>
      <w:pPr>
        <w:spacing w:before="0" w:after="20"/>
      </w:pPr>
      <w:r>
        <w:rPr>
          <w:color w:val="6B7280"/>
          <w:sz w:val="20"/>
        </w:rPr>
        <w:t>____________________________________________________________________________________________</w:t>
      </w:r>
    </w:p>
    <w:p>
      <w:pPr>
        <w:spacing w:before="0" w:after="20"/>
      </w:pPr>
      <w:r>
        <w:rPr>
          <w:color w:val="6B7280"/>
          <w:sz w:val="20"/>
        </w:rPr>
        <w:t>____________________________________________________________________________________________</w:t>
      </w:r>
    </w:p>
    <w:p>
      <w:pPr>
        <w:pStyle w:val="LCG_H2"/>
      </w:pPr>
      <w:r>
        <w:t>2. Participants &amp; profil</w:t>
      </w:r>
    </w:p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6" w:space="0" w:color="D1D5DB"/>
          <w:left w:val="single" w:sz="6" w:space="0" w:color="D1D5DB"/>
          <w:bottom w:val="single" w:sz="6" w:space="0" w:color="D1D5DB"/>
          <w:right w:val="single" w:sz="6" w:space="0" w:color="D1D5DB"/>
          <w:insideH w:val="single" w:sz="6" w:space="0" w:color="D1D5DB"/>
          <w:insideV w:val="single" w:sz="6" w:space="0" w:color="D1D5DB"/>
        </w:tblBorders>
      </w:tblPr>
      <w:tblGrid>
        <w:gridCol w:w="2041"/>
        <w:gridCol w:w="2041"/>
        <w:gridCol w:w="2041"/>
        <w:gridCol w:w="2041"/>
        <w:gridCol w:w="2041"/>
      </w:tblGrid>
      <w:tr>
        <w:tc>
          <w:tcPr>
            <w:tcW w:type="dxa" w:w="2041"/>
            <w:shd w:val="clear" w:color="auto" w:fill="F2F4F7"/>
            <w:tcMar>
              <w:top w:w="60" w:type="dxa"/>
              <w:bottom w:w="60" w:type="dxa"/>
              <w:left w:w="80" w:type="dxa"/>
              <w:right w:w="80" w:type="dxa"/>
            </w:tcMar>
          </w:tcPr>
          <w:p>
            <w:r>
              <w:rPr>
                <w:b/>
                <w:color w:val="374151"/>
                <w:sz w:val="18"/>
              </w:rPr>
              <w:t>Nom / Pseudo</w:t>
            </w:r>
          </w:p>
        </w:tc>
        <w:tc>
          <w:tcPr>
            <w:tcW w:type="dxa" w:w="2041"/>
            <w:shd w:val="clear" w:color="auto" w:fill="F2F4F7"/>
            <w:tcMar>
              <w:top w:w="60" w:type="dxa"/>
              <w:bottom w:w="60" w:type="dxa"/>
              <w:left w:w="80" w:type="dxa"/>
              <w:right w:w="80" w:type="dxa"/>
            </w:tcMar>
          </w:tcPr>
          <w:p>
            <w:r>
              <w:rPr>
                <w:b/>
                <w:color w:val="374151"/>
                <w:sz w:val="18"/>
              </w:rPr>
              <w:t>Profil (age, usage, segment)</w:t>
            </w:r>
          </w:p>
        </w:tc>
        <w:tc>
          <w:tcPr>
            <w:tcW w:type="dxa" w:w="2041"/>
            <w:shd w:val="clear" w:color="auto" w:fill="F2F4F7"/>
            <w:tcMar>
              <w:top w:w="60" w:type="dxa"/>
              <w:bottom w:w="60" w:type="dxa"/>
              <w:left w:w="80" w:type="dxa"/>
              <w:right w:w="80" w:type="dxa"/>
            </w:tcMar>
          </w:tcPr>
          <w:p>
            <w:r>
              <w:rPr>
                <w:b/>
                <w:color w:val="374151"/>
                <w:sz w:val="18"/>
              </w:rPr>
              <w:t>Canal (client/prospect)</w:t>
            </w:r>
          </w:p>
        </w:tc>
        <w:tc>
          <w:tcPr>
            <w:tcW w:type="dxa" w:w="2041"/>
            <w:shd w:val="clear" w:color="auto" w:fill="F2F4F7"/>
            <w:tcMar>
              <w:top w:w="60" w:type="dxa"/>
              <w:bottom w:w="60" w:type="dxa"/>
              <w:left w:w="80" w:type="dxa"/>
              <w:right w:w="80" w:type="dxa"/>
            </w:tcMar>
          </w:tcPr>
          <w:p>
            <w:r>
              <w:rPr>
                <w:b/>
                <w:color w:val="374151"/>
                <w:sz w:val="18"/>
              </w:rPr>
              <w:t>Consentement (O/N)</w:t>
            </w:r>
          </w:p>
        </w:tc>
        <w:tc>
          <w:tcPr>
            <w:tcW w:type="dxa" w:w="2041"/>
            <w:shd w:val="clear" w:color="auto" w:fill="F2F4F7"/>
            <w:tcMar>
              <w:top w:w="60" w:type="dxa"/>
              <w:bottom w:w="60" w:type="dxa"/>
              <w:left w:w="80" w:type="dxa"/>
              <w:right w:w="80" w:type="dxa"/>
            </w:tcMar>
          </w:tcPr>
          <w:p>
            <w:r>
              <w:rPr>
                <w:b/>
                <w:color w:val="374151"/>
                <w:sz w:val="18"/>
              </w:rPr>
              <w:t>Observations</w:t>
            </w:r>
          </w:p>
        </w:tc>
      </w:tr>
      <w:tr>
        <w:tc>
          <w:tcPr>
            <w:tcW w:type="dxa" w:w="2041"/>
            <w:tcMar>
              <w:top w:w="85" w:type="dxa"/>
              <w:bottom w:w="85" w:type="dxa"/>
              <w:left w:w="80" w:type="dxa"/>
              <w:right w:w="80" w:type="dxa"/>
            </w:tcMar>
          </w:tcPr>
          <w:p>
            <w:r>
              <w:t xml:space="preserve"> </w:t>
            </w:r>
            <w:r>
              <w:rPr>
                <w:color w:val="9CA3AF"/>
                <w:sz w:val="18"/>
              </w:rPr>
              <w:t>________________</w:t>
            </w:r>
          </w:p>
        </w:tc>
        <w:tc>
          <w:tcPr>
            <w:tcW w:type="dxa" w:w="2041"/>
            <w:tcMar>
              <w:top w:w="85" w:type="dxa"/>
              <w:bottom w:w="85" w:type="dxa"/>
              <w:left w:w="80" w:type="dxa"/>
              <w:right w:w="80" w:type="dxa"/>
            </w:tcMar>
          </w:tcPr>
          <w:p>
            <w:r>
              <w:t xml:space="preserve"> </w:t>
            </w:r>
            <w:r>
              <w:rPr>
                <w:color w:val="9CA3AF"/>
                <w:sz w:val="18"/>
              </w:rPr>
              <w:t>______________________________</w:t>
            </w:r>
          </w:p>
        </w:tc>
        <w:tc>
          <w:tcPr>
            <w:tcW w:type="dxa" w:w="2041"/>
            <w:tcMar>
              <w:top w:w="85" w:type="dxa"/>
              <w:bottom w:w="85" w:type="dxa"/>
              <w:left w:w="80" w:type="dxa"/>
              <w:right w:w="80" w:type="dxa"/>
            </w:tcMar>
          </w:tcPr>
          <w:p>
            <w:r>
              <w:t xml:space="preserve"> </w:t>
            </w:r>
            <w:r>
              <w:rPr>
                <w:color w:val="9CA3AF"/>
                <w:sz w:val="18"/>
              </w:rPr>
              <w:t>________________</w:t>
            </w:r>
          </w:p>
        </w:tc>
        <w:tc>
          <w:tcPr>
            <w:tcW w:type="dxa" w:w="2041"/>
            <w:tcMar>
              <w:top w:w="85" w:type="dxa"/>
              <w:bottom w:w="85" w:type="dxa"/>
              <w:left w:w="80" w:type="dxa"/>
              <w:right w:w="80" w:type="dxa"/>
            </w:tcMar>
          </w:tcPr>
          <w:p>
            <w:r>
              <w:t xml:space="preserve"> </w:t>
            </w:r>
            <w:r>
              <w:rPr>
                <w:color w:val="9CA3AF"/>
                <w:sz w:val="18"/>
              </w:rPr>
              <w:t>________________</w:t>
            </w:r>
          </w:p>
        </w:tc>
        <w:tc>
          <w:tcPr>
            <w:tcW w:type="dxa" w:w="2041"/>
            <w:tcMar>
              <w:top w:w="85" w:type="dxa"/>
              <w:bottom w:w="85" w:type="dxa"/>
              <w:left w:w="80" w:type="dxa"/>
              <w:right w:w="80" w:type="dxa"/>
            </w:tcMar>
          </w:tcPr>
          <w:p>
            <w:r>
              <w:t xml:space="preserve"> </w:t>
            </w:r>
            <w:r>
              <w:rPr>
                <w:color w:val="9CA3AF"/>
                <w:sz w:val="18"/>
              </w:rPr>
              <w:t>______________________________</w:t>
            </w:r>
          </w:p>
        </w:tc>
      </w:tr>
      <w:tr>
        <w:tc>
          <w:tcPr>
            <w:tcW w:type="dxa" w:w="2041"/>
            <w:tcMar>
              <w:top w:w="85" w:type="dxa"/>
              <w:bottom w:w="85" w:type="dxa"/>
              <w:left w:w="80" w:type="dxa"/>
              <w:right w:w="80" w:type="dxa"/>
            </w:tcMar>
          </w:tcPr>
          <w:p>
            <w:r>
              <w:t xml:space="preserve"> </w:t>
            </w:r>
            <w:r>
              <w:rPr>
                <w:color w:val="9CA3AF"/>
                <w:sz w:val="18"/>
              </w:rPr>
              <w:t>________________</w:t>
            </w:r>
          </w:p>
        </w:tc>
        <w:tc>
          <w:tcPr>
            <w:tcW w:type="dxa" w:w="2041"/>
            <w:tcMar>
              <w:top w:w="85" w:type="dxa"/>
              <w:bottom w:w="85" w:type="dxa"/>
              <w:left w:w="80" w:type="dxa"/>
              <w:right w:w="80" w:type="dxa"/>
            </w:tcMar>
          </w:tcPr>
          <w:p>
            <w:r>
              <w:t xml:space="preserve"> </w:t>
            </w:r>
            <w:r>
              <w:rPr>
                <w:color w:val="9CA3AF"/>
                <w:sz w:val="18"/>
              </w:rPr>
              <w:t>______________________________</w:t>
            </w:r>
          </w:p>
        </w:tc>
        <w:tc>
          <w:tcPr>
            <w:tcW w:type="dxa" w:w="2041"/>
            <w:tcMar>
              <w:top w:w="85" w:type="dxa"/>
              <w:bottom w:w="85" w:type="dxa"/>
              <w:left w:w="80" w:type="dxa"/>
              <w:right w:w="80" w:type="dxa"/>
            </w:tcMar>
          </w:tcPr>
          <w:p>
            <w:r>
              <w:t xml:space="preserve"> </w:t>
            </w:r>
            <w:r>
              <w:rPr>
                <w:color w:val="9CA3AF"/>
                <w:sz w:val="18"/>
              </w:rPr>
              <w:t>________________</w:t>
            </w:r>
          </w:p>
        </w:tc>
        <w:tc>
          <w:tcPr>
            <w:tcW w:type="dxa" w:w="2041"/>
            <w:tcMar>
              <w:top w:w="85" w:type="dxa"/>
              <w:bottom w:w="85" w:type="dxa"/>
              <w:left w:w="80" w:type="dxa"/>
              <w:right w:w="80" w:type="dxa"/>
            </w:tcMar>
          </w:tcPr>
          <w:p>
            <w:r>
              <w:t xml:space="preserve"> </w:t>
            </w:r>
            <w:r>
              <w:rPr>
                <w:color w:val="9CA3AF"/>
                <w:sz w:val="18"/>
              </w:rPr>
              <w:t>________________</w:t>
            </w:r>
          </w:p>
        </w:tc>
        <w:tc>
          <w:tcPr>
            <w:tcW w:type="dxa" w:w="2041"/>
            <w:tcMar>
              <w:top w:w="85" w:type="dxa"/>
              <w:bottom w:w="85" w:type="dxa"/>
              <w:left w:w="80" w:type="dxa"/>
              <w:right w:w="80" w:type="dxa"/>
            </w:tcMar>
          </w:tcPr>
          <w:p>
            <w:r>
              <w:t xml:space="preserve"> </w:t>
            </w:r>
            <w:r>
              <w:rPr>
                <w:color w:val="9CA3AF"/>
                <w:sz w:val="18"/>
              </w:rPr>
              <w:t>______________________________</w:t>
            </w:r>
          </w:p>
        </w:tc>
      </w:tr>
      <w:tr>
        <w:tc>
          <w:tcPr>
            <w:tcW w:type="dxa" w:w="2041"/>
            <w:tcMar>
              <w:top w:w="85" w:type="dxa"/>
              <w:bottom w:w="85" w:type="dxa"/>
              <w:left w:w="80" w:type="dxa"/>
              <w:right w:w="80" w:type="dxa"/>
            </w:tcMar>
          </w:tcPr>
          <w:p>
            <w:r>
              <w:t xml:space="preserve"> </w:t>
            </w:r>
            <w:r>
              <w:rPr>
                <w:color w:val="9CA3AF"/>
                <w:sz w:val="18"/>
              </w:rPr>
              <w:t>________________</w:t>
            </w:r>
          </w:p>
        </w:tc>
        <w:tc>
          <w:tcPr>
            <w:tcW w:type="dxa" w:w="2041"/>
            <w:tcMar>
              <w:top w:w="85" w:type="dxa"/>
              <w:bottom w:w="85" w:type="dxa"/>
              <w:left w:w="80" w:type="dxa"/>
              <w:right w:w="80" w:type="dxa"/>
            </w:tcMar>
          </w:tcPr>
          <w:p>
            <w:r>
              <w:t xml:space="preserve"> </w:t>
            </w:r>
            <w:r>
              <w:rPr>
                <w:color w:val="9CA3AF"/>
                <w:sz w:val="18"/>
              </w:rPr>
              <w:t>______________________________</w:t>
            </w:r>
          </w:p>
        </w:tc>
        <w:tc>
          <w:tcPr>
            <w:tcW w:type="dxa" w:w="2041"/>
            <w:tcMar>
              <w:top w:w="85" w:type="dxa"/>
              <w:bottom w:w="85" w:type="dxa"/>
              <w:left w:w="80" w:type="dxa"/>
              <w:right w:w="80" w:type="dxa"/>
            </w:tcMar>
          </w:tcPr>
          <w:p>
            <w:r>
              <w:t xml:space="preserve"> </w:t>
            </w:r>
            <w:r>
              <w:rPr>
                <w:color w:val="9CA3AF"/>
                <w:sz w:val="18"/>
              </w:rPr>
              <w:t>________________</w:t>
            </w:r>
          </w:p>
        </w:tc>
        <w:tc>
          <w:tcPr>
            <w:tcW w:type="dxa" w:w="2041"/>
            <w:tcMar>
              <w:top w:w="85" w:type="dxa"/>
              <w:bottom w:w="85" w:type="dxa"/>
              <w:left w:w="80" w:type="dxa"/>
              <w:right w:w="80" w:type="dxa"/>
            </w:tcMar>
          </w:tcPr>
          <w:p>
            <w:r>
              <w:t xml:space="preserve"> </w:t>
            </w:r>
            <w:r>
              <w:rPr>
                <w:color w:val="9CA3AF"/>
                <w:sz w:val="18"/>
              </w:rPr>
              <w:t>________________</w:t>
            </w:r>
          </w:p>
        </w:tc>
        <w:tc>
          <w:tcPr>
            <w:tcW w:type="dxa" w:w="2041"/>
            <w:tcMar>
              <w:top w:w="85" w:type="dxa"/>
              <w:bottom w:w="85" w:type="dxa"/>
              <w:left w:w="80" w:type="dxa"/>
              <w:right w:w="80" w:type="dxa"/>
            </w:tcMar>
          </w:tcPr>
          <w:p>
            <w:r>
              <w:t xml:space="preserve"> </w:t>
            </w:r>
            <w:r>
              <w:rPr>
                <w:color w:val="9CA3AF"/>
                <w:sz w:val="18"/>
              </w:rPr>
              <w:t>______________________________</w:t>
            </w:r>
          </w:p>
        </w:tc>
      </w:tr>
    </w:tbl>
    <w:p/>
    <w:p>
      <w:pPr>
        <w:pStyle w:val="LCG_H2"/>
      </w:pPr>
      <w:r>
        <w:t>3. Agenda / deroule</w:t>
      </w:r>
    </w:p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6" w:space="0" w:color="D1D5DB"/>
          <w:left w:val="single" w:sz="6" w:space="0" w:color="D1D5DB"/>
          <w:bottom w:val="single" w:sz="6" w:space="0" w:color="D1D5DB"/>
          <w:right w:val="single" w:sz="6" w:space="0" w:color="D1D5DB"/>
          <w:insideH w:val="single" w:sz="6" w:space="0" w:color="D1D5DB"/>
          <w:insideV w:val="single" w:sz="6" w:space="0" w:color="D1D5DB"/>
        </w:tblBorders>
      </w:tblPr>
      <w:tblGrid>
        <w:gridCol w:w="3402"/>
        <w:gridCol w:w="3402"/>
        <w:gridCol w:w="3402"/>
      </w:tblGrid>
      <w:tr>
        <w:tc>
          <w:tcPr>
            <w:tcW w:type="dxa" w:w="3402"/>
            <w:shd w:val="clear" w:color="auto" w:fill="F2F4F7"/>
            <w:tcMar>
              <w:top w:w="60" w:type="dxa"/>
              <w:bottom w:w="60" w:type="dxa"/>
              <w:left w:w="80" w:type="dxa"/>
              <w:right w:w="80" w:type="dxa"/>
            </w:tcMar>
          </w:tcPr>
          <w:p>
            <w:r>
              <w:rPr>
                <w:b/>
                <w:color w:val="374151"/>
                <w:sz w:val="18"/>
              </w:rPr>
              <w:t>Horaire</w:t>
            </w:r>
          </w:p>
        </w:tc>
        <w:tc>
          <w:tcPr>
            <w:tcW w:type="dxa" w:w="3402"/>
            <w:shd w:val="clear" w:color="auto" w:fill="F2F4F7"/>
            <w:tcMar>
              <w:top w:w="60" w:type="dxa"/>
              <w:bottom w:w="60" w:type="dxa"/>
              <w:left w:w="80" w:type="dxa"/>
              <w:right w:w="80" w:type="dxa"/>
            </w:tcMar>
          </w:tcPr>
          <w:p>
            <w:r>
              <w:rPr>
                <w:b/>
                <w:color w:val="374151"/>
                <w:sz w:val="18"/>
              </w:rPr>
              <w:t>Sujet</w:t>
            </w:r>
          </w:p>
        </w:tc>
        <w:tc>
          <w:tcPr>
            <w:tcW w:type="dxa" w:w="3402"/>
            <w:shd w:val="clear" w:color="auto" w:fill="F2F4F7"/>
            <w:tcMar>
              <w:top w:w="60" w:type="dxa"/>
              <w:bottom w:w="60" w:type="dxa"/>
              <w:left w:w="80" w:type="dxa"/>
              <w:right w:w="80" w:type="dxa"/>
            </w:tcMar>
          </w:tcPr>
          <w:p>
            <w:r>
              <w:rPr>
                <w:b/>
                <w:color w:val="374151"/>
                <w:sz w:val="18"/>
              </w:rPr>
              <w:t>Notes / verbatim</w:t>
            </w:r>
          </w:p>
        </w:tc>
      </w:tr>
      <w:tr>
        <w:tc>
          <w:tcPr>
            <w:tcW w:type="dxa" w:w="3402"/>
            <w:tcMar>
              <w:top w:w="80" w:type="dxa"/>
              <w:bottom w:w="80" w:type="dxa"/>
              <w:left w:w="80" w:type="dxa"/>
              <w:right w:w="80" w:type="dxa"/>
            </w:tcMar>
          </w:tcPr>
          <w:p>
            <w:r>
              <w:t xml:space="preserve"> </w:t>
            </w:r>
            <w:r>
              <w:rPr>
                <w:color w:val="9CA3AF"/>
                <w:sz w:val="18"/>
              </w:rPr>
              <w:t>__________</w:t>
            </w:r>
          </w:p>
        </w:tc>
        <w:tc>
          <w:tcPr>
            <w:tcW w:type="dxa" w:w="3402"/>
            <w:tcMar>
              <w:top w:w="80" w:type="dxa"/>
              <w:bottom w:w="80" w:type="dxa"/>
              <w:left w:w="80" w:type="dxa"/>
              <w:right w:w="80" w:type="dxa"/>
            </w:tcMar>
          </w:tcPr>
          <w:p>
            <w:r>
              <w:t xml:space="preserve"> </w:t>
            </w:r>
            <w:r>
              <w:rPr>
                <w:color w:val="9CA3AF"/>
                <w:sz w:val="18"/>
              </w:rPr>
              <w:t>______________________________</w:t>
            </w:r>
          </w:p>
        </w:tc>
        <w:tc>
          <w:tcPr>
            <w:tcW w:type="dxa" w:w="3402"/>
            <w:tcMar>
              <w:top w:w="80" w:type="dxa"/>
              <w:bottom w:w="80" w:type="dxa"/>
              <w:left w:w="80" w:type="dxa"/>
              <w:right w:w="80" w:type="dxa"/>
            </w:tcMar>
          </w:tcPr>
          <w:p>
            <w:r>
              <w:t xml:space="preserve"> </w:t>
            </w:r>
            <w:r>
              <w:rPr>
                <w:color w:val="9CA3AF"/>
                <w:sz w:val="18"/>
              </w:rPr>
              <w:t>______________________________</w:t>
            </w:r>
          </w:p>
        </w:tc>
      </w:tr>
      <w:tr>
        <w:tc>
          <w:tcPr>
            <w:tcW w:type="dxa" w:w="3402"/>
            <w:tcMar>
              <w:top w:w="80" w:type="dxa"/>
              <w:bottom w:w="80" w:type="dxa"/>
              <w:left w:w="80" w:type="dxa"/>
              <w:right w:w="80" w:type="dxa"/>
            </w:tcMar>
          </w:tcPr>
          <w:p>
            <w:r>
              <w:t xml:space="preserve"> </w:t>
            </w:r>
            <w:r>
              <w:rPr>
                <w:color w:val="9CA3AF"/>
                <w:sz w:val="18"/>
              </w:rPr>
              <w:t>__________</w:t>
            </w:r>
          </w:p>
        </w:tc>
        <w:tc>
          <w:tcPr>
            <w:tcW w:type="dxa" w:w="3402"/>
            <w:tcMar>
              <w:top w:w="80" w:type="dxa"/>
              <w:bottom w:w="80" w:type="dxa"/>
              <w:left w:w="80" w:type="dxa"/>
              <w:right w:w="80" w:type="dxa"/>
            </w:tcMar>
          </w:tcPr>
          <w:p>
            <w:r>
              <w:t xml:space="preserve"> </w:t>
            </w:r>
            <w:r>
              <w:rPr>
                <w:color w:val="9CA3AF"/>
                <w:sz w:val="18"/>
              </w:rPr>
              <w:t>______________________________</w:t>
            </w:r>
          </w:p>
        </w:tc>
        <w:tc>
          <w:tcPr>
            <w:tcW w:type="dxa" w:w="3402"/>
            <w:tcMar>
              <w:top w:w="80" w:type="dxa"/>
              <w:bottom w:w="80" w:type="dxa"/>
              <w:left w:w="80" w:type="dxa"/>
              <w:right w:w="80" w:type="dxa"/>
            </w:tcMar>
          </w:tcPr>
          <w:p>
            <w:r>
              <w:t xml:space="preserve"> </w:t>
            </w:r>
            <w:r>
              <w:rPr>
                <w:color w:val="9CA3AF"/>
                <w:sz w:val="18"/>
              </w:rPr>
              <w:t>______________________________</w:t>
            </w:r>
          </w:p>
        </w:tc>
      </w:tr>
      <w:tr>
        <w:tc>
          <w:tcPr>
            <w:tcW w:type="dxa" w:w="3402"/>
            <w:tcMar>
              <w:top w:w="80" w:type="dxa"/>
              <w:bottom w:w="80" w:type="dxa"/>
              <w:left w:w="80" w:type="dxa"/>
              <w:right w:w="80" w:type="dxa"/>
            </w:tcMar>
          </w:tcPr>
          <w:p>
            <w:r>
              <w:t xml:space="preserve"> </w:t>
            </w:r>
            <w:r>
              <w:rPr>
                <w:color w:val="9CA3AF"/>
                <w:sz w:val="18"/>
              </w:rPr>
              <w:t>__________</w:t>
            </w:r>
          </w:p>
        </w:tc>
        <w:tc>
          <w:tcPr>
            <w:tcW w:type="dxa" w:w="3402"/>
            <w:tcMar>
              <w:top w:w="80" w:type="dxa"/>
              <w:bottom w:w="80" w:type="dxa"/>
              <w:left w:w="80" w:type="dxa"/>
              <w:right w:w="80" w:type="dxa"/>
            </w:tcMar>
          </w:tcPr>
          <w:p>
            <w:r>
              <w:t xml:space="preserve"> </w:t>
            </w:r>
            <w:r>
              <w:rPr>
                <w:color w:val="9CA3AF"/>
                <w:sz w:val="18"/>
              </w:rPr>
              <w:t>______________________________</w:t>
            </w:r>
          </w:p>
        </w:tc>
        <w:tc>
          <w:tcPr>
            <w:tcW w:type="dxa" w:w="3402"/>
            <w:tcMar>
              <w:top w:w="80" w:type="dxa"/>
              <w:bottom w:w="80" w:type="dxa"/>
              <w:left w:w="80" w:type="dxa"/>
              <w:right w:w="80" w:type="dxa"/>
            </w:tcMar>
          </w:tcPr>
          <w:p>
            <w:r>
              <w:t xml:space="preserve"> </w:t>
            </w:r>
            <w:r>
              <w:rPr>
                <w:color w:val="9CA3AF"/>
                <w:sz w:val="18"/>
              </w:rPr>
              <w:t>______________________________</w:t>
            </w:r>
          </w:p>
        </w:tc>
      </w:tr>
      <w:tr>
        <w:tc>
          <w:tcPr>
            <w:tcW w:type="dxa" w:w="3402"/>
            <w:tcMar>
              <w:top w:w="80" w:type="dxa"/>
              <w:bottom w:w="80" w:type="dxa"/>
              <w:left w:w="80" w:type="dxa"/>
              <w:right w:w="80" w:type="dxa"/>
            </w:tcMar>
          </w:tcPr>
          <w:p>
            <w:r>
              <w:t xml:space="preserve"> </w:t>
            </w:r>
            <w:r>
              <w:rPr>
                <w:color w:val="9CA3AF"/>
                <w:sz w:val="18"/>
              </w:rPr>
              <w:t>__________</w:t>
            </w:r>
          </w:p>
        </w:tc>
        <w:tc>
          <w:tcPr>
            <w:tcW w:type="dxa" w:w="3402"/>
            <w:tcMar>
              <w:top w:w="80" w:type="dxa"/>
              <w:bottom w:w="80" w:type="dxa"/>
              <w:left w:w="80" w:type="dxa"/>
              <w:right w:w="80" w:type="dxa"/>
            </w:tcMar>
          </w:tcPr>
          <w:p>
            <w:r>
              <w:t xml:space="preserve"> </w:t>
            </w:r>
            <w:r>
              <w:rPr>
                <w:color w:val="9CA3AF"/>
                <w:sz w:val="18"/>
              </w:rPr>
              <w:t>______________________________</w:t>
            </w:r>
          </w:p>
        </w:tc>
        <w:tc>
          <w:tcPr>
            <w:tcW w:type="dxa" w:w="3402"/>
            <w:tcMar>
              <w:top w:w="80" w:type="dxa"/>
              <w:bottom w:w="80" w:type="dxa"/>
              <w:left w:w="80" w:type="dxa"/>
              <w:right w:w="80" w:type="dxa"/>
            </w:tcMar>
          </w:tcPr>
          <w:p>
            <w:r>
              <w:t xml:space="preserve"> </w:t>
            </w:r>
            <w:r>
              <w:rPr>
                <w:color w:val="9CA3AF"/>
                <w:sz w:val="18"/>
              </w:rPr>
              <w:t>______________________________</w:t>
            </w:r>
          </w:p>
        </w:tc>
      </w:tr>
    </w:tbl>
    <w:p/>
    <w:p>
      <w:pPr>
        <w:pStyle w:val="LCG_H2"/>
      </w:pPr>
      <w:r>
        <w:t>4. Synthese des retours</w:t>
      </w:r>
    </w:p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6" w:space="0" w:color="D1D5DB"/>
          <w:left w:val="single" w:sz="6" w:space="0" w:color="D1D5DB"/>
          <w:bottom w:val="single" w:sz="6" w:space="0" w:color="D1D5DB"/>
          <w:right w:val="single" w:sz="6" w:space="0" w:color="D1D5DB"/>
          <w:insideH w:val="single" w:sz="6" w:space="0" w:color="D1D5DB"/>
          <w:insideV w:val="single" w:sz="6" w:space="0" w:color="D1D5DB"/>
        </w:tblBorders>
      </w:tblPr>
      <w:tblGrid>
        <w:gridCol w:w="3402"/>
        <w:gridCol w:w="3402"/>
        <w:gridCol w:w="3402"/>
      </w:tblGrid>
      <w:tr>
        <w:tc>
          <w:tcPr>
            <w:tcW w:type="dxa" w:w="3402"/>
            <w:shd w:val="clear" w:color="auto" w:fill="F2F4F7"/>
            <w:tcMar>
              <w:top w:w="60" w:type="dxa"/>
              <w:bottom w:w="60" w:type="dxa"/>
              <w:left w:w="80" w:type="dxa"/>
              <w:right w:w="80" w:type="dxa"/>
            </w:tcMar>
          </w:tcPr>
          <w:p>
            <w:r>
              <w:rPr>
                <w:b/>
                <w:color w:val="374151"/>
                <w:sz w:val="18"/>
              </w:rPr>
              <w:t>Points apprecies</w:t>
            </w:r>
          </w:p>
        </w:tc>
        <w:tc>
          <w:tcPr>
            <w:tcW w:type="dxa" w:w="3402"/>
            <w:shd w:val="clear" w:color="auto" w:fill="F2F4F7"/>
            <w:tcMar>
              <w:top w:w="60" w:type="dxa"/>
              <w:bottom w:w="60" w:type="dxa"/>
              <w:left w:w="80" w:type="dxa"/>
              <w:right w:w="80" w:type="dxa"/>
            </w:tcMar>
          </w:tcPr>
          <w:p>
            <w:r>
              <w:rPr>
                <w:b/>
                <w:color w:val="374151"/>
                <w:sz w:val="18"/>
              </w:rPr>
              <w:t>Points a ameliorer</w:t>
            </w:r>
          </w:p>
        </w:tc>
        <w:tc>
          <w:tcPr>
            <w:tcW w:type="dxa" w:w="3402"/>
            <w:shd w:val="clear" w:color="auto" w:fill="F2F4F7"/>
            <w:tcMar>
              <w:top w:w="60" w:type="dxa"/>
              <w:bottom w:w="60" w:type="dxa"/>
              <w:left w:w="80" w:type="dxa"/>
              <w:right w:w="80" w:type="dxa"/>
            </w:tcMar>
          </w:tcPr>
          <w:p>
            <w:r>
              <w:rPr>
                <w:b/>
                <w:color w:val="374151"/>
                <w:sz w:val="18"/>
              </w:rPr>
              <w:t>Irritants majeurs</w:t>
            </w:r>
          </w:p>
        </w:tc>
      </w:tr>
      <w:tr>
        <w:tc>
          <w:tcPr>
            <w:tcW w:type="dxa" w:w="3402"/>
            <w:tcMar>
              <w:top w:w="120" w:type="dxa"/>
              <w:bottom w:w="120" w:type="dxa"/>
              <w:left w:w="80" w:type="dxa"/>
              <w:right w:w="80" w:type="dxa"/>
            </w:tcMar>
          </w:tcPr>
          <w:p>
            <w:r>
              <w:t xml:space="preserve"> </w:t>
            </w:r>
            <w:r>
              <w:rPr>
                <w:color w:val="9CA3AF"/>
                <w:sz w:val="18"/>
              </w:rPr>
              <w:t>______________________________</w:t>
              <w:br/>
              <w:t>______________________________</w:t>
            </w:r>
          </w:p>
        </w:tc>
        <w:tc>
          <w:tcPr>
            <w:tcW w:type="dxa" w:w="3402"/>
            <w:tcMar>
              <w:top w:w="120" w:type="dxa"/>
              <w:bottom w:w="120" w:type="dxa"/>
              <w:left w:w="80" w:type="dxa"/>
              <w:right w:w="80" w:type="dxa"/>
            </w:tcMar>
          </w:tcPr>
          <w:p>
            <w:r>
              <w:t xml:space="preserve"> </w:t>
            </w:r>
            <w:r>
              <w:rPr>
                <w:color w:val="9CA3AF"/>
                <w:sz w:val="18"/>
              </w:rPr>
              <w:t>______________________________</w:t>
              <w:br/>
              <w:t>______________________________</w:t>
            </w:r>
          </w:p>
        </w:tc>
        <w:tc>
          <w:tcPr>
            <w:tcW w:type="dxa" w:w="3402"/>
            <w:tcMar>
              <w:top w:w="120" w:type="dxa"/>
              <w:bottom w:w="120" w:type="dxa"/>
              <w:left w:w="80" w:type="dxa"/>
              <w:right w:w="80" w:type="dxa"/>
            </w:tcMar>
          </w:tcPr>
          <w:p>
            <w:r>
              <w:t xml:space="preserve"> </w:t>
            </w:r>
            <w:r>
              <w:rPr>
                <w:color w:val="9CA3AF"/>
                <w:sz w:val="18"/>
              </w:rPr>
              <w:t>______________________________</w:t>
              <w:br/>
              <w:t>______________________________</w:t>
            </w:r>
          </w:p>
        </w:tc>
      </w:tr>
    </w:tbl>
    <w:p/>
    <w:p>
      <w:pPr>
        <w:pStyle w:val="LCG_H2"/>
      </w:pPr>
      <w:r>
        <w:t>5. Idees / propositions</w:t>
      </w:r>
    </w:p>
    <w:p>
      <w:pPr>
        <w:spacing w:before="0" w:after="20"/>
      </w:pPr>
      <w:r>
        <w:rPr>
          <w:color w:val="6B7280"/>
          <w:sz w:val="20"/>
        </w:rPr>
        <w:t>____________________________________________________________________________________________</w:t>
      </w:r>
    </w:p>
    <w:p>
      <w:pPr>
        <w:spacing w:before="0" w:after="20"/>
      </w:pPr>
      <w:r>
        <w:rPr>
          <w:color w:val="6B7280"/>
          <w:sz w:val="20"/>
        </w:rPr>
        <w:t>____________________________________________________________________________________________</w:t>
      </w:r>
    </w:p>
    <w:p>
      <w:pPr>
        <w:pStyle w:val="LCG_H2"/>
      </w:pPr>
      <w:r>
        <w:t>6. Decisions &amp; plan d'actions</w:t>
      </w:r>
    </w:p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6" w:space="0" w:color="D1D5DB"/>
          <w:left w:val="single" w:sz="6" w:space="0" w:color="D1D5DB"/>
          <w:bottom w:val="single" w:sz="6" w:space="0" w:color="D1D5DB"/>
          <w:right w:val="single" w:sz="6" w:space="0" w:color="D1D5DB"/>
          <w:insideH w:val="single" w:sz="6" w:space="0" w:color="D1D5DB"/>
          <w:insideV w:val="single" w:sz="6" w:space="0" w:color="D1D5DB"/>
        </w:tblBorders>
      </w:tblPr>
      <w:tblGrid>
        <w:gridCol w:w="2041"/>
        <w:gridCol w:w="2041"/>
        <w:gridCol w:w="2041"/>
        <w:gridCol w:w="2041"/>
        <w:gridCol w:w="2041"/>
      </w:tblGrid>
      <w:tr>
        <w:tc>
          <w:tcPr>
            <w:tcW w:type="dxa" w:w="2041"/>
            <w:shd w:val="clear" w:color="auto" w:fill="F2F4F7"/>
            <w:tcMar>
              <w:top w:w="60" w:type="dxa"/>
              <w:bottom w:w="60" w:type="dxa"/>
              <w:left w:w="80" w:type="dxa"/>
              <w:right w:w="80" w:type="dxa"/>
            </w:tcMar>
          </w:tcPr>
          <w:p>
            <w:r>
              <w:rPr>
                <w:b/>
                <w:color w:val="374151"/>
                <w:sz w:val="18"/>
              </w:rPr>
              <w:t>Action</w:t>
            </w:r>
          </w:p>
        </w:tc>
        <w:tc>
          <w:tcPr>
            <w:tcW w:type="dxa" w:w="2041"/>
            <w:shd w:val="clear" w:color="auto" w:fill="F2F4F7"/>
            <w:tcMar>
              <w:top w:w="60" w:type="dxa"/>
              <w:bottom w:w="60" w:type="dxa"/>
              <w:left w:w="80" w:type="dxa"/>
              <w:right w:w="80" w:type="dxa"/>
            </w:tcMar>
          </w:tcPr>
          <w:p>
            <w:r>
              <w:rPr>
                <w:b/>
                <w:color w:val="374151"/>
                <w:sz w:val="18"/>
              </w:rPr>
              <w:t>Responsable</w:t>
            </w:r>
          </w:p>
        </w:tc>
        <w:tc>
          <w:tcPr>
            <w:tcW w:type="dxa" w:w="2041"/>
            <w:shd w:val="clear" w:color="auto" w:fill="F2F4F7"/>
            <w:tcMar>
              <w:top w:w="60" w:type="dxa"/>
              <w:bottom w:w="60" w:type="dxa"/>
              <w:left w:w="80" w:type="dxa"/>
              <w:right w:w="80" w:type="dxa"/>
            </w:tcMar>
          </w:tcPr>
          <w:p>
            <w:r>
              <w:rPr>
                <w:b/>
                <w:color w:val="374151"/>
                <w:sz w:val="18"/>
              </w:rPr>
              <w:t>Echeance</w:t>
            </w:r>
          </w:p>
        </w:tc>
        <w:tc>
          <w:tcPr>
            <w:tcW w:type="dxa" w:w="2041"/>
            <w:shd w:val="clear" w:color="auto" w:fill="F2F4F7"/>
            <w:tcMar>
              <w:top w:w="60" w:type="dxa"/>
              <w:bottom w:w="60" w:type="dxa"/>
              <w:left w:w="80" w:type="dxa"/>
              <w:right w:w="80" w:type="dxa"/>
            </w:tcMar>
          </w:tcPr>
          <w:p>
            <w:r>
              <w:rPr>
                <w:b/>
                <w:color w:val="374151"/>
                <w:sz w:val="18"/>
              </w:rPr>
              <w:t>Priorite</w:t>
            </w:r>
          </w:p>
        </w:tc>
        <w:tc>
          <w:tcPr>
            <w:tcW w:type="dxa" w:w="2041"/>
            <w:shd w:val="clear" w:color="auto" w:fill="F2F4F7"/>
            <w:tcMar>
              <w:top w:w="60" w:type="dxa"/>
              <w:bottom w:w="60" w:type="dxa"/>
              <w:left w:w="80" w:type="dxa"/>
              <w:right w:w="80" w:type="dxa"/>
            </w:tcMar>
          </w:tcPr>
          <w:p>
            <w:r>
              <w:rPr>
                <w:b/>
                <w:color w:val="374151"/>
                <w:sz w:val="18"/>
              </w:rPr>
              <w:t>Statut</w:t>
            </w:r>
          </w:p>
        </w:tc>
      </w:tr>
      <w:tr>
        <w:tc>
          <w:tcPr>
            <w:tcW w:type="dxa" w:w="2041"/>
            <w:tcMar>
              <w:top w:w="70" w:type="dxa"/>
              <w:bottom w:w="70" w:type="dxa"/>
              <w:left w:w="80" w:type="dxa"/>
              <w:right w:w="80" w:type="dxa"/>
            </w:tcMar>
          </w:tcPr>
          <w:p>
            <w:r>
              <w:t xml:space="preserve"> </w:t>
            </w:r>
            <w:r>
              <w:rPr>
                <w:color w:val="9CA3AF"/>
                <w:sz w:val="18"/>
              </w:rPr>
              <w:t>____________________</w:t>
            </w:r>
          </w:p>
        </w:tc>
        <w:tc>
          <w:tcPr>
            <w:tcW w:type="dxa" w:w="2041"/>
            <w:tcMar>
              <w:top w:w="70" w:type="dxa"/>
              <w:bottom w:w="70" w:type="dxa"/>
              <w:left w:w="80" w:type="dxa"/>
              <w:right w:w="80" w:type="dxa"/>
            </w:tcMar>
          </w:tcPr>
          <w:p>
            <w:r>
              <w:t xml:space="preserve"> </w:t>
            </w:r>
            <w:r>
              <w:rPr>
                <w:color w:val="9CA3AF"/>
                <w:sz w:val="18"/>
              </w:rPr>
              <w:t>____________________</w:t>
            </w:r>
          </w:p>
        </w:tc>
        <w:tc>
          <w:tcPr>
            <w:tcW w:type="dxa" w:w="2041"/>
            <w:tcMar>
              <w:top w:w="70" w:type="dxa"/>
              <w:bottom w:w="70" w:type="dxa"/>
              <w:left w:w="80" w:type="dxa"/>
              <w:right w:w="80" w:type="dxa"/>
            </w:tcMar>
          </w:tcPr>
          <w:p>
            <w:r>
              <w:t xml:space="preserve"> </w:t>
            </w:r>
            <w:r>
              <w:rPr>
                <w:color w:val="9CA3AF"/>
                <w:sz w:val="18"/>
              </w:rPr>
              <w:t>__________</w:t>
            </w:r>
          </w:p>
        </w:tc>
        <w:tc>
          <w:tcPr>
            <w:tcW w:type="dxa" w:w="2041"/>
            <w:tcMar>
              <w:top w:w="70" w:type="dxa"/>
              <w:bottom w:w="70" w:type="dxa"/>
              <w:left w:w="80" w:type="dxa"/>
              <w:right w:w="80" w:type="dxa"/>
            </w:tcMar>
          </w:tcPr>
          <w:p>
            <w:r>
              <w:t xml:space="preserve"> </w:t>
            </w:r>
            <w:r>
              <w:rPr>
                <w:color w:val="9CA3AF"/>
                <w:sz w:val="18"/>
              </w:rPr>
              <w:t>____</w:t>
            </w:r>
          </w:p>
        </w:tc>
        <w:tc>
          <w:tcPr>
            <w:tcW w:type="dxa" w:w="2041"/>
            <w:tcMar>
              <w:top w:w="70" w:type="dxa"/>
              <w:bottom w:w="70" w:type="dxa"/>
              <w:left w:w="80" w:type="dxa"/>
              <w:right w:w="80" w:type="dxa"/>
            </w:tcMar>
          </w:tcPr>
          <w:p>
            <w:r>
              <w:t xml:space="preserve"> </w:t>
            </w:r>
            <w:r>
              <w:rPr>
                <w:color w:val="9CA3AF"/>
                <w:sz w:val="18"/>
              </w:rPr>
              <w:t>__________</w:t>
            </w:r>
          </w:p>
        </w:tc>
      </w:tr>
      <w:tr>
        <w:tc>
          <w:tcPr>
            <w:tcW w:type="dxa" w:w="2041"/>
            <w:tcMar>
              <w:top w:w="70" w:type="dxa"/>
              <w:bottom w:w="70" w:type="dxa"/>
              <w:left w:w="80" w:type="dxa"/>
              <w:right w:w="80" w:type="dxa"/>
            </w:tcMar>
          </w:tcPr>
          <w:p>
            <w:r>
              <w:t xml:space="preserve"> </w:t>
            </w:r>
            <w:r>
              <w:rPr>
                <w:color w:val="9CA3AF"/>
                <w:sz w:val="18"/>
              </w:rPr>
              <w:t>____________________</w:t>
            </w:r>
          </w:p>
        </w:tc>
        <w:tc>
          <w:tcPr>
            <w:tcW w:type="dxa" w:w="2041"/>
            <w:tcMar>
              <w:top w:w="70" w:type="dxa"/>
              <w:bottom w:w="70" w:type="dxa"/>
              <w:left w:w="80" w:type="dxa"/>
              <w:right w:w="80" w:type="dxa"/>
            </w:tcMar>
          </w:tcPr>
          <w:p>
            <w:r>
              <w:t xml:space="preserve"> </w:t>
            </w:r>
            <w:r>
              <w:rPr>
                <w:color w:val="9CA3AF"/>
                <w:sz w:val="18"/>
              </w:rPr>
              <w:t>____________________</w:t>
            </w:r>
          </w:p>
        </w:tc>
        <w:tc>
          <w:tcPr>
            <w:tcW w:type="dxa" w:w="2041"/>
            <w:tcMar>
              <w:top w:w="70" w:type="dxa"/>
              <w:bottom w:w="70" w:type="dxa"/>
              <w:left w:w="80" w:type="dxa"/>
              <w:right w:w="80" w:type="dxa"/>
            </w:tcMar>
          </w:tcPr>
          <w:p>
            <w:r>
              <w:t xml:space="preserve"> </w:t>
            </w:r>
            <w:r>
              <w:rPr>
                <w:color w:val="9CA3AF"/>
                <w:sz w:val="18"/>
              </w:rPr>
              <w:t>__________</w:t>
            </w:r>
          </w:p>
        </w:tc>
        <w:tc>
          <w:tcPr>
            <w:tcW w:type="dxa" w:w="2041"/>
            <w:tcMar>
              <w:top w:w="70" w:type="dxa"/>
              <w:bottom w:w="70" w:type="dxa"/>
              <w:left w:w="80" w:type="dxa"/>
              <w:right w:w="80" w:type="dxa"/>
            </w:tcMar>
          </w:tcPr>
          <w:p>
            <w:r>
              <w:t xml:space="preserve"> </w:t>
            </w:r>
            <w:r>
              <w:rPr>
                <w:color w:val="9CA3AF"/>
                <w:sz w:val="18"/>
              </w:rPr>
              <w:t>____</w:t>
            </w:r>
          </w:p>
        </w:tc>
        <w:tc>
          <w:tcPr>
            <w:tcW w:type="dxa" w:w="2041"/>
            <w:tcMar>
              <w:top w:w="70" w:type="dxa"/>
              <w:bottom w:w="70" w:type="dxa"/>
              <w:left w:w="80" w:type="dxa"/>
              <w:right w:w="80" w:type="dxa"/>
            </w:tcMar>
          </w:tcPr>
          <w:p>
            <w:r>
              <w:t xml:space="preserve"> </w:t>
            </w:r>
            <w:r>
              <w:rPr>
                <w:color w:val="9CA3AF"/>
                <w:sz w:val="18"/>
              </w:rPr>
              <w:t>__________</w:t>
            </w:r>
          </w:p>
        </w:tc>
      </w:tr>
      <w:tr>
        <w:tc>
          <w:tcPr>
            <w:tcW w:type="dxa" w:w="2041"/>
            <w:tcMar>
              <w:top w:w="70" w:type="dxa"/>
              <w:bottom w:w="70" w:type="dxa"/>
              <w:left w:w="80" w:type="dxa"/>
              <w:right w:w="80" w:type="dxa"/>
            </w:tcMar>
          </w:tcPr>
          <w:p>
            <w:r>
              <w:t xml:space="preserve"> </w:t>
            </w:r>
            <w:r>
              <w:rPr>
                <w:color w:val="9CA3AF"/>
                <w:sz w:val="18"/>
              </w:rPr>
              <w:t>____________________</w:t>
            </w:r>
          </w:p>
        </w:tc>
        <w:tc>
          <w:tcPr>
            <w:tcW w:type="dxa" w:w="2041"/>
            <w:tcMar>
              <w:top w:w="70" w:type="dxa"/>
              <w:bottom w:w="70" w:type="dxa"/>
              <w:left w:w="80" w:type="dxa"/>
              <w:right w:w="80" w:type="dxa"/>
            </w:tcMar>
          </w:tcPr>
          <w:p>
            <w:r>
              <w:t xml:space="preserve"> </w:t>
            </w:r>
            <w:r>
              <w:rPr>
                <w:color w:val="9CA3AF"/>
                <w:sz w:val="18"/>
              </w:rPr>
              <w:t>____________________</w:t>
            </w:r>
          </w:p>
        </w:tc>
        <w:tc>
          <w:tcPr>
            <w:tcW w:type="dxa" w:w="2041"/>
            <w:tcMar>
              <w:top w:w="70" w:type="dxa"/>
              <w:bottom w:w="70" w:type="dxa"/>
              <w:left w:w="80" w:type="dxa"/>
              <w:right w:w="80" w:type="dxa"/>
            </w:tcMar>
          </w:tcPr>
          <w:p>
            <w:r>
              <w:t xml:space="preserve"> </w:t>
            </w:r>
            <w:r>
              <w:rPr>
                <w:color w:val="9CA3AF"/>
                <w:sz w:val="18"/>
              </w:rPr>
              <w:t>__________</w:t>
            </w:r>
          </w:p>
        </w:tc>
        <w:tc>
          <w:tcPr>
            <w:tcW w:type="dxa" w:w="2041"/>
            <w:tcMar>
              <w:top w:w="70" w:type="dxa"/>
              <w:bottom w:w="70" w:type="dxa"/>
              <w:left w:w="80" w:type="dxa"/>
              <w:right w:w="80" w:type="dxa"/>
            </w:tcMar>
          </w:tcPr>
          <w:p>
            <w:r>
              <w:t xml:space="preserve"> </w:t>
            </w:r>
            <w:r>
              <w:rPr>
                <w:color w:val="9CA3AF"/>
                <w:sz w:val="18"/>
              </w:rPr>
              <w:t>____</w:t>
            </w:r>
          </w:p>
        </w:tc>
        <w:tc>
          <w:tcPr>
            <w:tcW w:type="dxa" w:w="2041"/>
            <w:tcMar>
              <w:top w:w="70" w:type="dxa"/>
              <w:bottom w:w="70" w:type="dxa"/>
              <w:left w:w="80" w:type="dxa"/>
              <w:right w:w="80" w:type="dxa"/>
            </w:tcMar>
          </w:tcPr>
          <w:p>
            <w:r>
              <w:t xml:space="preserve"> </w:t>
            </w:r>
            <w:r>
              <w:rPr>
                <w:color w:val="9CA3AF"/>
                <w:sz w:val="18"/>
              </w:rPr>
              <w:t>__________</w:t>
            </w:r>
          </w:p>
        </w:tc>
      </w:tr>
    </w:tbl>
    <w:p/>
    <w:p>
      <w:pPr>
        <w:pStyle w:val="LCG_H2"/>
      </w:pPr>
      <w:r>
        <w:t>7. Indicateurs rapides</w:t>
      </w:r>
    </w:p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6" w:space="0" w:color="D1D5DB"/>
          <w:left w:val="single" w:sz="6" w:space="0" w:color="D1D5DB"/>
          <w:bottom w:val="single" w:sz="6" w:space="0" w:color="D1D5DB"/>
          <w:right w:val="single" w:sz="6" w:space="0" w:color="D1D5DB"/>
          <w:insideH w:val="single" w:sz="6" w:space="0" w:color="D1D5DB"/>
          <w:insideV w:val="single" w:sz="6" w:space="0" w:color="D1D5DB"/>
        </w:tblBorders>
      </w:tblPr>
      <w:tblGrid>
        <w:gridCol w:w="5103"/>
        <w:gridCol w:w="5103"/>
      </w:tblGrid>
      <w:tr>
        <w:tc>
          <w:tcPr>
            <w:tcW w:type="dxa" w:w="5103"/>
            <w:shd w:val="clear" w:color="auto" w:fill="E6F4F1"/>
            <w:tcMar>
              <w:top w:w="70" w:type="dxa"/>
              <w:bottom w:w="70" w:type="dxa"/>
              <w:left w:w="110" w:type="dxa"/>
              <w:right w:w="110" w:type="dxa"/>
            </w:tcMar>
          </w:tcPr>
          <w:p>
            <w:r>
              <w:rPr>
                <w:b/>
                <w:color w:val="0B5D66"/>
                <w:sz w:val="20"/>
              </w:rPr>
              <w:t>Satisfaction :  1 ☐ 2 ☐ 3 ☐ 4 ☐ 5 ☐</w:t>
            </w:r>
          </w:p>
        </w:tc>
        <w:tc>
          <w:tcPr>
            <w:tcW w:type="dxa" w:w="5103"/>
            <w:shd w:val="clear" w:color="auto" w:fill="E6F4F1"/>
            <w:tcMar>
              <w:top w:w="70" w:type="dxa"/>
              <w:bottom w:w="70" w:type="dxa"/>
              <w:left w:w="110" w:type="dxa"/>
              <w:right w:w="110" w:type="dxa"/>
            </w:tcMar>
          </w:tcPr>
          <w:p>
            <w:r>
              <w:rPr>
                <w:b/>
                <w:color w:val="0B5D66"/>
                <w:sz w:val="20"/>
              </w:rPr>
              <w:t>NPS :  0 ☐1 ☐2 ☐3 ☐4 ☐5 ☐6 ☐7 ☐8 ☐9 ☐10 ☐</w:t>
            </w:r>
          </w:p>
        </w:tc>
      </w:tr>
      <w:tr>
        <w:tc>
          <w:tcPr>
            <w:tcW w:type="dxa" w:w="5103"/>
            <w:tcMar>
              <w:top w:w="90" w:type="dxa"/>
              <w:bottom w:w="90" w:type="dxa"/>
              <w:left w:w="110" w:type="dxa"/>
              <w:right w:w="110" w:type="dxa"/>
            </w:tcMar>
          </w:tcPr>
          <w:p>
            <w:r>
              <w:t>Commentaire :</w:t>
              <w:br/>
              <w:t>______________________________</w:t>
              <w:br/>
              <w:t>______________________________</w:t>
            </w:r>
          </w:p>
        </w:tc>
        <w:tc>
          <w:tcPr>
            <w:tcW w:type="dxa" w:w="5103"/>
            <w:tcMar>
              <w:top w:w="90" w:type="dxa"/>
              <w:bottom w:w="90" w:type="dxa"/>
              <w:left w:w="110" w:type="dxa"/>
              <w:right w:w="110" w:type="dxa"/>
            </w:tcMar>
          </w:tcPr>
          <w:p>
            <w:r>
              <w:t>Humeur : ☐ +  ☐ =  ☐ -</w:t>
              <w:br/>
              <w:t>Verbatim :</w:t>
              <w:br/>
              <w:t>______________________________</w:t>
            </w:r>
          </w:p>
        </w:tc>
      </w:tr>
    </w:tbl>
    <w:p/>
    <w:p>
      <w:pPr>
        <w:pStyle w:val="LCG_H2"/>
      </w:pPr>
      <w:r>
        <w:t>8. Suivi</w:t>
      </w:r>
    </w:p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6" w:space="0" w:color="D1D5DB"/>
          <w:left w:val="single" w:sz="6" w:space="0" w:color="D1D5DB"/>
          <w:bottom w:val="single" w:sz="6" w:space="0" w:color="D1D5DB"/>
          <w:right w:val="single" w:sz="6" w:space="0" w:color="D1D5DB"/>
          <w:insideH w:val="single" w:sz="6" w:space="0" w:color="D1D5DB"/>
          <w:insideV w:val="single" w:sz="6" w:space="0" w:color="D1D5DB"/>
        </w:tblBorders>
      </w:tblPr>
      <w:tblGrid>
        <w:gridCol w:w="5103"/>
        <w:gridCol w:w="5103"/>
      </w:tblGrid>
      <w:tr>
        <w:tc>
          <w:tcPr>
            <w:tcW w:type="dxa" w:w="5103"/>
            <w:shd w:val="clear" w:color="auto" w:fill="F2F4F7"/>
            <w:tcMar>
              <w:top w:w="70" w:type="dxa"/>
              <w:bottom w:w="70" w:type="dxa"/>
              <w:left w:w="110" w:type="dxa"/>
              <w:right w:w="110" w:type="dxa"/>
            </w:tcMar>
          </w:tcPr>
          <w:p>
            <w:r>
              <w:rPr>
                <w:b/>
                <w:color w:val="374151"/>
                <w:sz w:val="18"/>
              </w:rPr>
              <w:t xml:space="preserve">Prochaine etape : </w:t>
            </w:r>
            <w:r>
              <w:t>________________________</w:t>
            </w:r>
          </w:p>
        </w:tc>
        <w:tc>
          <w:tcPr>
            <w:tcW w:type="dxa" w:w="5103"/>
            <w:shd w:val="clear" w:color="auto" w:fill="F2F4F7"/>
            <w:tcMar>
              <w:top w:w="70" w:type="dxa"/>
              <w:bottom w:w="70" w:type="dxa"/>
              <w:left w:w="110" w:type="dxa"/>
              <w:right w:w="110" w:type="dxa"/>
            </w:tcMar>
          </w:tcPr>
          <w:p>
            <w:r>
              <w:rPr>
                <w:b/>
                <w:color w:val="374151"/>
                <w:sz w:val="18"/>
              </w:rPr>
              <w:t xml:space="preserve">Date cible : </w:t>
            </w:r>
            <w:r>
              <w:t>______/______/______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6" w:space="0" w:color="D1D5DB"/>
          <w:left w:val="single" w:sz="6" w:space="0" w:color="D1D5DB"/>
          <w:bottom w:val="single" w:sz="6" w:space="0" w:color="D1D5DB"/>
          <w:right w:val="single" w:sz="6" w:space="0" w:color="D1D5DB"/>
          <w:insideH w:val="single" w:sz="6" w:space="0" w:color="D1D5DB"/>
          <w:insideV w:val="single" w:sz="6" w:space="0" w:color="D1D5DB"/>
        </w:tblBorders>
      </w:tblPr>
      <w:tblGrid>
        <w:gridCol w:w="5103"/>
        <w:gridCol w:w="5103"/>
      </w:tblGrid>
      <w:tr>
        <w:tc>
          <w:tcPr>
            <w:tcW w:type="dxa" w:w="5103"/>
            <w:tcMar>
              <w:top w:w="90" w:type="dxa"/>
              <w:bottom w:w="90" w:type="dxa"/>
              <w:left w:w="110" w:type="dxa"/>
              <w:right w:w="110" w:type="dxa"/>
            </w:tcMar>
          </w:tcPr>
          <w:p>
            <w:r>
              <w:t>Signature :</w:t>
              <w:br/>
              <w:t>______________________________</w:t>
            </w:r>
          </w:p>
        </w:tc>
        <w:tc>
          <w:tcPr>
            <w:tcW w:type="dxa" w:w="5103"/>
            <w:tcMar>
              <w:top w:w="90" w:type="dxa"/>
              <w:bottom w:w="90" w:type="dxa"/>
              <w:left w:w="110" w:type="dxa"/>
              <w:right w:w="110" w:type="dxa"/>
            </w:tcMar>
          </w:tcPr>
          <w:p>
            <w:r>
              <w:t>Validation :</w:t>
              <w:br/>
              <w:t>______________________________</w:t>
            </w:r>
          </w:p>
        </w:tc>
      </w:tr>
    </w:tbl>
    <w:sectPr w:rsidR="00FC693F" w:rsidRPr="0006063C" w:rsidSect="00034616">
      <w:footerReference w:type="default" r:id="rId9"/>
      <w:pgSz w:w="11906" w:h="16838"/>
      <w:pgMar w:top="680" w:right="850" w:bottom="68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374151"/>
        <w:sz w:val="18"/>
      </w:rPr>
      <w:t>lecoursgratuit.com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LCG_Title">
    <w:name w:val="LCG_Title"/>
    <w:pPr>
      <w:spacing w:before="0" w:after="0"/>
    </w:pPr>
    <w:rPr>
      <w:rFonts w:ascii="Calibri" w:hAnsi="Calibri"/>
      <w:b/>
      <w:color w:val="FFFFFF"/>
      <w:sz w:val="44"/>
    </w:rPr>
  </w:style>
  <w:style w:type="paragraph" w:customStyle="1" w:styleId="LCG_Subtitle">
    <w:name w:val="LCG_Subtitle"/>
    <w:pPr>
      <w:spacing w:before="0" w:after="0"/>
    </w:pPr>
    <w:rPr>
      <w:rFonts w:ascii="Calibri" w:hAnsi="Calibri"/>
      <w:color w:val="EAFBFA"/>
      <w:sz w:val="22"/>
    </w:rPr>
  </w:style>
  <w:style w:type="paragraph" w:customStyle="1" w:styleId="LCG_H2">
    <w:name w:val="LCG_H2"/>
    <w:pPr>
      <w:spacing w:before="160" w:after="80"/>
    </w:pPr>
    <w:rPr>
      <w:rFonts w:ascii="Calibri" w:hAnsi="Calibri"/>
      <w:b/>
      <w:color w:val="0B5D66"/>
      <w:sz w:val="24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