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1F4E79" w:val="clear"/>
            <w:vAlign w:val="center"/>
          </w:tcPr>
          <w:p>
            <w:pPr>
              <w:spacing w:before="120" w:after="120"/>
              <w:jc w:val="center"/>
            </w:pPr>
            <w:r>
              <w:rPr>
                <w:b/>
                <w:color w:val="FFFFFF"/>
                <w:sz w:val="32"/>
              </w:rPr>
              <w:t>FICHE DE RENSEIGNEMENTS LOCATAIRE</w:t>
            </w:r>
          </w:p>
        </w:tc>
      </w:tr>
    </w:tbl>
    <w:p>
      <w:pPr>
        <w:spacing w:after="200"/>
        <w:jc w:val="center"/>
      </w:pPr>
      <w:r>
        <w:rPr>
          <w:color w:val="444444"/>
          <w:sz w:val="19"/>
        </w:rPr>
        <w:t>À compléter par le candidat locataire (1 fiche par personne majeure).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A. Logement recherché / Bien concerné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520"/>
      </w:tblGrid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Adresse du bien (si connue)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Type de logement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 xml:space="preserve">☐ Studio   ☐ T1   ☐ T2   ☐ T3   ☐ T4+   ☐ Maison   ☐ Autre : </w:t>
            </w:r>
            <w:r>
              <w:rPr>
                <w:sz w:val="20"/>
              </w:rPr>
              <w:t>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Loyer mensuel maximum (hors charges)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Date d'entrée souhaitée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Nombre d'occupants prévus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B. Identité du candidat locataire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520"/>
      </w:tblGrid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Civilité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 xml:space="preserve">☐ Madame   ☐ Monsieur   ☐ Autre : </w:t>
            </w:r>
            <w:r>
              <w:rPr>
                <w:sz w:val="20"/>
              </w:rPr>
              <w:t>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Nom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Prénom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Date de naissance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Lieu de naissance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Nationalité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Situation familiale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>☐ Célibataire   ☐ En couple   ☐ Marié(e)   ☐ Pacsé(e)   ☐ Divorcé(e)   ☐ Veuf(ve)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C. Coordonnées et logement actuel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520"/>
      </w:tblGrid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Téléphone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Email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Adresse actuelle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Depuis le (date d'entrée)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Statut d'occupation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 xml:space="preserve">☐ Locataire   ☐ Propriétaire   ☐ Hébergé(e)   ☐ Logement de fonction   ☐ Autre : </w:t>
            </w:r>
            <w:r>
              <w:rPr>
                <w:sz w:val="20"/>
              </w:rPr>
              <w:t>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Motif de départ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D. Situation professionnelle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520"/>
      </w:tblGrid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Statut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>☐ Salarié(e)   ☐ Indépendant(e)   ☐ Fonction publique   ☐ Étudiant(e)   ☐ Retraité(e)   ☐ Sans emploi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Profession / Poste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Employeur / Établissement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Adresse employeur / établissement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Type de contrat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 xml:space="preserve">☐ CDI   ☐ CDD   ☐ Intérim   ☐ Alternance   ☐ Stage   ☐ Autre : </w:t>
            </w:r>
            <w:r>
              <w:rPr>
                <w:sz w:val="20"/>
              </w:rPr>
              <w:t>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Date d'embauche / début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Fin de contrat (si applicable)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Temps de travail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 xml:space="preserve">☐ Temps plein   ☐ Temps partiel : </w:t>
            </w:r>
            <w:r>
              <w:rPr>
                <w:sz w:val="20"/>
              </w:rPr>
              <w:t>........ %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E. Ressources mensuelles et engagements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819"/>
      </w:tblGrid>
      <w:tr>
        <w:tc>
          <w:tcPr>
            <w:tcW w:type="dxa" w:w="5103"/>
            <w:shd w:fill="1F4E79" w:val="clear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60" w:after="60"/>
              <w:jc w:val="center"/>
            </w:pPr>
            <w:r>
              <w:rPr>
                <w:b/>
                <w:color w:val="FFFFFF"/>
                <w:sz w:val="20"/>
              </w:rPr>
              <w:t>DÉTAIL</w:t>
            </w:r>
          </w:p>
        </w:tc>
        <w:tc>
          <w:tcPr>
            <w:tcW w:type="dxa" w:w="5103"/>
            <w:shd w:fill="1F4E79" w:val="clear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60" w:after="60"/>
              <w:jc w:val="center"/>
            </w:pPr>
            <w:r>
              <w:rPr>
                <w:b/>
                <w:color w:val="FFFFFF"/>
                <w:sz w:val="20"/>
              </w:rPr>
              <w:t>MONTANT NET / MOIS</w:t>
            </w:r>
          </w:p>
        </w:tc>
      </w:tr>
      <w:tr>
        <w:tc>
          <w:tcPr>
            <w:tcW w:type="dxa" w:w="5102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Salaire / Revenus d'activité</w:t>
            </w:r>
          </w:p>
        </w:tc>
        <w:tc>
          <w:tcPr>
            <w:tcW w:type="dxa" w:w="481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right"/>
            </w:pPr>
            <w:r>
              <w:rPr>
                <w:color w:val="666666"/>
                <w:sz w:val="20"/>
              </w:rPr>
              <w:t>....................  MAD / EUR</w:t>
            </w:r>
          </w:p>
        </w:tc>
      </w:tr>
      <w:tr>
        <w:tc>
          <w:tcPr>
            <w:tcW w:type="dxa" w:w="5102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Allocations / Aides (CAF, etc.)</w:t>
            </w:r>
          </w:p>
        </w:tc>
        <w:tc>
          <w:tcPr>
            <w:tcW w:type="dxa" w:w="481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right"/>
            </w:pPr>
            <w:r>
              <w:rPr>
                <w:color w:val="666666"/>
                <w:sz w:val="20"/>
              </w:rPr>
              <w:t>....................  MAD / EUR</w:t>
            </w:r>
          </w:p>
        </w:tc>
      </w:tr>
      <w:tr>
        <w:tc>
          <w:tcPr>
            <w:tcW w:type="dxa" w:w="5102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Pension / Retraite</w:t>
            </w:r>
          </w:p>
        </w:tc>
        <w:tc>
          <w:tcPr>
            <w:tcW w:type="dxa" w:w="481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right"/>
            </w:pPr>
            <w:r>
              <w:rPr>
                <w:color w:val="666666"/>
                <w:sz w:val="20"/>
              </w:rPr>
              <w:t>....................  MAD / EUR</w:t>
            </w:r>
          </w:p>
        </w:tc>
      </w:tr>
      <w:tr>
        <w:tc>
          <w:tcPr>
            <w:tcW w:type="dxa" w:w="5102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Autres revenus (préciser)</w:t>
            </w:r>
          </w:p>
        </w:tc>
        <w:tc>
          <w:tcPr>
            <w:tcW w:type="dxa" w:w="481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right"/>
            </w:pPr>
            <w:r>
              <w:rPr>
                <w:color w:val="666666"/>
                <w:sz w:val="20"/>
              </w:rPr>
              <w:t>....................  MAD / EUR</w:t>
            </w:r>
          </w:p>
        </w:tc>
      </w:tr>
      <w:tr>
        <w:tc>
          <w:tcPr>
            <w:tcW w:type="dxa" w:w="5102"/>
            <w:vAlign w:val="center"/>
            <w:shd w:fill="E9F1FB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TOTAL ressources</w:t>
            </w:r>
          </w:p>
        </w:tc>
        <w:tc>
          <w:tcPr>
            <w:tcW w:type="dxa" w:w="4819"/>
            <w:vAlign w:val="center"/>
            <w:shd w:fill="E9F1FB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right"/>
            </w:pPr>
            <w:r>
              <w:rPr>
                <w:color w:val="666666"/>
                <w:sz w:val="20"/>
              </w:rPr>
              <w:t>....................  MAD / EUR</w:t>
            </w:r>
          </w:p>
        </w:tc>
      </w:tr>
      <w:tr>
        <w:tc>
          <w:tcPr>
            <w:tcW w:type="dxa" w:w="5102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Charges récurrentes (crédits, pensions, etc.)</w:t>
            </w:r>
          </w:p>
        </w:tc>
        <w:tc>
          <w:tcPr>
            <w:tcW w:type="dxa" w:w="4819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right"/>
            </w:pPr>
            <w:r>
              <w:rPr>
                <w:color w:val="666666"/>
                <w:sz w:val="20"/>
              </w:rPr>
              <w:t>....................  MAD / EUR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F. Garant (caution) — si applicable</w:t>
            </w:r>
          </w:p>
        </w:tc>
      </w:tr>
    </w:tbl>
    <w:p>
      <w:pPr>
        <w:spacing w:after="120"/>
      </w:pPr>
      <w:r>
        <w:rPr>
          <w:color w:val="444444"/>
          <w:sz w:val="19"/>
        </w:rPr>
        <w:t>Si vous présentez un garant, joindre une fiche par garant et les justificatifs correspondants.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520"/>
      </w:tblGrid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Nom / Prénom du garant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Lien avec le locataire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Téléphone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Email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Adresse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Situation professionnelle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/>
            <w:r>
              <w:rPr>
                <w:sz w:val="20"/>
              </w:rPr>
              <w:t xml:space="preserve">☐ Salarié(e)   ☐ Indépendant(e)   ☐ Fonction publique   ☐ Retraité(e)   ☐ Autre : </w:t>
            </w:r>
            <w:r>
              <w:rPr>
                <w:sz w:val="20"/>
              </w:rPr>
              <w:t>........................</w:t>
            </w:r>
          </w:p>
        </w:tc>
      </w:tr>
      <w:tr>
        <w:tc>
          <w:tcPr>
            <w:tcW w:type="dxa" w:w="5103"/>
            <w:vAlign w:val="center"/>
            <w:shd w:fill="F3F7FD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b/>
                <w:color w:val="1F4E79"/>
                <w:sz w:val="20"/>
              </w:rPr>
              <w:t>Revenus nets mensuels</w:t>
            </w:r>
          </w:p>
        </w:tc>
        <w:tc>
          <w:tcPr>
            <w:tcW w:type="dxa" w:w="5103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color w:val="666666"/>
                <w:sz w:val="20"/>
              </w:rPr>
              <w:t>........................................................................................</w:t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G. Liste indicative des pièces à fournir</w:t>
            </w:r>
          </w:p>
        </w:tc>
      </w:tr>
    </w:tbl>
    <w:p>
      <w:pPr>
        <w:spacing w:after="120"/>
      </w:pPr>
      <w:r>
        <w:rPr>
          <w:color w:val="444444"/>
          <w:sz w:val="19"/>
        </w:rPr>
        <w:t>Cochez les pièces jointes. Selon la situation, des justificatifs complémentaires peuvent être demandés.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669"/>
        <w:gridCol w:w="1701"/>
        <w:gridCol w:w="1701"/>
      </w:tblGrid>
      <w:tr>
        <w:tc>
          <w:tcPr>
            <w:tcW w:type="dxa" w:w="3402"/>
            <w:shd w:fill="1F4E79" w:val="clear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60" w:after="60"/>
              <w:jc w:val="center"/>
            </w:pPr>
            <w:r>
              <w:rPr>
                <w:b/>
                <w:color w:val="FFFFFF"/>
                <w:sz w:val="20"/>
              </w:rPr>
              <w:t>PIÈCE</w:t>
            </w:r>
          </w:p>
        </w:tc>
        <w:tc>
          <w:tcPr>
            <w:tcW w:type="dxa" w:w="3402"/>
            <w:shd w:fill="1F4E79" w:val="clear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60" w:after="60"/>
              <w:jc w:val="center"/>
            </w:pPr>
            <w:r>
              <w:rPr>
                <w:b/>
                <w:color w:val="FFFFFF"/>
                <w:sz w:val="20"/>
              </w:rPr>
              <w:t>LOCATAIRE</w:t>
            </w:r>
          </w:p>
        </w:tc>
        <w:tc>
          <w:tcPr>
            <w:tcW w:type="dxa" w:w="3402"/>
            <w:shd w:fill="1F4E79" w:val="clear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60" w:after="60"/>
              <w:jc w:val="center"/>
            </w:pPr>
            <w:r>
              <w:rPr>
                <w:b/>
                <w:color w:val="FFFFFF"/>
                <w:sz w:val="20"/>
              </w:rPr>
              <w:t>GARANT</w:t>
            </w:r>
          </w:p>
        </w:tc>
      </w:tr>
      <w:tr>
        <w:tc>
          <w:tcPr>
            <w:tcW w:type="dxa" w:w="566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Pièce d'identité en cours de validité (CNI / passeport / titre de séjour)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Justificatif de domicile (moins de 3 mois)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3 dernières quittances de loyer (ou attestation d'hébergement)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Contrat de travail / attestation employeur (si salarié)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3 derniers bulletins de salaire (ou justificatifs de revenus)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Dernier avis d'imposition (ou justificatif fiscal équivalent)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Relevé d'identité bancaire (RIB)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Attestation d'assurance habitation (si déjà souscrite)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shd w:fill="F6F6F6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  <w:tr>
        <w:tc>
          <w:tcPr>
            <w:tcW w:type="dxa" w:w="5669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</w:pPr>
            <w:r>
              <w:rPr>
                <w:sz w:val="19"/>
              </w:rPr>
              <w:t>Justificatifs spécifiques (étudiant : certificat de scolarité / indépendant : immatriculation, bilans...)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  <w:tc>
          <w:tcPr>
            <w:tcW w:type="dxa" w:w="1701"/>
            <w:vAlign w:val="cente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40" w:after="40"/>
              <w:ind w:left="85" w:right="85"/>
              <w:jc w:val="center"/>
            </w:pPr>
            <w:r>
              <w:rPr>
                <w:color w:val="1F4E79"/>
                <w:sz w:val="24"/>
              </w:rPr>
              <w:t>☐</w:t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H. Déclaration et consentement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FFF7E6" w:val="clear"/>
            <w:tcBorders>
              <w:top w:val="single" w:sz="8" w:color="C49000"/>
              <w:left w:val="single" w:sz="8" w:color="C49000"/>
              <w:bottom w:val="single" w:sz="8" w:color="C49000"/>
              <w:right w:val="single" w:sz="8" w:color="C49000"/>
            </w:tcBorders>
          </w:tcPr>
          <w:p>
            <w:pPr>
              <w:spacing w:before="120" w:after="120"/>
              <w:ind w:left="170" w:right="170"/>
            </w:pPr>
            <w:r>
              <w:rPr>
                <w:sz w:val="19"/>
              </w:rPr>
              <w:t>Je certifie l'exactitude des informations fournies. J'autorise le bailleur / l'agence à traiter les données de ce dossier afin d'étudier ma candidature à la location. Je reconnais être informé(e) que ces données sont utilisées exclusivement à cette fin et conservées pendant la durée nécessaire à l'instruction du dossier, conformément à la réglementation applicable.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2"/>
        <w:gridCol w:w="4819"/>
      </w:tblGrid>
      <w:tr>
        <w:tc>
          <w:tcPr>
            <w:tcW w:type="dxa" w:w="5103"/>
          </w:tcPr>
          <w:p>
            <w:pPr>
              <w:spacing w:before="80" w:after="80"/>
            </w:pPr>
            <w:r>
              <w:rPr>
                <w:b/>
                <w:color w:val="1F4E79"/>
                <w:sz w:val="20"/>
              </w:rPr>
              <w:t>Fait à : ........................................</w:t>
            </w:r>
          </w:p>
        </w:tc>
        <w:tc>
          <w:tcPr>
            <w:tcW w:type="dxa" w:w="5103"/>
          </w:tcPr>
          <w:p>
            <w:pPr>
              <w:spacing w:before="80" w:after="80"/>
            </w:pPr>
            <w:r>
              <w:rPr>
                <w:b/>
                <w:color w:val="1F4E79"/>
                <w:sz w:val="20"/>
              </w:rPr>
              <w:t>Le : .... / .... / ........</w:t>
            </w:r>
          </w:p>
        </w:tc>
      </w:tr>
      <w:tr>
        <w:tc>
          <w:tcPr>
            <w:tcW w:type="dxa" w:w="5103"/>
            <w:shd w:fill="E9F1FB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0"/>
              </w:rPr>
              <w:t>Signature du candidat locataire :</w:t>
            </w:r>
          </w:p>
        </w:tc>
        <w:tc>
          <w:tcPr>
            <w:tcW w:type="dxa" w:w="5103"/>
            <w:shd w:fill="E9F1FB" w:val="clear"/>
            <w:tcBorders>
              <w:top w:val="single" w:sz="6" w:color="D0D7E5"/>
              <w:left w:val="single" w:sz="6" w:color="D0D7E5"/>
              <w:bottom w:val="single" w:sz="6" w:color="D0D7E5"/>
              <w:right w:val="single" w:sz="6" w:color="D0D7E5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0"/>
              </w:rPr>
              <w:t>Signature du garant (si applicable) :</w:t>
            </w:r>
          </w:p>
        </w:tc>
      </w:tr>
      <w:tr>
        <w:tc>
          <w:tcPr>
            <w:tcW w:type="dxa" w:w="5103"/>
            <w:tcBorders>
              <w:top w:val="single" w:sz="8" w:color="BBBBBB"/>
              <w:left w:val="single" w:sz="8" w:color="BBBBBB"/>
              <w:bottom w:val="single" w:sz="8" w:color="BBBBBB"/>
              <w:right w:val="single" w:sz="8" w:color="BBBBBB"/>
            </w:tcBorders>
            <w:vAlign w:val="top"/>
          </w:tcPr>
          <w:p>
            <w:r>
              <w:br/>
              <w:br/>
              <w:br/>
            </w:r>
          </w:p>
        </w:tc>
        <w:tc>
          <w:tcPr>
            <w:tcW w:type="dxa" w:w="5103"/>
            <w:tcBorders>
              <w:top w:val="single" w:sz="8" w:color="BBBBBB"/>
              <w:left w:val="single" w:sz="8" w:color="BBBBBB"/>
              <w:bottom w:val="single" w:sz="8" w:color="BBBBBB"/>
              <w:right w:val="single" w:sz="8" w:color="BBBBBB"/>
            </w:tcBorders>
            <w:vAlign w:val="top"/>
          </w:tcPr>
          <w:p>
            <w:r>
              <w:br/>
              <w:br/>
              <w:br/>
            </w:r>
          </w:p>
        </w:tc>
      </w:tr>
    </w:tbl>
    <w:p>
      <w:pPr>
        <w:spacing w:after="12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shd w:fill="E9F1FB" w:val="clear"/>
            <w:tcBorders>
              <w:top w:val="single" w:sz="8" w:color="1F4E79"/>
              <w:left w:val="single" w:sz="8" w:color="1F4E79"/>
              <w:bottom w:val="single" w:sz="8" w:color="1F4E79"/>
              <w:right w:val="single" w:sz="8" w:color="1F4E79"/>
            </w:tcBorders>
          </w:tcPr>
          <w:p>
            <w:pPr>
              <w:spacing w:before="80" w:after="80"/>
            </w:pPr>
            <w:r>
              <w:rPr>
                <w:b/>
                <w:color w:val="1F4E79"/>
                <w:sz w:val="23"/>
              </w:rPr>
              <w:t>I. Observations / informations complémentaires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205"/>
      </w:tblGrid>
      <w:tr>
        <w:tc>
          <w:tcPr>
            <w:tcW w:type="dxa" w:w="10205"/>
            <w:tcBorders>
              <w:top w:val="single" w:sz="8" w:color="BBBBBB"/>
              <w:left w:val="single" w:sz="8" w:color="BBBBBB"/>
              <w:bottom w:val="single" w:sz="8" w:color="BBBBBB"/>
              <w:right w:val="single" w:sz="8" w:color="BBBBBB"/>
            </w:tcBorders>
          </w:tcPr>
          <w:p>
            <w:pPr>
              <w:spacing w:before="120" w:after="120"/>
              <w:ind w:left="113" w:right="113"/>
            </w:pPr>
            <w:r>
              <w:rPr>
                <w:color w:val="777777"/>
                <w:sz w:val="19"/>
              </w:rPr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  <w:br/>
              <w:t>........................................................................................................</w:t>
            </w:r>
          </w:p>
        </w:tc>
      </w:tr>
    </w:tbl>
    <w:p/>
    <w:p>
      <w:pPr>
        <w:spacing w:before="120"/>
      </w:pPr>
      <w:r>
        <w:rPr>
          <w:color w:val="666666"/>
          <w:sz w:val="18"/>
        </w:rPr>
        <w:t>Conseil : ne transmettez jamais d'originaux. Préférez des copies lisibles. Les champs marqués par des pointillés sont à compléter.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794" w:right="850" w:bottom="794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888888"/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ayout w:type="autofit"/>
      <w:tblLook w:firstColumn="1" w:firstRow="1" w:lastColumn="0" w:lastRow="0" w:noHBand="0" w:noVBand="1" w:val="04A0"/>
    </w:tblPr>
    <w:tblGrid>
      <w:gridCol w:w="7087"/>
      <w:gridCol w:w="2835"/>
    </w:tblGrid>
    <w:tr>
      <w:tc>
        <w:tcPr>
          <w:tcW w:type="dxa" w:w="5102"/>
          <w:vAlign w:val="center"/>
        </w:tcPr>
        <w:p>
          <w:pPr>
            <w:spacing w:after="0" w:before="0"/>
          </w:pPr>
          <w:r>
            <w:rPr>
              <w:b/>
              <w:color w:val="1F4E79"/>
              <w:sz w:val="18"/>
            </w:rPr>
            <w:t xml:space="preserve">Bailleur / Agence : </w:t>
          </w:r>
          <w:r>
            <w:t>............................................................</w:t>
            <w:br/>
          </w:r>
          <w:r>
            <w:t>Téléphone : ..................................   Email : ..................................</w:t>
          </w:r>
        </w:p>
      </w:tc>
      <w:tc>
        <w:tcPr>
          <w:tcW w:type="dxa" w:w="5102"/>
          <w:vAlign w:val="center"/>
        </w:tcPr>
        <w:p>
          <w:pPr>
            <w:spacing w:after="0" w:before="0"/>
            <w:jc w:val="right"/>
          </w:pPr>
          <w:r>
            <w:rPr>
              <w:b/>
              <w:color w:val="1F4E79"/>
              <w:sz w:val="18"/>
            </w:rPr>
            <w:t xml:space="preserve">Réf. dossier : </w:t>
          </w:r>
          <w:r>
            <w:t>....................</w:t>
            <w:br/>
          </w:r>
          <w:r>
            <w:rPr>
              <w:b/>
              <w:color w:val="1F4E79"/>
              <w:sz w:val="18"/>
            </w:rPr>
            <w:t xml:space="preserve">Date : </w:t>
          </w:r>
          <w:r>
            <w:t>.... / .... / ........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