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814"/>
        <w:gridCol w:w="6803"/>
        <w:gridCol w:w="2268"/>
      </w:tblGrid>
      <w:tr>
        <w:tc>
          <w:tcPr>
            <w:tcW w:type="dxa" w:w="3477"/>
            <w:shd w:val="clear" w:color="auto" w:fill="0F4C81"/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LOGO</w:t>
              <w:br/>
              <w:t>ENTREPRISE</w:t>
            </w:r>
          </w:p>
        </w:tc>
        <w:tc>
          <w:tcPr>
            <w:tcW w:type="dxa" w:w="3477"/>
            <w:shd w:val="clear" w:color="auto" w:fill="0F4C81"/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8"/>
              </w:rPr>
              <w:t>FICHE DE PREPARATION - CO-INTERVENTION</w:t>
              <w:br/>
              <w:t>(COACTIVITE)</w:t>
            </w:r>
          </w:p>
          <w:p>
            <w:pPr>
              <w:jc w:val="center"/>
            </w:pPr>
            <w:r>
              <w:rPr>
                <w:color w:val="DDEBFF"/>
                <w:sz w:val="18"/>
              </w:rPr>
              <w:t>Document de coordination avant intervention - travaux, maintenance, production, multi-entreprises</w:t>
            </w:r>
          </w:p>
        </w:tc>
        <w:tc>
          <w:tcPr>
            <w:tcW w:type="dxa" w:w="3477"/>
            <w:shd w:val="clear" w:color="auto" w:fill="0F4C81"/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18"/>
              </w:rPr>
              <w:t>Ref: ____</w:t>
              <w:br/>
              <w:t>Date: ____/____/____</w:t>
              <w:br/>
              <w:t>Version: 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7597"/>
      </w:tblGrid>
      <w:tr>
        <w:tc>
          <w:tcPr>
            <w:tcW w:type="dxa" w:w="3402"/>
            <w:shd w:val="clear" w:color="auto" w:fill="F2F5F9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b/>
                <w:sz w:val="18"/>
              </w:rPr>
              <w:t>Chantier / Site</w:t>
            </w:r>
          </w:p>
        </w:tc>
        <w:tc>
          <w:tcPr>
            <w:tcW w:type="dxa" w:w="7597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sz w:val="18"/>
              </w:rPr>
              <w:t>______________________________</w:t>
            </w:r>
          </w:p>
        </w:tc>
      </w:tr>
      <w:tr>
        <w:tc>
          <w:tcPr>
            <w:tcW w:type="dxa" w:w="3402"/>
            <w:shd w:val="clear" w:color="auto" w:fill="F2F5F9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b/>
                <w:sz w:val="18"/>
              </w:rPr>
              <w:t>Adresse / Zone</w:t>
            </w:r>
          </w:p>
        </w:tc>
        <w:tc>
          <w:tcPr>
            <w:tcW w:type="dxa" w:w="7597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sz w:val="18"/>
              </w:rPr>
              <w:t>______________________________</w:t>
            </w:r>
          </w:p>
        </w:tc>
      </w:tr>
      <w:tr>
        <w:tc>
          <w:tcPr>
            <w:tcW w:type="dxa" w:w="3402"/>
            <w:shd w:val="clear" w:color="auto" w:fill="F2F5F9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b/>
                <w:sz w:val="18"/>
              </w:rPr>
              <w:t>Donneur d'ordre / Client</w:t>
            </w:r>
          </w:p>
        </w:tc>
        <w:tc>
          <w:tcPr>
            <w:tcW w:type="dxa" w:w="7597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sz w:val="18"/>
              </w:rPr>
              <w:t>______________________________</w:t>
            </w:r>
          </w:p>
        </w:tc>
      </w:tr>
      <w:tr>
        <w:tc>
          <w:tcPr>
            <w:tcW w:type="dxa" w:w="3402"/>
            <w:shd w:val="clear" w:color="auto" w:fill="F2F5F9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b/>
                <w:sz w:val="18"/>
              </w:rPr>
              <w:t>Responsable site / Coordinateur</w:t>
            </w:r>
          </w:p>
        </w:tc>
        <w:tc>
          <w:tcPr>
            <w:tcW w:type="dxa" w:w="7597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sz w:val="18"/>
              </w:rPr>
              <w:t>______________________________  Tel: ______________</w:t>
            </w:r>
          </w:p>
        </w:tc>
      </w:tr>
      <w:tr>
        <w:tc>
          <w:tcPr>
            <w:tcW w:type="dxa" w:w="3402"/>
            <w:shd w:val="clear" w:color="auto" w:fill="F2F5F9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b/>
                <w:sz w:val="18"/>
              </w:rPr>
              <w:t>Date &amp; plage horaire prevue</w:t>
            </w:r>
          </w:p>
        </w:tc>
        <w:tc>
          <w:tcPr>
            <w:tcW w:type="dxa" w:w="7597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sz w:val="18"/>
              </w:rPr>
              <w:t>Date: ____/____/____    De: ____:____  A: ____:____</w:t>
            </w:r>
          </w:p>
        </w:tc>
      </w:tr>
      <w:tr>
        <w:tc>
          <w:tcPr>
            <w:tcW w:type="dxa" w:w="3402"/>
            <w:shd w:val="clear" w:color="auto" w:fill="F2F5F9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b/>
                <w:sz w:val="18"/>
              </w:rPr>
              <w:t>Objet / travaux prevus (resume)</w:t>
            </w:r>
          </w:p>
        </w:tc>
        <w:tc>
          <w:tcPr>
            <w:tcW w:type="dxa" w:w="7597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sz w:val="18"/>
              </w:rPr>
              <w:t>__________________________________________________________________</w:t>
              <w:br/>
              <w:t>__________________________________________________________________</w:t>
            </w:r>
          </w:p>
        </w:tc>
      </w:tr>
    </w:tbl>
    <w:p/>
    <w:p>
      <w:pPr>
        <w:spacing w:before="120" w:after="80"/>
      </w:pPr>
      <w:r>
        <w:rPr>
          <w:b/>
          <w:color w:val="0F4C81"/>
          <w:sz w:val="22"/>
        </w:rPr>
        <w:t>1) Entreprises intervenantes et contacts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381"/>
        <w:gridCol w:w="1757"/>
        <w:gridCol w:w="1701"/>
        <w:gridCol w:w="1191"/>
        <w:gridCol w:w="1134"/>
        <w:gridCol w:w="1134"/>
      </w:tblGrid>
      <w:tr>
        <w:tc>
          <w:tcPr>
            <w:tcW w:type="dxa" w:w="1739"/>
            <w:shd w:val="clear" w:color="auto" w:fill="E7F0FA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Entreprise / Equipe</w:t>
            </w:r>
          </w:p>
        </w:tc>
        <w:tc>
          <w:tcPr>
            <w:tcW w:type="dxa" w:w="1739"/>
            <w:shd w:val="clear" w:color="auto" w:fill="E7F0FA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Lot / Metier</w:t>
            </w:r>
          </w:p>
        </w:tc>
        <w:tc>
          <w:tcPr>
            <w:tcW w:type="dxa" w:w="1739"/>
            <w:shd w:val="clear" w:color="auto" w:fill="E7F0FA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Responsable</w:t>
            </w:r>
          </w:p>
        </w:tc>
        <w:tc>
          <w:tcPr>
            <w:tcW w:type="dxa" w:w="1739"/>
            <w:shd w:val="clear" w:color="auto" w:fill="E7F0FA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Tel</w:t>
            </w:r>
          </w:p>
        </w:tc>
        <w:tc>
          <w:tcPr>
            <w:tcW w:type="dxa" w:w="1739"/>
            <w:shd w:val="clear" w:color="auto" w:fill="E7F0FA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Arrivee</w:t>
            </w:r>
          </w:p>
        </w:tc>
        <w:tc>
          <w:tcPr>
            <w:tcW w:type="dxa" w:w="1739"/>
            <w:shd w:val="clear" w:color="auto" w:fill="E7F0FA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Depart</w:t>
            </w:r>
          </w:p>
        </w:tc>
      </w:tr>
      <w:tr>
        <w:tc>
          <w:tcPr>
            <w:tcW w:type="dxa" w:w="2381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1757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1701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1191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1134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1134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</w:tr>
      <w:tr>
        <w:tc>
          <w:tcPr>
            <w:tcW w:type="dxa" w:w="2381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1757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1701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1191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1134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1134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</w:tr>
      <w:tr>
        <w:tc>
          <w:tcPr>
            <w:tcW w:type="dxa" w:w="2381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1757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1701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1191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1134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1134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sz w:val="18"/>
              </w:rPr>
              <w:t xml:space="preserve"> </w:t>
            </w:r>
          </w:p>
        </w:tc>
      </w:tr>
    </w:tbl>
    <w:p/>
    <w:p>
      <w:pPr>
        <w:spacing w:before="120" w:after="80"/>
      </w:pPr>
      <w:r>
        <w:rPr>
          <w:b/>
          <w:color w:val="0F4C81"/>
          <w:sz w:val="22"/>
        </w:rPr>
        <w:t>2) Analyse rapide des risques de coactivite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556"/>
        <w:gridCol w:w="5556"/>
      </w:tblGrid>
      <w:tr>
        <w:tc>
          <w:tcPr>
            <w:tcW w:type="dxa" w:w="5216"/>
            <w:tcBorders>
              <w:left w:sz="10" w:val="single" w:color="D0D7DE"/>
              <w:top w:sz="10" w:val="single" w:color="D0D7DE"/>
              <w:right w:sz="10" w:val="single" w:color="D0D7DE"/>
              <w:bottom w:sz="10" w:val="single" w:color="D0D7DE"/>
            </w:tcBorders>
            <w:vAlign w:val="top"/>
          </w:tcPr>
          <w:p>
            <w:r>
              <w:rPr>
                <w:b/>
                <w:sz w:val="18"/>
              </w:rPr>
              <w:t>Risques identifies (cocher):</w:t>
            </w:r>
          </w:p>
          <w:p>
            <w:pPr>
              <w:spacing w:after="0"/>
            </w:pPr>
            <w:r>
              <w:rPr>
                <w:sz w:val="17"/>
              </w:rPr>
              <w:t>☐ Chute de hauteur / echelle / toiture</w:t>
            </w:r>
          </w:p>
          <w:p>
            <w:pPr>
              <w:spacing w:after="0"/>
            </w:pPr>
            <w:r>
              <w:rPr>
                <w:sz w:val="17"/>
              </w:rPr>
              <w:t>☐ Electricite / consignation</w:t>
            </w:r>
          </w:p>
          <w:p>
            <w:pPr>
              <w:spacing w:after="0"/>
            </w:pPr>
            <w:r>
              <w:rPr>
                <w:sz w:val="17"/>
              </w:rPr>
              <w:t>☐ Coupure / percement / projection</w:t>
            </w:r>
          </w:p>
          <w:p>
            <w:pPr>
              <w:spacing w:after="0"/>
            </w:pPr>
            <w:r>
              <w:rPr>
                <w:sz w:val="17"/>
              </w:rPr>
              <w:t>☐ Manutention / TMS / charges lourdes</w:t>
            </w:r>
          </w:p>
          <w:p>
            <w:pPr>
              <w:spacing w:after="0"/>
            </w:pPr>
            <w:r>
              <w:rPr>
                <w:sz w:val="17"/>
              </w:rPr>
              <w:t>☐ Circulation engins / vehicules</w:t>
            </w:r>
          </w:p>
          <w:p>
            <w:pPr>
              <w:spacing w:after="0"/>
            </w:pPr>
            <w:r>
              <w:rPr>
                <w:sz w:val="17"/>
              </w:rPr>
              <w:t>☐ Incendie / Permis feu</w:t>
            </w:r>
          </w:p>
          <w:p>
            <w:pPr>
              <w:spacing w:after="0"/>
            </w:pPr>
            <w:r>
              <w:rPr>
                <w:sz w:val="17"/>
              </w:rPr>
              <w:t>☐ Poussiere / silice / fibres</w:t>
            </w:r>
          </w:p>
          <w:p>
            <w:pPr>
              <w:spacing w:after="0"/>
            </w:pPr>
            <w:r>
              <w:rPr>
                <w:sz w:val="17"/>
              </w:rPr>
              <w:t>☐ Bruit / vibration</w:t>
            </w:r>
          </w:p>
          <w:p>
            <w:pPr>
              <w:spacing w:after="0"/>
            </w:pPr>
            <w:r>
              <w:rPr>
                <w:sz w:val="17"/>
              </w:rPr>
              <w:t>☐ Espace confine / ventilation</w:t>
            </w:r>
          </w:p>
          <w:p>
            <w:pPr>
              <w:spacing w:after="0"/>
            </w:pPr>
            <w:r>
              <w:rPr>
                <w:sz w:val="17"/>
              </w:rPr>
              <w:t>☐ Amiante (si concerné) / repérage</w:t>
            </w:r>
          </w:p>
          <w:p>
            <w:pPr>
              <w:spacing w:after="0"/>
            </w:pPr>
            <w:r>
              <w:rPr>
                <w:sz w:val="17"/>
              </w:rPr>
              <w:t>☐ Chimique / FDS / solvants</w:t>
            </w:r>
          </w:p>
          <w:p>
            <w:pPr>
              <w:spacing w:after="0"/>
            </w:pPr>
            <w:r>
              <w:rPr>
                <w:sz w:val="17"/>
              </w:rPr>
              <w:t>☐ Coactivite avec public / tiers</w:t>
            </w:r>
          </w:p>
        </w:tc>
        <w:tc>
          <w:tcPr>
            <w:tcW w:type="dxa" w:w="5216"/>
            <w:tcBorders>
              <w:left w:sz="10" w:val="single" w:color="D0D7DE"/>
              <w:top w:sz="10" w:val="single" w:color="D0D7DE"/>
              <w:right w:sz="10" w:val="single" w:color="D0D7DE"/>
              <w:bottom w:sz="10" w:val="single" w:color="D0D7DE"/>
            </w:tcBorders>
            <w:vAlign w:val="top"/>
          </w:tcPr>
          <w:p>
            <w:r>
              <w:rPr>
                <w:b/>
                <w:sz w:val="18"/>
              </w:rPr>
              <w:t>Mesures de prevention (cocher):</w:t>
            </w:r>
          </w:p>
          <w:p>
            <w:pPr>
              <w:spacing w:after="0"/>
            </w:pPr>
            <w:r>
              <w:rPr>
                <w:sz w:val="17"/>
              </w:rPr>
              <w:t>☐ Briefing securite / plan de circulation</w:t>
            </w:r>
          </w:p>
          <w:p>
            <w:pPr>
              <w:spacing w:after="0"/>
            </w:pPr>
            <w:r>
              <w:rPr>
                <w:sz w:val="17"/>
              </w:rPr>
              <w:t>☐ Balisage + signalisation zone</w:t>
            </w:r>
          </w:p>
          <w:p>
            <w:pPr>
              <w:spacing w:after="0"/>
            </w:pPr>
            <w:r>
              <w:rPr>
                <w:sz w:val="17"/>
              </w:rPr>
              <w:t>☐ Consignation / verrouillage (LOTO)</w:t>
            </w:r>
          </w:p>
          <w:p>
            <w:pPr>
              <w:spacing w:after="0"/>
            </w:pPr>
            <w:r>
              <w:rPr>
                <w:sz w:val="17"/>
              </w:rPr>
              <w:t>☐ Autorisation d'arret / remise en service</w:t>
            </w:r>
          </w:p>
          <w:p>
            <w:pPr>
              <w:spacing w:after="0"/>
            </w:pPr>
            <w:r>
              <w:rPr>
                <w:sz w:val="17"/>
              </w:rPr>
              <w:t>☐ Permis feu / extincteur a proximite</w:t>
            </w:r>
          </w:p>
          <w:p>
            <w:pPr>
              <w:spacing w:after="0"/>
            </w:pPr>
            <w:r>
              <w:rPr>
                <w:sz w:val="17"/>
              </w:rPr>
              <w:t>☐ Ventilation / detection gaz si besoin</w:t>
            </w:r>
          </w:p>
          <w:p>
            <w:pPr>
              <w:spacing w:after="0"/>
            </w:pPr>
            <w:r>
              <w:rPr>
                <w:sz w:val="17"/>
              </w:rPr>
              <w:t>☐ Protections collectives (garde-corps, filets)</w:t>
            </w:r>
          </w:p>
          <w:p>
            <w:pPr>
              <w:spacing w:after="0"/>
            </w:pPr>
            <w:r>
              <w:rPr>
                <w:sz w:val="17"/>
              </w:rPr>
              <w:t>☐ Outillage controle / EPI adaptes</w:t>
            </w:r>
          </w:p>
          <w:p>
            <w:pPr>
              <w:spacing w:after="0"/>
            </w:pPr>
            <w:r>
              <w:rPr>
                <w:sz w:val="17"/>
              </w:rPr>
              <w:t>☐ Gestion des dechets / propreté fin de travaux</w:t>
            </w:r>
          </w:p>
          <w:p>
            <w:pPr>
              <w:spacing w:after="0"/>
            </w:pPr>
            <w:r>
              <w:rPr>
                <w:sz w:val="17"/>
              </w:rPr>
              <w:t>☐ Isolation energie (eau, elec, air, vapeur)</w:t>
            </w:r>
          </w:p>
          <w:p>
            <w:pPr>
              <w:spacing w:after="0"/>
            </w:pPr>
            <w:r>
              <w:rPr>
                <w:sz w:val="17"/>
              </w:rPr>
              <w:t>☐ Point de contact unique (coordinateur)</w:t>
            </w:r>
          </w:p>
          <w:p>
            <w:pPr>
              <w:spacing w:after="0"/>
            </w:pPr>
            <w:r>
              <w:rPr>
                <w:sz w:val="17"/>
              </w:rPr>
              <w:t>☐ Plan de secours / numéros d'urgence</w:t>
            </w:r>
          </w:p>
        </w:tc>
      </w:tr>
    </w:tbl>
    <w:p>
      <w:r>
        <w:br w:type="page"/>
      </w:r>
    </w:p>
    <w:p>
      <w:pPr>
        <w:spacing w:after="120"/>
      </w:pPr>
      <w:r>
        <w:rPr>
          <w:b/>
          <w:color w:val="0F4C81"/>
          <w:sz w:val="24"/>
        </w:rPr>
        <w:t>FICHE DE PREPARATION - CO-INTERVENTION (suite)</w:t>
      </w:r>
    </w:p>
    <w:p>
      <w:pPr>
        <w:spacing w:before="120" w:after="80"/>
      </w:pPr>
      <w:r>
        <w:rPr>
          <w:b/>
          <w:color w:val="0F4C81"/>
          <w:sz w:val="22"/>
        </w:rPr>
        <w:t>3) Autorisations, permis et documents de reference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556"/>
        <w:gridCol w:w="5556"/>
      </w:tblGrid>
      <w:tr>
        <w:tc>
          <w:tcPr>
            <w:tcW w:type="dxa" w:w="5556"/>
            <w:shd w:val="clear" w:color="auto" w:fill="E7F0FA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Documents (cocher/preciser)</w:t>
            </w:r>
          </w:p>
        </w:tc>
        <w:tc>
          <w:tcPr>
            <w:tcW w:type="dxa" w:w="5556"/>
            <w:shd w:val="clear" w:color="auto" w:fill="E7F0FA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Informations / references</w:t>
            </w:r>
          </w:p>
        </w:tc>
      </w:tr>
      <w:tr>
        <w:tc>
          <w:tcPr>
            <w:tcW w:type="dxa" w:w="5556"/>
            <w:shd w:val="clear" w:color="auto" w:fill="F8FAFC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☐ Plan de prevention / coactivite</w:t>
              <w:br/>
              <w:t>☐ PPSPS (si applicable)</w:t>
            </w:r>
          </w:p>
        </w:tc>
        <w:tc>
          <w:tcPr>
            <w:tcW w:type="dxa" w:w="5556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__________________________________________________________________</w:t>
            </w:r>
          </w:p>
        </w:tc>
      </w:tr>
      <w:tr>
        <w:tc>
          <w:tcPr>
            <w:tcW w:type="dxa" w:w="5556"/>
            <w:shd w:val="clear" w:color="auto" w:fill="F8FAFC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☐ Permis feu</w:t>
              <w:br/>
              <w:t>☐ Permis espace confine</w:t>
            </w:r>
          </w:p>
        </w:tc>
        <w:tc>
          <w:tcPr>
            <w:tcW w:type="dxa" w:w="5556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__________________________________________________________________</w:t>
            </w:r>
          </w:p>
        </w:tc>
      </w:tr>
      <w:tr>
        <w:tc>
          <w:tcPr>
            <w:tcW w:type="dxa" w:w="5556"/>
            <w:shd w:val="clear" w:color="auto" w:fill="F8FAFC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☐ Autorisation travail en hauteur</w:t>
              <w:br/>
              <w:t>☐ Repérage amiante / HAP / plomb</w:t>
            </w:r>
          </w:p>
        </w:tc>
        <w:tc>
          <w:tcPr>
            <w:tcW w:type="dxa" w:w="5556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__________________________________________________________________</w:t>
            </w:r>
          </w:p>
        </w:tc>
      </w:tr>
      <w:tr>
        <w:tc>
          <w:tcPr>
            <w:tcW w:type="dxa" w:w="5556"/>
            <w:shd w:val="clear" w:color="auto" w:fill="F8FAFC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☐ FDS produits / chimiques</w:t>
              <w:br/>
              <w:t>☐ Consignation / schema energie</w:t>
            </w:r>
          </w:p>
        </w:tc>
        <w:tc>
          <w:tcPr>
            <w:tcW w:type="dxa" w:w="5556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__________________________________________________________________</w:t>
            </w:r>
          </w:p>
        </w:tc>
      </w:tr>
      <w:tr>
        <w:tc>
          <w:tcPr>
            <w:tcW w:type="dxa" w:w="5556"/>
            <w:shd w:val="clear" w:color="auto" w:fill="F8FAFC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☐ Plan du site / circulation</w:t>
            </w:r>
          </w:p>
        </w:tc>
        <w:tc>
          <w:tcPr>
            <w:tcW w:type="dxa" w:w="5556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__________________________________________________________________</w:t>
            </w:r>
          </w:p>
        </w:tc>
      </w:tr>
    </w:tbl>
    <w:p/>
    <w:p>
      <w:pPr>
        <w:spacing w:before="120" w:after="80"/>
      </w:pPr>
      <w:r>
        <w:rPr>
          <w:b/>
          <w:color w:val="0F4C81"/>
          <w:sz w:val="22"/>
        </w:rPr>
        <w:t>4) Organisation, coordination et communication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7597"/>
      </w:tblGrid>
      <w:tr>
        <w:tc>
          <w:tcPr>
            <w:tcW w:type="dxa" w:w="3402"/>
            <w:shd w:val="clear" w:color="auto" w:fill="F2F5F9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b/>
                <w:sz w:val="18"/>
              </w:rPr>
              <w:t>Point de rassemblement / accueil</w:t>
            </w:r>
          </w:p>
        </w:tc>
        <w:tc>
          <w:tcPr>
            <w:tcW w:type="dxa" w:w="7597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sz w:val="18"/>
              </w:rPr>
              <w:t>______________________________</w:t>
            </w:r>
          </w:p>
        </w:tc>
      </w:tr>
      <w:tr>
        <w:tc>
          <w:tcPr>
            <w:tcW w:type="dxa" w:w="3402"/>
            <w:shd w:val="clear" w:color="auto" w:fill="F2F5F9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b/>
                <w:sz w:val="18"/>
              </w:rPr>
              <w:t>Briefing securite realise</w:t>
            </w:r>
          </w:p>
        </w:tc>
        <w:tc>
          <w:tcPr>
            <w:tcW w:type="dxa" w:w="7597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sz w:val="18"/>
              </w:rPr>
              <w:t>☐ Oui   ☐ Non   Heure: ____:____   Anime par: __________________</w:t>
            </w:r>
          </w:p>
        </w:tc>
      </w:tr>
      <w:tr>
        <w:tc>
          <w:tcPr>
            <w:tcW w:type="dxa" w:w="3402"/>
            <w:shd w:val="clear" w:color="auto" w:fill="F2F5F9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b/>
                <w:sz w:val="18"/>
              </w:rPr>
              <w:t>Plan de circulation / zones interdites</w:t>
            </w:r>
          </w:p>
        </w:tc>
        <w:tc>
          <w:tcPr>
            <w:tcW w:type="dxa" w:w="7597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sz w:val="18"/>
              </w:rPr>
              <w:t>__________________________________________________________________</w:t>
            </w:r>
          </w:p>
        </w:tc>
      </w:tr>
      <w:tr>
        <w:tc>
          <w:tcPr>
            <w:tcW w:type="dxa" w:w="3402"/>
            <w:shd w:val="clear" w:color="auto" w:fill="F2F5F9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b/>
                <w:sz w:val="18"/>
              </w:rPr>
              <w:t>Coordination des travaux (ordre / sequencage)</w:t>
            </w:r>
          </w:p>
        </w:tc>
        <w:tc>
          <w:tcPr>
            <w:tcW w:type="dxa" w:w="7597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sz w:val="18"/>
              </w:rPr>
              <w:t>__________________________________________________________________</w:t>
              <w:br/>
              <w:t>__________________________________________________________________</w:t>
            </w:r>
          </w:p>
        </w:tc>
      </w:tr>
      <w:tr>
        <w:tc>
          <w:tcPr>
            <w:tcW w:type="dxa" w:w="3402"/>
            <w:shd w:val="clear" w:color="auto" w:fill="F2F5F9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b/>
                <w:sz w:val="18"/>
              </w:rPr>
              <w:t>Moyen de communication (tel, radio, canal)</w:t>
            </w:r>
          </w:p>
        </w:tc>
        <w:tc>
          <w:tcPr>
            <w:tcW w:type="dxa" w:w="7597"/>
            <w:vAlign w:val="center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20" w:before="20"/>
            </w:pPr>
            <w:r>
              <w:rPr>
                <w:sz w:val="18"/>
              </w:rPr>
              <w:t>__________________________________________________________________</w:t>
            </w:r>
          </w:p>
        </w:tc>
      </w:tr>
    </w:tbl>
    <w:p/>
    <w:p>
      <w:pPr>
        <w:spacing w:before="120" w:after="80"/>
      </w:pPr>
      <w:r>
        <w:rPr>
          <w:b/>
          <w:color w:val="0F4C81"/>
          <w:sz w:val="22"/>
        </w:rPr>
        <w:t>5) EPI obligatoires et protections collectives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556"/>
        <w:gridCol w:w="5556"/>
      </w:tblGrid>
      <w:tr>
        <w:tc>
          <w:tcPr>
            <w:tcW w:type="dxa" w:w="5216"/>
            <w:shd w:val="clear" w:color="auto" w:fill="E7F0FA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b/>
                <w:sz w:val="18"/>
              </w:rPr>
              <w:t>EPI (cocher):</w:t>
            </w:r>
          </w:p>
        </w:tc>
        <w:tc>
          <w:tcPr>
            <w:tcW w:type="dxa" w:w="5216"/>
            <w:shd w:val="clear" w:color="auto" w:fill="E7F0FA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r>
              <w:rPr>
                <w:b/>
                <w:sz w:val="18"/>
              </w:rPr>
              <w:t>Protections collectives (cocher):</w:t>
            </w:r>
          </w:p>
        </w:tc>
      </w:tr>
      <w:tr>
        <w:tc>
          <w:tcPr>
            <w:tcW w:type="dxa" w:w="5556"/>
            <w:shd w:val="clear" w:color="auto" w:fill="F8FAFC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☐ Casque</w:t>
              <w:br/>
              <w:t>☐ Gants</w:t>
            </w:r>
          </w:p>
        </w:tc>
        <w:tc>
          <w:tcPr>
            <w:tcW w:type="dxa" w:w="5556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☐ Balisage / rubalise</w:t>
              <w:br/>
              <w:t>☐ Garde-corps</w:t>
            </w:r>
          </w:p>
        </w:tc>
      </w:tr>
      <w:tr>
        <w:tc>
          <w:tcPr>
            <w:tcW w:type="dxa" w:w="5556"/>
            <w:shd w:val="clear" w:color="auto" w:fill="F8FAFC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☐ Lunettes</w:t>
              <w:br/>
              <w:t>☐ Chaussures S3</w:t>
            </w:r>
          </w:p>
        </w:tc>
        <w:tc>
          <w:tcPr>
            <w:tcW w:type="dxa" w:w="5556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☐ Echafaudage conforme</w:t>
              <w:br/>
              <w:t>☐ Aspiration / ventilation</w:t>
            </w:r>
          </w:p>
        </w:tc>
      </w:tr>
      <w:tr>
        <w:tc>
          <w:tcPr>
            <w:tcW w:type="dxa" w:w="5556"/>
            <w:shd w:val="clear" w:color="auto" w:fill="F8FAFC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☐ Gilet HV</w:t>
              <w:br/>
              <w:t>☐ Harnais</w:t>
            </w:r>
          </w:p>
        </w:tc>
        <w:tc>
          <w:tcPr>
            <w:tcW w:type="dxa" w:w="5556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☐ Protection sol / baches</w:t>
              <w:br/>
              <w:t>☐ Verrouillage energie</w:t>
            </w:r>
          </w:p>
        </w:tc>
      </w:tr>
      <w:tr>
        <w:tc>
          <w:tcPr>
            <w:tcW w:type="dxa" w:w="5556"/>
            <w:shd w:val="clear" w:color="auto" w:fill="F8FAFC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☐ Masque FFP2/FFP3</w:t>
              <w:br/>
              <w:t>☐ Protection auditive</w:t>
            </w:r>
          </w:p>
        </w:tc>
        <w:tc>
          <w:tcPr>
            <w:tcW w:type="dxa" w:w="5556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☐ Signalisation</w:t>
              <w:br/>
              <w:t>☐ Extincteur</w:t>
            </w:r>
          </w:p>
        </w:tc>
      </w:tr>
      <w:tr>
        <w:tc>
          <w:tcPr>
            <w:tcW w:type="dxa" w:w="5556"/>
            <w:shd w:val="clear" w:color="auto" w:fill="F8FAFC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☐ Visiere</w:t>
              <w:br/>
              <w:t>☐ Autre: ________</w:t>
            </w:r>
          </w:p>
        </w:tc>
        <w:tc>
          <w:tcPr>
            <w:tcW w:type="dxa" w:w="5556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☐ Eclairage</w:t>
              <w:br/>
              <w:t>☐ Autre: ________</w:t>
            </w:r>
          </w:p>
        </w:tc>
      </w:tr>
    </w:tbl>
    <w:p/>
    <w:p>
      <w:pPr>
        <w:spacing w:before="120" w:after="80"/>
      </w:pPr>
      <w:r>
        <w:rPr>
          <w:b/>
          <w:color w:val="0F4C81"/>
          <w:sz w:val="22"/>
        </w:rPr>
        <w:t>6) Autorisation de demarrage et cloture de co-intervention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556"/>
        <w:gridCol w:w="5556"/>
      </w:tblGrid>
      <w:tr>
        <w:tc>
          <w:tcPr>
            <w:tcW w:type="dxa" w:w="5556"/>
            <w:shd w:val="clear" w:color="auto" w:fill="E7F0FA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Autorisation de demarrage</w:t>
              <w:br/>
              <w:t>(avant intervention)</w:t>
            </w:r>
          </w:p>
        </w:tc>
        <w:tc>
          <w:tcPr>
            <w:tcW w:type="dxa" w:w="5556"/>
            <w:shd w:val="clear" w:color="auto" w:fill="E7F0FA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Cloture / retour d'experience</w:t>
              <w:br/>
              <w:t>(apres intervention)</w:t>
            </w:r>
          </w:p>
        </w:tc>
      </w:tr>
      <w:tr>
        <w:tc>
          <w:tcPr>
            <w:tcW w:type="dxa" w:w="5556"/>
            <w:shd w:val="clear" w:color="auto" w:fill="F8FAFC"/>
            <w:vAlign w:val="top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☐ Conditions reunies / briefing fait</w:t>
              <w:br/>
              <w:t>☐ Zones balisees</w:t>
              <w:br/>
              <w:t>☐ Permis/verifications OK</w:t>
              <w:br/>
              <w:br/>
              <w:t>Heure autorisation: ____:____</w:t>
            </w:r>
          </w:p>
        </w:tc>
        <w:tc>
          <w:tcPr>
            <w:tcW w:type="dxa" w:w="5556"/>
            <w:vAlign w:val="top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Statut: ☐ Termine  ☐ Partiel  ☐ Reporte</w:t>
              <w:br/>
              <w:t>Levee balisage: ☐ Oui ☐ Non</w:t>
              <w:br/>
              <w:t>Incident / quasi-accident: ☐ Oui ☐ Non</w:t>
              <w:br/>
              <w:br/>
              <w:t>Heure cloture: ____:____</w:t>
            </w:r>
          </w:p>
        </w:tc>
      </w:tr>
      <w:tr>
        <w:tc>
          <w:tcPr>
            <w:tcW w:type="dxa" w:w="5556"/>
            <w:vAlign w:val="top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Signatures (demarrage):</w:t>
              <w:br/>
              <w:t>- Responsable site: __________________  Date: ____/____/____</w:t>
              <w:br/>
              <w:t>- Chef equipe (Ent. 1): ______________  Date: ____/____/____</w:t>
              <w:br/>
              <w:t>- Chef equipe (Ent. 2): ______________  Date: ____/____/____</w:t>
            </w:r>
          </w:p>
        </w:tc>
        <w:tc>
          <w:tcPr>
            <w:tcW w:type="dxa" w:w="5556"/>
            <w:vAlign w:val="top"/>
            <w:tcBorders>
              <w:left w:sz="8" w:val="single" w:color="D0D7DE"/>
              <w:top w:sz="8" w:val="single" w:color="D0D7DE"/>
              <w:right w:sz="8" w:val="single" w:color="D0D7DE"/>
              <w:bottom w:sz="8" w:val="single" w:color="D0D7DE"/>
            </w:tcBorders>
          </w:tcPr>
          <w:p>
            <w:pPr>
              <w:spacing w:after="0"/>
            </w:pPr>
            <w:r>
              <w:rPr>
                <w:sz w:val="17"/>
              </w:rPr>
              <w:t>Signatures (cloture):</w:t>
              <w:br/>
              <w:t>- Responsable site: __________________  Date: ____/____/____</w:t>
              <w:br/>
              <w:t>- Chef equipe (Ent. 1): ______________  Date: ____/____/____</w:t>
              <w:br/>
              <w:t>- Chef equipe (Ent. 2): ______________  Date: ____/____/____</w:t>
            </w:r>
          </w:p>
        </w:tc>
      </w:tr>
    </w:tbl>
    <w:p/>
    <w:p>
      <w:pPr>
        <w:jc w:val="center"/>
      </w:pPr>
      <w:r>
        <w:rPr>
          <w:color w:val="787878"/>
          <w:sz w:val="18"/>
        </w:rPr>
        <w:t>lecoursgratuit.com</w:t>
      </w:r>
    </w:p>
    <w:sectPr w:rsidR="00FC693F" w:rsidRPr="0006063C" w:rsidSect="00034616">
      <w:pgSz w:w="11906" w:h="16838"/>
      <w:pgMar w:top="737" w:right="737" w:bottom="680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