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8844"/>
      </w:tblGrid>
      <w:tr>
        <w:trPr>
          <w:trHeight w:val="1020"/>
        </w:trPr>
        <w:tc>
          <w:tcPr>
            <w:tcW w:type="dxa" w:w="5159"/>
            <w:shd w:val="clear" w:color="auto" w:fill="1F4E79"/>
            <w:vAlign w:val="center"/>
            <w:tcBorders>
              <w:left w:val="nil"/>
              <w:top w:val="nil"/>
              <w:right w:val="nil"/>
              <w:bottom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23"/>
              </w:rPr>
              <w:t>VOTRE LOGO</w:t>
            </w:r>
          </w:p>
        </w:tc>
        <w:tc>
          <w:tcPr>
            <w:tcW w:type="dxa" w:w="5159"/>
            <w:shd w:val="clear" w:color="auto" w:fill="1F4E79"/>
            <w:vAlign w:val="center"/>
            <w:tcBorders>
              <w:left w:val="nil"/>
              <w:top w:val="nil"/>
              <w:right w:val="nil"/>
              <w:bottom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30"/>
              </w:rPr>
              <w:t>FICHE D’INTERVENTION TRAVAUX</w:t>
            </w:r>
          </w:p>
          <w:p>
            <w:r>
              <w:rPr>
                <w:color w:val="EBEBEB"/>
                <w:sz w:val="20"/>
              </w:rPr>
              <w:t>Bon d’intervention - Compte rendu - Validation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RÉFÉRENCES DE L’INTERVENTION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778"/>
        <w:gridCol w:w="2778"/>
        <w:gridCol w:w="2778"/>
        <w:gridCol w:w="2778"/>
      </w:tblGrid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N° fiche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N° devis / BC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Date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Priorité</w:t>
            </w:r>
          </w:p>
        </w:tc>
      </w:tr>
      <w:tr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FI-____-____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BC/DEV-__________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____ / ____ / ______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☐ Urgent  ☐ Normal  ☐ Planifié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CLIENT - CHANTIER - INTERVENANT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41"/>
        <w:gridCol w:w="3515"/>
        <w:gridCol w:w="2041"/>
        <w:gridCol w:w="3515"/>
      </w:tblGrid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Client / société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Contact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Adresse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Téléphone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Site / chantier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Zone / accès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Intervenant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Technicien(s)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</w:t>
            </w:r>
          </w:p>
        </w:tc>
      </w:tr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Heure début - fin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____:____ - ____:____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Durée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 h _____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TYPE DE TRAVAUX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15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Sélection</w:t>
            </w:r>
          </w:p>
        </w:tc>
        <w:tc>
          <w:tcPr>
            <w:tcW w:type="dxa" w:w="515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Sélection</w:t>
            </w:r>
          </w:p>
        </w:tc>
      </w:tr>
      <w:tr>
        <w:tc>
          <w:tcPr>
            <w:tcW w:type="dxa" w:w="515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☐ Plomberie   ☐ Electricité</w:t>
              <w:br/>
              <w:t>☐ Peinture / revêtements</w:t>
              <w:br/>
              <w:t>☐ Menuiserie   ☐ Serrurerie</w:t>
            </w:r>
          </w:p>
        </w:tc>
        <w:tc>
          <w:tcPr>
            <w:tcW w:type="dxa" w:w="515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40" w:after="40"/>
            </w:pPr>
            <w:r>
              <w:rPr>
                <w:sz w:val="20"/>
              </w:rPr>
              <w:t>☐ Maçonnerie  ☐ CVC</w:t>
              <w:br/>
              <w:t>☐ Sols / carrelage</w:t>
              <w:br/>
              <w:t>☐ Autre : ____________________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DESCRIPTION - DIAGNOSTIC - TRAVAUX RÉALISÉS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Demande / description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Diagnostic / constats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Travaux réalisés (actions / étapes)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p>
      <w:r>
        <w:br w:type="page"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RÉSULTAT - RECOMMANDATIONS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Résultat / état final (tests, remise en service)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Recommandations / actions à prévoir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  <w: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Observations</w:t>
            </w:r>
          </w:p>
        </w:tc>
      </w:tr>
      <w:tr>
        <w:tc>
          <w:tcPr>
            <w:tcW w:type="dxa" w:w="10318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sz w:val="20"/>
              </w:rPr>
              <w:t>________________________________________________________________________________</w:t>
              <w:br/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PIÈCES - CONSOMMABLES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969"/>
        <w:gridCol w:w="1247"/>
        <w:gridCol w:w="1417"/>
        <w:gridCol w:w="1984"/>
        <w:gridCol w:w="2494"/>
      </w:tblGrid>
      <w:tr>
        <w:tc>
          <w:tcPr>
            <w:tcW w:type="dxa" w:w="2064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Désignation</w:t>
            </w:r>
          </w:p>
        </w:tc>
        <w:tc>
          <w:tcPr>
            <w:tcW w:type="dxa" w:w="2064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Qté</w:t>
            </w:r>
          </w:p>
        </w:tc>
        <w:tc>
          <w:tcPr>
            <w:tcW w:type="dxa" w:w="2064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Unité</w:t>
            </w:r>
          </w:p>
        </w:tc>
        <w:tc>
          <w:tcPr>
            <w:tcW w:type="dxa" w:w="2064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PU</w:t>
            </w:r>
          </w:p>
        </w:tc>
        <w:tc>
          <w:tcPr>
            <w:tcW w:type="dxa" w:w="2064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Montant</w:t>
            </w:r>
          </w:p>
        </w:tc>
      </w:tr>
      <w:tr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  <w:tr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  <w:tr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  <w:tr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064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112"/>
      </w:tblGrid>
      <w:tr>
        <w:tc>
          <w:tcPr>
            <w:tcW w:type="dxa" w:w="10318"/>
            <w:shd w:val="clear" w:color="auto" w:fill="ED7D31"/>
            <w:tcBorders>
              <w:left w:val="single" w:sz="8" w:color="ED7D31"/>
              <w:top w:val="single" w:sz="8" w:color="ED7D31"/>
              <w:right w:val="single" w:sz="8" w:color="ED7D31"/>
              <w:bottom w:val="single" w:sz="8" w:color="ED7D31"/>
            </w:tcBorders>
          </w:tcPr>
          <w:p>
            <w:pPr>
              <w:spacing w:before="40" w:after="40"/>
              <w:jc w:val="left"/>
            </w:pPr>
            <w:r>
              <w:rPr>
                <w:b/>
                <w:color w:val="FFFFFF"/>
                <w:sz w:val="22"/>
              </w:rPr>
              <w:t>TEMPS - VALIDATION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195"/>
        <w:gridCol w:w="1814"/>
        <w:gridCol w:w="2268"/>
        <w:gridCol w:w="2835"/>
      </w:tblGrid>
      <w:tr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Nature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Heures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Taux</w:t>
            </w:r>
          </w:p>
        </w:tc>
        <w:tc>
          <w:tcPr>
            <w:tcW w:type="dxa" w:w="257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Montant</w:t>
            </w:r>
          </w:p>
        </w:tc>
      </w:tr>
      <w:tr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Main d’œuvre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  <w:tr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Déplacement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  <w:tr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Total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  <w:tc>
          <w:tcPr>
            <w:tcW w:type="dxa" w:w="257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 xml:space="preserve"> 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515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Sécurité</w:t>
            </w:r>
          </w:p>
        </w:tc>
        <w:tc>
          <w:tcPr>
            <w:tcW w:type="dxa" w:w="515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Remise en service</w:t>
            </w:r>
          </w:p>
        </w:tc>
      </w:tr>
      <w:tr>
        <w:tc>
          <w:tcPr>
            <w:tcW w:type="dxa" w:w="515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☐ EPI / zone sécurisée</w:t>
              <w:br/>
              <w:t>☐ Balisage</w:t>
              <w:br/>
              <w:t>☐ Consignation si besoin</w:t>
              <w:br/>
              <w:t>☐ Nettoyage / déchets</w:t>
            </w:r>
          </w:p>
        </w:tc>
        <w:tc>
          <w:tcPr>
            <w:tcW w:type="dxa" w:w="515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☐ Tests effectués</w:t>
              <w:br/>
              <w:t>☐ Remise en service OK</w:t>
              <w:br/>
              <w:t>☐ Réserves</w:t>
              <w:br/>
              <w:t>☐ Client informé</w:t>
            </w:r>
          </w:p>
        </w:tc>
      </w:tr>
    </w:tbl>
    <w:p>
      <w:pPr>
        <w:spacing w:before="0" w:after="0" w:line="240" w:lineRule="auto"/>
      </w:pPr>
      <w:r>
        <w:rPr>
          <w:sz w:val="2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85"/>
        <w:gridCol w:w="3685"/>
        <w:gridCol w:w="3742"/>
      </w:tblGrid>
      <w:tr>
        <w:tc>
          <w:tcPr>
            <w:tcW w:type="dxa" w:w="343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Client</w:t>
            </w:r>
          </w:p>
        </w:tc>
        <w:tc>
          <w:tcPr>
            <w:tcW w:type="dxa" w:w="343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Intervenant</w:t>
            </w:r>
          </w:p>
        </w:tc>
        <w:tc>
          <w:tcPr>
            <w:tcW w:type="dxa" w:w="3439"/>
            <w:shd w:val="clear" w:color="auto" w:fill="F2F2F2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rPr>
                <w:b/>
                <w:sz w:val="19"/>
              </w:rPr>
              <w:t>Responsable site</w:t>
            </w:r>
          </w:p>
        </w:tc>
      </w:tr>
      <w:tr>
        <w:tc>
          <w:tcPr>
            <w:tcW w:type="dxa" w:w="343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Nom : ____________________</w:t>
              <w:br/>
              <w:t>Signature : ______________</w:t>
              <w:br/>
              <w:t>Date : ____ / ____ / ______</w:t>
            </w:r>
          </w:p>
        </w:tc>
        <w:tc>
          <w:tcPr>
            <w:tcW w:type="dxa" w:w="343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Nom : ____________________</w:t>
              <w:br/>
              <w:t>Signature : ______________</w:t>
              <w:br/>
              <w:t>Date : ____ / ____ / ______</w:t>
            </w:r>
          </w:p>
        </w:tc>
        <w:tc>
          <w:tcPr>
            <w:tcW w:type="dxa" w:w="3439"/>
            <w:tcBorders>
              <w:left w:val="single" w:sz="8" w:color="D9D9D9"/>
              <w:top w:val="single" w:sz="8" w:color="D9D9D9"/>
              <w:right w:val="single" w:sz="8" w:color="D9D9D9"/>
              <w:bottom w:val="single" w:sz="8" w:color="D9D9D9"/>
            </w:tcBorders>
          </w:tcPr>
          <w:p>
            <w:pPr>
              <w:spacing w:before="20" w:after="20"/>
            </w:pPr>
            <w:r>
              <w:t>Nom : ____________________</w:t>
              <w:br/>
              <w:t>Signature : ______________</w:t>
              <w:br/>
              <w:t>Date : ____ / ____ / 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567" w:right="794" w:bottom="56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gratuit -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